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0B088" w14:textId="77777777" w:rsidR="003579FD" w:rsidRDefault="00D37861">
      <w:pPr>
        <w:spacing w:after="0"/>
        <w:jc w:val="center"/>
      </w:pPr>
      <w:r>
        <w:rPr>
          <w:b/>
          <w:color w:val="6F3A8D"/>
          <w:sz w:val="20"/>
        </w:rPr>
        <w:t>EAVES PRIMARY SCHOOL</w:t>
      </w:r>
    </w:p>
    <w:p w14:paraId="0D613B49" w14:textId="77777777" w:rsidR="003579FD" w:rsidRDefault="00D37861">
      <w:pPr>
        <w:spacing w:after="0"/>
        <w:jc w:val="center"/>
      </w:pPr>
      <w:r>
        <w:rPr>
          <w:b/>
          <w:color w:val="47245C"/>
          <w:sz w:val="42"/>
        </w:rPr>
        <w:t>Sustainability &amp; Climate Action Plan</w:t>
      </w:r>
    </w:p>
    <w:p w14:paraId="662C05F5" w14:textId="77777777" w:rsidR="003579FD" w:rsidRDefault="00D37861">
      <w:pPr>
        <w:spacing w:after="80"/>
        <w:jc w:val="center"/>
      </w:pPr>
      <w:r>
        <w:rPr>
          <w:color w:val="668B52"/>
        </w:rPr>
        <w:t>2026–27  •  Small actions. Meaningful change. Pupil voice at the heart.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10"/>
        <w:gridCol w:w="3610"/>
        <w:gridCol w:w="3609"/>
        <w:gridCol w:w="3609"/>
      </w:tblGrid>
      <w:tr w:rsidR="003579FD" w14:paraId="44ED555C" w14:textId="77777777">
        <w:trPr>
          <w:jc w:val="center"/>
        </w:trPr>
        <w:tc>
          <w:tcPr>
            <w:tcW w:w="36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6F3"/>
          </w:tcPr>
          <w:p w14:paraId="41ED68D0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4"/>
              </w:rPr>
              <w:t>CLIMATE EDUCATION</w:t>
            </w:r>
            <w:r>
              <w:rPr>
                <w:b/>
                <w:color w:val="47245C"/>
                <w:sz w:val="14"/>
              </w:rPr>
              <w:br/>
            </w:r>
            <w:r>
              <w:rPr>
                <w:color w:val="666666"/>
                <w:sz w:val="13"/>
              </w:rPr>
              <w:t>Knowledge &amp; green skills</w:t>
            </w:r>
          </w:p>
        </w:tc>
        <w:tc>
          <w:tcPr>
            <w:tcW w:w="36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F6FB"/>
          </w:tcPr>
          <w:p w14:paraId="4BDAC11D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4"/>
              </w:rPr>
              <w:t>DECARBONISATION</w:t>
            </w:r>
            <w:r>
              <w:rPr>
                <w:b/>
                <w:color w:val="47245C"/>
                <w:sz w:val="14"/>
              </w:rPr>
              <w:br/>
            </w:r>
            <w:r>
              <w:rPr>
                <w:color w:val="666666"/>
                <w:sz w:val="13"/>
              </w:rPr>
              <w:t>Energy &amp; resources</w:t>
            </w:r>
          </w:p>
        </w:tc>
        <w:tc>
          <w:tcPr>
            <w:tcW w:w="36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6F3"/>
          </w:tcPr>
          <w:p w14:paraId="222F4F4D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4"/>
              </w:rPr>
              <w:t>BIODIVERSITY</w:t>
            </w:r>
            <w:r>
              <w:rPr>
                <w:b/>
                <w:color w:val="47245C"/>
                <w:sz w:val="14"/>
              </w:rPr>
              <w:br/>
            </w:r>
            <w:r>
              <w:rPr>
                <w:color w:val="666666"/>
                <w:sz w:val="13"/>
              </w:rPr>
              <w:t>Nature &amp; school grounds</w:t>
            </w:r>
          </w:p>
        </w:tc>
        <w:tc>
          <w:tcPr>
            <w:tcW w:w="361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F6FB"/>
          </w:tcPr>
          <w:p w14:paraId="0C0207AE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4"/>
              </w:rPr>
              <w:t>RESILIENCE</w:t>
            </w:r>
            <w:r>
              <w:rPr>
                <w:b/>
                <w:color w:val="47245C"/>
                <w:sz w:val="14"/>
              </w:rPr>
              <w:br/>
            </w:r>
            <w:r>
              <w:rPr>
                <w:color w:val="666666"/>
                <w:sz w:val="13"/>
              </w:rPr>
              <w:t>Preparing for change</w:t>
            </w:r>
          </w:p>
        </w:tc>
      </w:tr>
    </w:tbl>
    <w:p w14:paraId="5FF07845" w14:textId="77777777" w:rsidR="003579FD" w:rsidRDefault="003579FD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33"/>
        <w:gridCol w:w="5513"/>
        <w:gridCol w:w="1179"/>
        <w:gridCol w:w="1867"/>
        <w:gridCol w:w="3773"/>
        <w:gridCol w:w="783"/>
      </w:tblGrid>
      <w:tr w:rsidR="003579FD" w14:paraId="4C4CADF9" w14:textId="77777777">
        <w:trPr>
          <w:jc w:val="center"/>
        </w:trPr>
        <w:tc>
          <w:tcPr>
            <w:tcW w:w="14458" w:type="dxa"/>
            <w:gridSpan w:val="6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6F3A8D"/>
            <w:vAlign w:val="center"/>
          </w:tcPr>
          <w:p w14:paraId="2742E4B5" w14:textId="77777777" w:rsidR="003579FD" w:rsidRDefault="00D37861">
            <w:pPr>
              <w:spacing w:after="0"/>
              <w:ind w:left="58"/>
            </w:pPr>
            <w:r>
              <w:rPr>
                <w:b/>
                <w:color w:val="FFFFFF"/>
              </w:rPr>
              <w:t>01  LEADERSHIP &amp; PUPIL VOICE</w:t>
            </w:r>
          </w:p>
        </w:tc>
      </w:tr>
      <w:tr w:rsidR="003579FD" w14:paraId="261E4F38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34BB0878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FOCUS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0640A35D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WHAT WE WILL DO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78C7CA00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3"/>
              </w:rPr>
              <w:t>WHEN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239D4A14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LEAD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642FA047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WHAT SUCCESS LOOKS LIKE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1224BAC8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3"/>
              </w:rPr>
              <w:t>STATUS</w:t>
            </w:r>
          </w:p>
        </w:tc>
      </w:tr>
      <w:tr w:rsidR="003579FD" w14:paraId="332E9E08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73D1D289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Leadership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5386BEA4" w14:textId="77777777" w:rsidR="003579FD" w:rsidRDefault="00D37861">
            <w:pPr>
              <w:spacing w:after="0"/>
            </w:pPr>
            <w:r>
              <w:rPr>
                <w:sz w:val="13"/>
              </w:rPr>
              <w:t>Confirm the Sustainability Lead and share this year's priorities.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34C7091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Autumn 1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56876675" w14:textId="77777777" w:rsidR="003579FD" w:rsidRDefault="00D37861">
            <w:pPr>
              <w:spacing w:after="0"/>
            </w:pPr>
            <w:r>
              <w:rPr>
                <w:sz w:val="13"/>
              </w:rPr>
              <w:t>HT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2372730B" w14:textId="77777777" w:rsidR="003579FD" w:rsidRDefault="00D37861">
            <w:pPr>
              <w:spacing w:after="0"/>
            </w:pPr>
            <w:r>
              <w:rPr>
                <w:sz w:val="13"/>
              </w:rPr>
              <w:t>Lead named; priorities shared.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78B42CFB" w14:textId="1FA796FF" w:rsidR="003579FD" w:rsidRDefault="003579FD">
            <w:pPr>
              <w:spacing w:after="0"/>
              <w:jc w:val="center"/>
            </w:pPr>
          </w:p>
        </w:tc>
      </w:tr>
      <w:tr w:rsidR="003579FD" w14:paraId="42B5BF03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1E7174B2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Pupil voice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019697B3" w14:textId="77777777" w:rsidR="003579FD" w:rsidRDefault="00D37861">
            <w:pPr>
              <w:spacing w:after="0"/>
            </w:pPr>
            <w:r>
              <w:rPr>
                <w:sz w:val="13"/>
              </w:rPr>
              <w:t>Safety &amp; Environment Officers complete one environmental check each term and suggest actions.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09466900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Termly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6D36D69A" w14:textId="77777777" w:rsidR="003579FD" w:rsidRDefault="00D37861">
            <w:pPr>
              <w:spacing w:after="0"/>
            </w:pPr>
            <w:r>
              <w:rPr>
                <w:sz w:val="13"/>
              </w:rPr>
              <w:t>Sustainability Lead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6BD3C0B9" w14:textId="77777777" w:rsidR="003579FD" w:rsidRDefault="00D37861">
            <w:pPr>
              <w:spacing w:after="0"/>
            </w:pPr>
            <w:r>
              <w:rPr>
                <w:sz w:val="13"/>
              </w:rPr>
              <w:t>Pupil voice and actions recorded.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35957BA8" w14:textId="7B587B97" w:rsidR="003579FD" w:rsidRDefault="003579FD">
            <w:pPr>
              <w:spacing w:after="0"/>
              <w:jc w:val="center"/>
            </w:pPr>
          </w:p>
        </w:tc>
      </w:tr>
      <w:tr w:rsidR="003579FD" w14:paraId="588EB277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516DADE8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Governance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7B5729F" w14:textId="77777777" w:rsidR="003579FD" w:rsidRDefault="00D37861">
            <w:pPr>
              <w:spacing w:after="0"/>
            </w:pPr>
            <w:r>
              <w:rPr>
                <w:sz w:val="13"/>
              </w:rPr>
              <w:t>Share a brief progress update and next steps with governors.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06FB39B2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Annual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6EE125EC" w14:textId="77777777" w:rsidR="003579FD" w:rsidRDefault="00D37861">
            <w:pPr>
              <w:spacing w:after="0"/>
            </w:pPr>
            <w:r>
              <w:rPr>
                <w:sz w:val="13"/>
              </w:rPr>
              <w:t>HT / Sustainability Lead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4E78BAC8" w14:textId="77777777" w:rsidR="003579FD" w:rsidRDefault="00D37861">
            <w:pPr>
              <w:spacing w:after="0"/>
            </w:pPr>
            <w:r>
              <w:rPr>
                <w:sz w:val="13"/>
              </w:rPr>
              <w:t>Governor update / minutes.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08A261CD" w14:textId="0C8A5096" w:rsidR="003579FD" w:rsidRDefault="003579FD">
            <w:pPr>
              <w:spacing w:after="0"/>
              <w:jc w:val="center"/>
            </w:pPr>
          </w:p>
        </w:tc>
      </w:tr>
    </w:tbl>
    <w:p w14:paraId="75615386" w14:textId="77777777" w:rsidR="003579FD" w:rsidRDefault="003579FD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30"/>
        <w:gridCol w:w="5517"/>
        <w:gridCol w:w="1181"/>
        <w:gridCol w:w="1857"/>
        <w:gridCol w:w="3780"/>
        <w:gridCol w:w="783"/>
      </w:tblGrid>
      <w:tr w:rsidR="003579FD" w14:paraId="4C192A19" w14:textId="77777777">
        <w:trPr>
          <w:jc w:val="center"/>
        </w:trPr>
        <w:tc>
          <w:tcPr>
            <w:tcW w:w="14458" w:type="dxa"/>
            <w:gridSpan w:val="6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6F3A8D"/>
            <w:vAlign w:val="center"/>
          </w:tcPr>
          <w:p w14:paraId="31CE22C8" w14:textId="77777777" w:rsidR="003579FD" w:rsidRDefault="00D37861">
            <w:pPr>
              <w:spacing w:after="0"/>
              <w:ind w:left="58"/>
            </w:pPr>
            <w:r>
              <w:rPr>
                <w:b/>
                <w:color w:val="FFFFFF"/>
              </w:rPr>
              <w:t>02  EAVES CURRICULUM &amp; GREEN SKILLS</w:t>
            </w:r>
          </w:p>
        </w:tc>
      </w:tr>
      <w:tr w:rsidR="003579FD" w14:paraId="17E73EA8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7C70D9F2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FOCUS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10660317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WHAT WE WILL DO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34914BAB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3"/>
              </w:rPr>
              <w:t>WHEN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4510AF72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LEAD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2C277777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WHAT SUCCESS LOOKS LIKE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011EDBEA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3"/>
              </w:rPr>
              <w:t>STATUS</w:t>
            </w:r>
          </w:p>
        </w:tc>
      </w:tr>
      <w:tr w:rsidR="003579FD" w14:paraId="715557DC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1D5B71AD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Curriculum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5824B321" w14:textId="77777777" w:rsidR="003579FD" w:rsidRDefault="00D37861">
            <w:pPr>
              <w:spacing w:after="0"/>
            </w:pPr>
            <w:r>
              <w:rPr>
                <w:sz w:val="13"/>
              </w:rPr>
              <w:t>Map existing sustainability links across EYFS, Science, Geography, DT and PSHE/Jigsaw; address clear gaps.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12F8E0CE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Spring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0D4F887" w14:textId="77777777" w:rsidR="003579FD" w:rsidRDefault="00D37861">
            <w:pPr>
              <w:spacing w:after="0"/>
            </w:pPr>
            <w:r>
              <w:rPr>
                <w:sz w:val="13"/>
              </w:rPr>
              <w:t>Curriculum Leads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354F4E00" w14:textId="77777777" w:rsidR="003579FD" w:rsidRDefault="00D37861">
            <w:pPr>
              <w:spacing w:after="0"/>
            </w:pPr>
            <w:r>
              <w:rPr>
                <w:sz w:val="13"/>
              </w:rPr>
              <w:t>Simple overview completed.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3E7032B0" w14:textId="3142405E" w:rsidR="003579FD" w:rsidRDefault="003579FD">
            <w:pPr>
              <w:spacing w:after="0"/>
              <w:jc w:val="center"/>
            </w:pPr>
          </w:p>
        </w:tc>
      </w:tr>
      <w:tr w:rsidR="003579FD" w14:paraId="7286793B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72188F86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Knowledge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33470A95" w14:textId="77777777" w:rsidR="003579FD" w:rsidRDefault="00D37861">
            <w:pPr>
              <w:spacing w:after="0"/>
            </w:pPr>
            <w:r>
              <w:rPr>
                <w:sz w:val="13"/>
              </w:rPr>
              <w:t>Use relevant reading, writing, vocabulary, retrieval and knowledge organisers to strengthen remembered learning.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476DB631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Ongoing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56F35B41" w14:textId="77777777" w:rsidR="003579FD" w:rsidRDefault="00D37861">
            <w:pPr>
              <w:spacing w:after="0"/>
            </w:pPr>
            <w:r>
              <w:rPr>
                <w:sz w:val="13"/>
              </w:rPr>
              <w:t>Teachers / Leads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5100A434" w14:textId="77777777" w:rsidR="003579FD" w:rsidRDefault="00D37861">
            <w:pPr>
              <w:spacing w:after="0"/>
            </w:pPr>
            <w:r>
              <w:rPr>
                <w:sz w:val="13"/>
              </w:rPr>
              <w:t>Pupil work and voice.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20A845B2" w14:textId="55AC20A0" w:rsidR="003579FD" w:rsidRDefault="003579FD">
            <w:pPr>
              <w:spacing w:after="0"/>
              <w:jc w:val="center"/>
            </w:pPr>
          </w:p>
        </w:tc>
      </w:tr>
      <w:tr w:rsidR="003579FD" w14:paraId="3B9454A1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2BE5B5C9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Future Me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267BA27C" w14:textId="77777777" w:rsidR="003579FD" w:rsidRDefault="00D37861">
            <w:pPr>
              <w:spacing w:after="0"/>
            </w:pPr>
            <w:r>
              <w:rPr>
                <w:sz w:val="13"/>
              </w:rPr>
              <w:t>Include at least one environmental or green-career opportunity within Future Me.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01526F1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Future Me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683D8B8" w14:textId="77777777" w:rsidR="003579FD" w:rsidRDefault="00D37861">
            <w:pPr>
              <w:spacing w:after="0"/>
            </w:pPr>
            <w:r>
              <w:rPr>
                <w:sz w:val="13"/>
              </w:rPr>
              <w:t>Careers Lead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3B1DFDB6" w14:textId="77777777" w:rsidR="003579FD" w:rsidRDefault="00D37861">
            <w:pPr>
              <w:spacing w:after="0"/>
            </w:pPr>
            <w:r>
              <w:rPr>
                <w:sz w:val="13"/>
              </w:rPr>
              <w:t>Career link evidenced.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089AF421" w14:textId="476C8918" w:rsidR="003579FD" w:rsidRDefault="003579FD">
            <w:pPr>
              <w:spacing w:after="0"/>
              <w:jc w:val="center"/>
            </w:pPr>
          </w:p>
        </w:tc>
      </w:tr>
    </w:tbl>
    <w:p w14:paraId="447F78A2" w14:textId="77777777" w:rsidR="003579FD" w:rsidRDefault="003579FD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19"/>
        <w:gridCol w:w="5519"/>
        <w:gridCol w:w="1183"/>
        <w:gridCol w:w="1851"/>
        <w:gridCol w:w="3793"/>
        <w:gridCol w:w="783"/>
      </w:tblGrid>
      <w:tr w:rsidR="003579FD" w14:paraId="65F75122" w14:textId="77777777">
        <w:trPr>
          <w:jc w:val="center"/>
        </w:trPr>
        <w:tc>
          <w:tcPr>
            <w:tcW w:w="14458" w:type="dxa"/>
            <w:gridSpan w:val="6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6F3A8D"/>
            <w:vAlign w:val="center"/>
          </w:tcPr>
          <w:p w14:paraId="6943B804" w14:textId="77777777" w:rsidR="003579FD" w:rsidRDefault="00D37861">
            <w:pPr>
              <w:spacing w:after="0"/>
              <w:ind w:left="58"/>
            </w:pPr>
            <w:r>
              <w:rPr>
                <w:b/>
                <w:color w:val="FFFFFF"/>
              </w:rPr>
              <w:t>03  ENERGY, WATER &amp; RESOURCES</w:t>
            </w:r>
          </w:p>
        </w:tc>
      </w:tr>
      <w:tr w:rsidR="003579FD" w14:paraId="0EBC2F90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5BF083D4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FOCUS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34FE4D3C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WHAT WE WILL DO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1AE5BBE2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3"/>
              </w:rPr>
              <w:t>WHEN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7A6592B5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LEAD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25BA2024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WHAT SUCCESS LOOKS LIKE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706FDE9D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3"/>
              </w:rPr>
              <w:t>STATUS</w:t>
            </w:r>
          </w:p>
        </w:tc>
      </w:tr>
      <w:tr w:rsidR="003579FD" w14:paraId="11E52757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64796AF9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Energy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2109AD1F" w14:textId="77777777" w:rsidR="003579FD" w:rsidRDefault="00D37861">
            <w:pPr>
              <w:spacing w:after="0"/>
            </w:pPr>
            <w:r>
              <w:rPr>
                <w:sz w:val="13"/>
              </w:rPr>
              <w:t>Embed simple switch-off routines for lights, boards, screens and equipment.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0B434FDD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Ongoing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305B7D58" w14:textId="77777777" w:rsidR="003579FD" w:rsidRDefault="00D37861">
            <w:pPr>
              <w:spacing w:after="0"/>
            </w:pPr>
            <w:r>
              <w:rPr>
                <w:sz w:val="13"/>
              </w:rPr>
              <w:t>All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40E46B51" w14:textId="77777777" w:rsidR="003579FD" w:rsidRDefault="00D37861">
            <w:pPr>
              <w:spacing w:after="0"/>
            </w:pPr>
            <w:r>
              <w:rPr>
                <w:sz w:val="13"/>
              </w:rPr>
              <w:t>Routines evident.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15F5CDCE" w14:textId="29D437EF" w:rsidR="003579FD" w:rsidRDefault="003579FD">
            <w:pPr>
              <w:spacing w:after="0"/>
              <w:jc w:val="center"/>
            </w:pPr>
          </w:p>
        </w:tc>
      </w:tr>
      <w:tr w:rsidR="003579FD" w14:paraId="211E6C36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1F22DD5E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Baseline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179331CC" w14:textId="77777777" w:rsidR="003579FD" w:rsidRDefault="00D37861">
            <w:pPr>
              <w:spacing w:after="0"/>
            </w:pPr>
            <w:r>
              <w:rPr>
                <w:sz w:val="13"/>
              </w:rPr>
              <w:t>Review available electricity, gas and water information and identify any obvious actions.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04EA2000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Termly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24DA5F04" w14:textId="77777777" w:rsidR="003579FD" w:rsidRDefault="00D37861">
            <w:pPr>
              <w:spacing w:after="0"/>
            </w:pPr>
            <w:r>
              <w:rPr>
                <w:sz w:val="13"/>
              </w:rPr>
              <w:t>HT / Business Manager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687BED13" w14:textId="77777777" w:rsidR="003579FD" w:rsidRDefault="00D37861">
            <w:pPr>
              <w:spacing w:after="0"/>
            </w:pPr>
            <w:r>
              <w:rPr>
                <w:sz w:val="13"/>
              </w:rPr>
              <w:t>Baseline / actions noted.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7542DCD2" w14:textId="4D7299F9" w:rsidR="003579FD" w:rsidRDefault="003579FD">
            <w:pPr>
              <w:spacing w:after="0"/>
              <w:jc w:val="center"/>
            </w:pPr>
          </w:p>
        </w:tc>
      </w:tr>
      <w:tr w:rsidR="003579FD" w14:paraId="08E96122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272A1A47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Digital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153ED449" w14:textId="77777777" w:rsidR="003579FD" w:rsidRDefault="00D37861">
            <w:pPr>
              <w:spacing w:after="0"/>
            </w:pPr>
            <w:r>
              <w:rPr>
                <w:sz w:val="13"/>
              </w:rPr>
              <w:t>Switch devices off when not needed and maximise useful life where safe and practical.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2662BABB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Ongoing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34A252FA" w14:textId="77777777" w:rsidR="003579FD" w:rsidRDefault="00D37861">
            <w:pPr>
              <w:spacing w:after="0"/>
            </w:pPr>
            <w:r>
              <w:rPr>
                <w:sz w:val="13"/>
              </w:rPr>
              <w:t>All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52561FC1" w14:textId="77777777" w:rsidR="003579FD" w:rsidRDefault="00D37861">
            <w:pPr>
              <w:spacing w:after="0"/>
            </w:pPr>
            <w:r>
              <w:rPr>
                <w:sz w:val="13"/>
              </w:rPr>
              <w:t>Responsible routines.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4D0D0E46" w14:textId="4089D09B" w:rsidR="003579FD" w:rsidRDefault="003579FD">
            <w:pPr>
              <w:spacing w:after="0"/>
              <w:jc w:val="center"/>
            </w:pPr>
          </w:p>
        </w:tc>
      </w:tr>
    </w:tbl>
    <w:p w14:paraId="7C4016B0" w14:textId="77777777" w:rsidR="003579FD" w:rsidRDefault="003579FD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29"/>
        <w:gridCol w:w="5504"/>
        <w:gridCol w:w="1180"/>
        <w:gridCol w:w="1865"/>
        <w:gridCol w:w="3788"/>
        <w:gridCol w:w="782"/>
      </w:tblGrid>
      <w:tr w:rsidR="003579FD" w14:paraId="15AE852D" w14:textId="77777777">
        <w:trPr>
          <w:jc w:val="center"/>
        </w:trPr>
        <w:tc>
          <w:tcPr>
            <w:tcW w:w="14458" w:type="dxa"/>
            <w:gridSpan w:val="6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6F3A8D"/>
            <w:vAlign w:val="center"/>
          </w:tcPr>
          <w:p w14:paraId="41B346C3" w14:textId="77777777" w:rsidR="003579FD" w:rsidRDefault="00D37861">
            <w:pPr>
              <w:spacing w:after="0"/>
              <w:ind w:left="58"/>
            </w:pPr>
            <w:r>
              <w:rPr>
                <w:b/>
                <w:color w:val="FFFFFF"/>
              </w:rPr>
              <w:t>04  WASTE, FOOD &amp; PURCHASING</w:t>
            </w:r>
          </w:p>
        </w:tc>
      </w:tr>
      <w:tr w:rsidR="003579FD" w14:paraId="47A2F511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6337DD1F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FOCUS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712ADCEE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WHAT WE WILL DO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146A7B2B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3"/>
              </w:rPr>
              <w:t>WHEN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5403D8E4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LEAD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32A48C7A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WHAT SUCCESS LOOKS LIKE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6DAE0281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3"/>
              </w:rPr>
              <w:t>STATUS</w:t>
            </w:r>
          </w:p>
        </w:tc>
      </w:tr>
      <w:tr w:rsidR="003579FD" w14:paraId="0F37447D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51A05DB9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Recycling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1038662A" w14:textId="77777777" w:rsidR="003579FD" w:rsidRDefault="00D37861">
            <w:pPr>
              <w:spacing w:after="0"/>
            </w:pPr>
            <w:r>
              <w:rPr>
                <w:sz w:val="13"/>
              </w:rPr>
              <w:t>Check recycling across classrooms and shared areas; improve labels or provision where needed.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5EB41892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Autumn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3E1F8589" w14:textId="77777777" w:rsidR="003579FD" w:rsidRDefault="00D37861">
            <w:pPr>
              <w:spacing w:after="0"/>
            </w:pPr>
            <w:r>
              <w:rPr>
                <w:sz w:val="13"/>
              </w:rPr>
              <w:t>Sustainability Lead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5A52B335" w14:textId="77777777" w:rsidR="003579FD" w:rsidRDefault="00D37861">
            <w:pPr>
              <w:spacing w:after="0"/>
            </w:pPr>
            <w:r>
              <w:rPr>
                <w:sz w:val="13"/>
              </w:rPr>
              <w:t>Clear arrangements.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31B1DB4F" w14:textId="02149A69" w:rsidR="003579FD" w:rsidRDefault="003579FD">
            <w:pPr>
              <w:spacing w:after="0"/>
              <w:jc w:val="center"/>
            </w:pPr>
          </w:p>
        </w:tc>
      </w:tr>
      <w:tr w:rsidR="003579FD" w14:paraId="4D64F88B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564B1A45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Paper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1A3B9F03" w14:textId="77777777" w:rsidR="003579FD" w:rsidRDefault="00D37861">
            <w:pPr>
              <w:spacing w:after="0"/>
            </w:pPr>
            <w:r>
              <w:rPr>
                <w:sz w:val="13"/>
              </w:rPr>
              <w:t>Reduce avoidable printing and reuse suitable paper / resources.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C4FF6AD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Ongoing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22B73AB8" w14:textId="77777777" w:rsidR="003579FD" w:rsidRDefault="00D37861">
            <w:pPr>
              <w:spacing w:after="0"/>
            </w:pPr>
            <w:r>
              <w:rPr>
                <w:sz w:val="13"/>
              </w:rPr>
              <w:t>All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6A545FA9" w14:textId="77777777" w:rsidR="003579FD" w:rsidRDefault="00D37861">
            <w:pPr>
              <w:spacing w:after="0"/>
            </w:pPr>
            <w:r>
              <w:rPr>
                <w:sz w:val="13"/>
              </w:rPr>
              <w:t>Reduced unnecessary use.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41E6C6CA" w14:textId="6B746849" w:rsidR="003579FD" w:rsidRDefault="003579FD">
            <w:pPr>
              <w:spacing w:after="0"/>
              <w:jc w:val="center"/>
            </w:pPr>
          </w:p>
        </w:tc>
      </w:tr>
      <w:tr w:rsidR="003579FD" w14:paraId="32EE2B0C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359FB913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Food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4B8BD9CE" w14:textId="77777777" w:rsidR="003579FD" w:rsidRDefault="00D37861">
            <w:pPr>
              <w:spacing w:after="0"/>
            </w:pPr>
            <w:r>
              <w:rPr>
                <w:sz w:val="13"/>
              </w:rPr>
              <w:t>Review food-waste arrangements with catering and identify a practical improvement if required.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4F2F8DC0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Spring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6E5DD763" w14:textId="77777777" w:rsidR="003579FD" w:rsidRDefault="00D37861">
            <w:pPr>
              <w:spacing w:after="0"/>
            </w:pPr>
            <w:r>
              <w:rPr>
                <w:sz w:val="13"/>
              </w:rPr>
              <w:t>Business Manager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211CEC99" w14:textId="77777777" w:rsidR="003579FD" w:rsidRDefault="00D37861">
            <w:pPr>
              <w:spacing w:after="0"/>
            </w:pPr>
            <w:r>
              <w:rPr>
                <w:sz w:val="13"/>
              </w:rPr>
              <w:t>Review / action recorded.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6DAD7854" w14:textId="6BD1B6EC" w:rsidR="003579FD" w:rsidRDefault="003579FD">
            <w:pPr>
              <w:spacing w:after="0"/>
              <w:jc w:val="center"/>
            </w:pPr>
          </w:p>
        </w:tc>
      </w:tr>
      <w:tr w:rsidR="003579FD" w14:paraId="3FC0DCD3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75F64100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Purchasing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03288E72" w14:textId="77777777" w:rsidR="003579FD" w:rsidRDefault="00D37861">
            <w:pPr>
              <w:spacing w:after="0"/>
            </w:pPr>
            <w:r>
              <w:rPr>
                <w:sz w:val="13"/>
              </w:rPr>
              <w:t>Consider durability, reuse, packaging and whole-life value for relevant purchases.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45ED5F31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Ongoing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3E69A1FC" w14:textId="77777777" w:rsidR="003579FD" w:rsidRDefault="00D37861">
            <w:pPr>
              <w:spacing w:after="0"/>
            </w:pPr>
            <w:r>
              <w:rPr>
                <w:sz w:val="13"/>
              </w:rPr>
              <w:t>HT / Business Manager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5782074" w14:textId="77777777" w:rsidR="003579FD" w:rsidRDefault="00D37861">
            <w:pPr>
              <w:spacing w:after="0"/>
            </w:pPr>
            <w:r>
              <w:rPr>
                <w:sz w:val="13"/>
              </w:rPr>
              <w:t>Examples through normal purchasing.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1C81EF2A" w14:textId="67637CFC" w:rsidR="003579FD" w:rsidRDefault="003579FD">
            <w:pPr>
              <w:spacing w:after="0"/>
              <w:jc w:val="center"/>
            </w:pPr>
          </w:p>
        </w:tc>
      </w:tr>
    </w:tbl>
    <w:p w14:paraId="64E457D4" w14:textId="77777777" w:rsidR="003579FD" w:rsidRDefault="003579FD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30"/>
        <w:gridCol w:w="5504"/>
        <w:gridCol w:w="1181"/>
        <w:gridCol w:w="1866"/>
        <w:gridCol w:w="3784"/>
        <w:gridCol w:w="783"/>
      </w:tblGrid>
      <w:tr w:rsidR="003579FD" w14:paraId="4EDE9248" w14:textId="77777777">
        <w:trPr>
          <w:jc w:val="center"/>
        </w:trPr>
        <w:tc>
          <w:tcPr>
            <w:tcW w:w="14458" w:type="dxa"/>
            <w:gridSpan w:val="6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6F3A8D"/>
            <w:vAlign w:val="center"/>
          </w:tcPr>
          <w:p w14:paraId="270A3D4E" w14:textId="77777777" w:rsidR="003579FD" w:rsidRDefault="00D37861">
            <w:pPr>
              <w:spacing w:after="0"/>
              <w:ind w:left="58"/>
            </w:pPr>
            <w:r>
              <w:rPr>
                <w:b/>
                <w:color w:val="FFFFFF"/>
              </w:rPr>
              <w:t>05  NATURE &amp; OUTDOOR LEARNING</w:t>
            </w:r>
          </w:p>
        </w:tc>
      </w:tr>
      <w:tr w:rsidR="003579FD" w14:paraId="1F2119CE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4B9EAFCB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FOCUS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21CADE35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WHAT WE WILL DO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7EBB5A76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3"/>
              </w:rPr>
              <w:t>WHEN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748A5E72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LEAD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7B5625BC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WHAT SUCCESS LOOKS LIKE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32F293E9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3"/>
              </w:rPr>
              <w:t>STATUS</w:t>
            </w:r>
          </w:p>
        </w:tc>
      </w:tr>
      <w:tr w:rsidR="003579FD" w14:paraId="79E7029D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53E7A43D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Grounds audit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8949F09" w14:textId="77777777" w:rsidR="003579FD" w:rsidRDefault="00D37861">
            <w:pPr>
              <w:spacing w:after="0"/>
            </w:pPr>
            <w:r>
              <w:rPr>
                <w:sz w:val="13"/>
              </w:rPr>
              <w:t>Safety &amp; Environment Officers identify what already supports wildlife and what could improve.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8A6052A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Autumn / Spring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142127DA" w14:textId="77777777" w:rsidR="003579FD" w:rsidRDefault="00D37861">
            <w:pPr>
              <w:spacing w:after="0"/>
            </w:pPr>
            <w:r>
              <w:rPr>
                <w:sz w:val="13"/>
              </w:rPr>
              <w:t>Sustainability Lead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570298F5" w14:textId="77777777" w:rsidR="003579FD" w:rsidRDefault="00D37861">
            <w:pPr>
              <w:spacing w:after="0"/>
            </w:pPr>
            <w:r>
              <w:rPr>
                <w:sz w:val="13"/>
              </w:rPr>
              <w:t>Pupil audit / photographs.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19B2C2C7" w14:textId="6EBEB61F" w:rsidR="003579FD" w:rsidRDefault="003579FD">
            <w:pPr>
              <w:spacing w:after="0"/>
              <w:jc w:val="center"/>
            </w:pPr>
          </w:p>
        </w:tc>
      </w:tr>
      <w:tr w:rsidR="003579FD" w14:paraId="36A49EB8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2E5C3553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Biodiversity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22768766" w14:textId="77777777" w:rsidR="003579FD" w:rsidRDefault="00D37861">
            <w:pPr>
              <w:spacing w:after="0"/>
            </w:pPr>
            <w:r>
              <w:rPr>
                <w:sz w:val="13"/>
              </w:rPr>
              <w:t>Complete one achievable improvement such as planting, a pollinator area or wildlife resource.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38350A27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Spring / Summer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65D3598D" w14:textId="77777777" w:rsidR="003579FD" w:rsidRDefault="00D37861">
            <w:pPr>
              <w:spacing w:after="0"/>
            </w:pPr>
            <w:r>
              <w:rPr>
                <w:sz w:val="13"/>
              </w:rPr>
              <w:t>Sustainability Lead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81F58D3" w14:textId="77777777" w:rsidR="003579FD" w:rsidRDefault="00D37861">
            <w:pPr>
              <w:spacing w:after="0"/>
            </w:pPr>
            <w:r>
              <w:rPr>
                <w:sz w:val="13"/>
              </w:rPr>
              <w:t>Improvement completed.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659F985A" w14:textId="255DB6A7" w:rsidR="003579FD" w:rsidRDefault="003579FD">
            <w:pPr>
              <w:spacing w:after="0"/>
              <w:jc w:val="center"/>
            </w:pPr>
          </w:p>
        </w:tc>
      </w:tr>
      <w:tr w:rsidR="003579FD" w14:paraId="282BCCC7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6469D381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Learning outdoors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4AE3F3D3" w14:textId="77777777" w:rsidR="003579FD" w:rsidRDefault="00D37861">
            <w:pPr>
              <w:spacing w:after="0"/>
            </w:pPr>
            <w:r>
              <w:rPr>
                <w:sz w:val="13"/>
              </w:rPr>
              <w:t>Use the grounds meaningfully for EYFS exploration, Science observation and Geography fieldwork.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260DB813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Ongoing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75B833F" w14:textId="77777777" w:rsidR="003579FD" w:rsidRDefault="00D37861">
            <w:pPr>
              <w:spacing w:after="0"/>
            </w:pPr>
            <w:r>
              <w:rPr>
                <w:sz w:val="13"/>
              </w:rPr>
              <w:t>EYFS / Subject Leads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0CC6F9A2" w14:textId="77777777" w:rsidR="003579FD" w:rsidRDefault="00D37861">
            <w:pPr>
              <w:spacing w:after="0"/>
            </w:pPr>
            <w:r>
              <w:rPr>
                <w:sz w:val="13"/>
              </w:rPr>
              <w:t>Curriculum examples.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48636523" w14:textId="1734F405" w:rsidR="003579FD" w:rsidRDefault="003579FD">
            <w:pPr>
              <w:spacing w:after="0"/>
              <w:jc w:val="center"/>
            </w:pPr>
          </w:p>
        </w:tc>
      </w:tr>
    </w:tbl>
    <w:p w14:paraId="335BB8B3" w14:textId="77777777" w:rsidR="003579FD" w:rsidRDefault="003579FD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30"/>
        <w:gridCol w:w="5498"/>
        <w:gridCol w:w="1178"/>
        <w:gridCol w:w="1865"/>
        <w:gridCol w:w="3795"/>
        <w:gridCol w:w="782"/>
      </w:tblGrid>
      <w:tr w:rsidR="003579FD" w14:paraId="2A5A9418" w14:textId="77777777">
        <w:trPr>
          <w:jc w:val="center"/>
        </w:trPr>
        <w:tc>
          <w:tcPr>
            <w:tcW w:w="14458" w:type="dxa"/>
            <w:gridSpan w:val="6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6F3A8D"/>
            <w:vAlign w:val="center"/>
          </w:tcPr>
          <w:p w14:paraId="60C96CAA" w14:textId="77777777" w:rsidR="003579FD" w:rsidRDefault="00D37861">
            <w:pPr>
              <w:spacing w:after="0"/>
              <w:ind w:left="58"/>
            </w:pPr>
            <w:r>
              <w:rPr>
                <w:b/>
                <w:color w:val="FFFFFF"/>
              </w:rPr>
              <w:t>06  TRAVEL, RESILIENCE &amp; COMMUNITY</w:t>
            </w:r>
          </w:p>
        </w:tc>
      </w:tr>
      <w:tr w:rsidR="003579FD" w14:paraId="34C7DAFE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6FF02A7E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FOCUS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6B9B1271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WHAT WE WILL DO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371F5DD5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3"/>
              </w:rPr>
              <w:t>WHEN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495F73B1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LEAD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6DE639CB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WHAT SUCCESS LOOKS LIKE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E6F3"/>
            <w:vAlign w:val="center"/>
          </w:tcPr>
          <w:p w14:paraId="3444218D" w14:textId="77777777" w:rsidR="003579FD" w:rsidRDefault="00D37861">
            <w:pPr>
              <w:spacing w:after="0"/>
              <w:jc w:val="center"/>
            </w:pPr>
            <w:r>
              <w:rPr>
                <w:b/>
                <w:color w:val="47245C"/>
                <w:sz w:val="13"/>
              </w:rPr>
              <w:t>STATUS</w:t>
            </w:r>
          </w:p>
        </w:tc>
      </w:tr>
      <w:tr w:rsidR="003579FD" w14:paraId="3EC33813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722901A9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lastRenderedPageBreak/>
              <w:t>Active travel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2A31A3DC" w14:textId="77777777" w:rsidR="003579FD" w:rsidRDefault="00D37861">
            <w:pPr>
              <w:spacing w:after="0"/>
            </w:pPr>
            <w:r>
              <w:rPr>
                <w:sz w:val="13"/>
              </w:rPr>
              <w:t>Encourage walking, cycling and scooting where safe and appropriate.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4D680550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During year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2AA0B876" w14:textId="77777777" w:rsidR="003579FD" w:rsidRDefault="00D37861">
            <w:pPr>
              <w:spacing w:after="0"/>
            </w:pPr>
            <w:r>
              <w:rPr>
                <w:sz w:val="13"/>
              </w:rPr>
              <w:t>School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2D15E02" w14:textId="77777777" w:rsidR="003579FD" w:rsidRDefault="00D37861">
            <w:pPr>
              <w:spacing w:after="0"/>
            </w:pPr>
            <w:r>
              <w:rPr>
                <w:sz w:val="13"/>
              </w:rPr>
              <w:t>Family communication.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65105614" w14:textId="65822501" w:rsidR="003579FD" w:rsidRDefault="003579FD">
            <w:pPr>
              <w:spacing w:after="0"/>
              <w:jc w:val="center"/>
            </w:pPr>
          </w:p>
        </w:tc>
      </w:tr>
      <w:tr w:rsidR="003579FD" w14:paraId="05CA07AE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624AFF93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Resilience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23B9FF6" w14:textId="77777777" w:rsidR="003579FD" w:rsidRDefault="00D37861">
            <w:pPr>
              <w:spacing w:after="0"/>
            </w:pPr>
            <w:r>
              <w:rPr>
                <w:sz w:val="13"/>
              </w:rPr>
              <w:t>Check plans consider extreme heat, storms and heavy rainfall.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474A058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Autumn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3938331A" w14:textId="77777777" w:rsidR="003579FD" w:rsidRDefault="00D37861">
            <w:pPr>
              <w:spacing w:after="0"/>
            </w:pPr>
            <w:r>
              <w:rPr>
                <w:sz w:val="13"/>
              </w:rPr>
              <w:t>HT / Business Manager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3C0D2BE9" w14:textId="77777777" w:rsidR="003579FD" w:rsidRDefault="00D37861">
            <w:pPr>
              <w:spacing w:after="0"/>
            </w:pPr>
            <w:r>
              <w:rPr>
                <w:sz w:val="13"/>
              </w:rPr>
              <w:t>Plans checked / updated.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605A5DB6" w14:textId="4CD27240" w:rsidR="003579FD" w:rsidRDefault="003579FD">
            <w:pPr>
              <w:spacing w:after="0"/>
              <w:jc w:val="center"/>
            </w:pPr>
          </w:p>
        </w:tc>
      </w:tr>
      <w:tr w:rsidR="003579FD" w14:paraId="7F4540DD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32955BA7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Community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26E9ED69" w14:textId="77777777" w:rsidR="003579FD" w:rsidRDefault="00D37861">
            <w:pPr>
              <w:spacing w:after="0"/>
            </w:pPr>
            <w:r>
              <w:rPr>
                <w:sz w:val="13"/>
              </w:rPr>
              <w:t>Share at least one sustainability action or pupil-led project with families each term.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745A384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Termly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459EFF01" w14:textId="77777777" w:rsidR="003579FD" w:rsidRDefault="00D37861">
            <w:pPr>
              <w:spacing w:after="0"/>
            </w:pPr>
            <w:r>
              <w:rPr>
                <w:sz w:val="13"/>
              </w:rPr>
              <w:t>Sustainability Lead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7FA9B388" w14:textId="77777777" w:rsidR="003579FD" w:rsidRDefault="00D37861">
            <w:pPr>
              <w:spacing w:after="0"/>
            </w:pPr>
            <w:r>
              <w:rPr>
                <w:sz w:val="13"/>
              </w:rPr>
              <w:t>Newsletter / website.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2C59775F" w14:textId="4075E7C1" w:rsidR="003579FD" w:rsidRDefault="003579FD">
            <w:pPr>
              <w:spacing w:after="0"/>
              <w:jc w:val="center"/>
            </w:pPr>
          </w:p>
        </w:tc>
      </w:tr>
      <w:tr w:rsidR="003579FD" w14:paraId="550E8A85" w14:textId="77777777">
        <w:trPr>
          <w:jc w:val="center"/>
        </w:trPr>
        <w:tc>
          <w:tcPr>
            <w:tcW w:w="1368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9F6FB"/>
            <w:vAlign w:val="center"/>
          </w:tcPr>
          <w:p w14:paraId="1ED657D2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Review</w:t>
            </w:r>
          </w:p>
        </w:tc>
        <w:tc>
          <w:tcPr>
            <w:tcW w:w="590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1FF3DEBE" w14:textId="77777777" w:rsidR="003579FD" w:rsidRDefault="00D37861">
            <w:pPr>
              <w:spacing w:after="0"/>
            </w:pPr>
            <w:r>
              <w:rPr>
                <w:sz w:val="13"/>
              </w:rPr>
              <w:t>Review progress, update status and agree the next small steps.</w:t>
            </w:r>
          </w:p>
        </w:tc>
        <w:tc>
          <w:tcPr>
            <w:tcW w:w="122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69B4F57D" w14:textId="77777777" w:rsidR="003579FD" w:rsidRDefault="00D37861">
            <w:pPr>
              <w:spacing w:after="0"/>
              <w:jc w:val="center"/>
            </w:pPr>
            <w:r>
              <w:rPr>
                <w:sz w:val="13"/>
              </w:rPr>
              <w:t>Termly</w:t>
            </w:r>
          </w:p>
        </w:tc>
        <w:tc>
          <w:tcPr>
            <w:tcW w:w="1944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5E3AADC6" w14:textId="77777777" w:rsidR="003579FD" w:rsidRDefault="00D37861">
            <w:pPr>
              <w:spacing w:after="0"/>
            </w:pPr>
            <w:r>
              <w:rPr>
                <w:sz w:val="13"/>
              </w:rPr>
              <w:t>SLT / Sustainability Lead</w:t>
            </w:r>
          </w:p>
        </w:tc>
        <w:tc>
          <w:tcPr>
            <w:tcW w:w="403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FFFFFF"/>
            <w:vAlign w:val="center"/>
          </w:tcPr>
          <w:p w14:paraId="0C297E51" w14:textId="77777777" w:rsidR="003579FD" w:rsidRDefault="00D37861">
            <w:pPr>
              <w:spacing w:after="0"/>
            </w:pPr>
            <w:r>
              <w:rPr>
                <w:sz w:val="13"/>
              </w:rPr>
              <w:t>Plan updated.</w:t>
            </w:r>
          </w:p>
        </w:tc>
        <w:tc>
          <w:tcPr>
            <w:tcW w:w="792" w:type="dxa"/>
            <w:tcBorders>
              <w:top w:val="single" w:sz="4" w:space="0" w:color="D9CDE1"/>
              <w:left w:val="single" w:sz="4" w:space="0" w:color="D9CDE1"/>
              <w:bottom w:val="single" w:sz="4" w:space="0" w:color="D9CDE1"/>
              <w:right w:val="single" w:sz="4" w:space="0" w:color="D9CDE1"/>
            </w:tcBorders>
            <w:shd w:val="clear" w:color="auto" w:fill="EEF4EA"/>
            <w:vAlign w:val="center"/>
          </w:tcPr>
          <w:p w14:paraId="2EDFA6CB" w14:textId="06489D2D" w:rsidR="003579FD" w:rsidRDefault="003579FD">
            <w:pPr>
              <w:spacing w:after="0"/>
              <w:jc w:val="center"/>
            </w:pPr>
          </w:p>
        </w:tc>
      </w:tr>
    </w:tbl>
    <w:p w14:paraId="29E4E2D0" w14:textId="77777777" w:rsidR="003579FD" w:rsidRDefault="003579FD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3"/>
        <w:gridCol w:w="4813"/>
        <w:gridCol w:w="4812"/>
      </w:tblGrid>
      <w:tr w:rsidR="003579FD" w14:paraId="7DDB1F31" w14:textId="77777777">
        <w:trPr>
          <w:jc w:val="center"/>
        </w:trPr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6F3"/>
          </w:tcPr>
          <w:p w14:paraId="4CDE1EE0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TERM 1 REVIEW</w:t>
            </w:r>
            <w:r>
              <w:rPr>
                <w:b/>
                <w:color w:val="47245C"/>
                <w:sz w:val="13"/>
              </w:rPr>
              <w:br/>
            </w:r>
            <w:r>
              <w:rPr>
                <w:color w:val="666666"/>
                <w:sz w:val="12"/>
              </w:rPr>
              <w:t>Date: __________   Key next step: ______________________________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6F3"/>
          </w:tcPr>
          <w:p w14:paraId="00536500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TERM 2 REVIEW</w:t>
            </w:r>
            <w:r>
              <w:rPr>
                <w:b/>
                <w:color w:val="47245C"/>
                <w:sz w:val="13"/>
              </w:rPr>
              <w:br/>
            </w:r>
            <w:r>
              <w:rPr>
                <w:color w:val="666666"/>
                <w:sz w:val="12"/>
              </w:rPr>
              <w:t>Date: __________   Key next step: ______________________________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EE6F3"/>
          </w:tcPr>
          <w:p w14:paraId="1A565A83" w14:textId="77777777" w:rsidR="003579FD" w:rsidRDefault="00D37861">
            <w:pPr>
              <w:spacing w:after="0"/>
            </w:pPr>
            <w:r>
              <w:rPr>
                <w:b/>
                <w:color w:val="47245C"/>
                <w:sz w:val="13"/>
              </w:rPr>
              <w:t>TERM 3 REVIEW</w:t>
            </w:r>
            <w:r>
              <w:rPr>
                <w:b/>
                <w:color w:val="47245C"/>
                <w:sz w:val="13"/>
              </w:rPr>
              <w:br/>
            </w:r>
            <w:r>
              <w:rPr>
                <w:color w:val="666666"/>
                <w:sz w:val="12"/>
              </w:rPr>
              <w:t>Date: __________   Priority for 2027–28: _______________________</w:t>
            </w:r>
          </w:p>
        </w:tc>
      </w:tr>
    </w:tbl>
    <w:p w14:paraId="5A488D92" w14:textId="77777777" w:rsidR="003579FD" w:rsidRDefault="00D37861">
      <w:pPr>
        <w:spacing w:before="40"/>
        <w:jc w:val="center"/>
      </w:pPr>
      <w:r>
        <w:rPr>
          <w:b/>
          <w:color w:val="6F3A8D"/>
          <w:sz w:val="13"/>
        </w:rPr>
        <w:t>STATUS   ○ Not started     ◐ In progress     ✓ Complete     ↻ Ongoing</w:t>
      </w:r>
    </w:p>
    <w:sectPr w:rsidR="003579FD" w:rsidSect="00034616">
      <w:headerReference w:type="default" r:id="rId8"/>
      <w:footerReference w:type="default" r:id="rId9"/>
      <w:pgSz w:w="15840" w:h="12240" w:orient="landscape"/>
      <w:pgMar w:top="605" w:right="691" w:bottom="605" w:left="6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85B2" w14:textId="77777777" w:rsidR="00D37861" w:rsidRDefault="00D37861">
      <w:pPr>
        <w:spacing w:after="0" w:line="240" w:lineRule="auto"/>
      </w:pPr>
      <w:r>
        <w:separator/>
      </w:r>
    </w:p>
  </w:endnote>
  <w:endnote w:type="continuationSeparator" w:id="0">
    <w:p w14:paraId="3B027043" w14:textId="77777777" w:rsidR="00D37861" w:rsidRDefault="00D37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4FA53" w14:textId="77777777" w:rsidR="003579FD" w:rsidRDefault="00D37861">
    <w:pPr>
      <w:pStyle w:val="Footer"/>
      <w:jc w:val="center"/>
    </w:pPr>
    <w:r>
      <w:rPr>
        <w:color w:val="666666"/>
        <w:sz w:val="12"/>
      </w:rPr>
      <w:t>Exploration • Authenticity • Vision • Encouragement • Synergy     |     Ready • Responsible • Resilient • Respectful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0EFA0" w14:textId="77777777" w:rsidR="00D37861" w:rsidRDefault="00D37861">
      <w:pPr>
        <w:spacing w:after="0" w:line="240" w:lineRule="auto"/>
      </w:pPr>
      <w:r>
        <w:separator/>
      </w:r>
    </w:p>
  </w:footnote>
  <w:footnote w:type="continuationSeparator" w:id="0">
    <w:p w14:paraId="351062D1" w14:textId="77777777" w:rsidR="00D37861" w:rsidRDefault="00D37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93E3B" w14:textId="77777777" w:rsidR="003579FD" w:rsidRDefault="00D37861">
    <w:pPr>
      <w:pStyle w:val="Header"/>
      <w:jc w:val="right"/>
    </w:pPr>
    <w:r>
      <w:rPr>
        <w:b/>
        <w:color w:val="6F3A8D"/>
        <w:sz w:val="14"/>
      </w:rPr>
      <w:t>EAVES PRIMARY SCHOOL   •   SUSTAINABILITY &amp; CLIMATE ACTION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7509194">
    <w:abstractNumId w:val="8"/>
  </w:num>
  <w:num w:numId="2" w16cid:durableId="1164010119">
    <w:abstractNumId w:val="6"/>
  </w:num>
  <w:num w:numId="3" w16cid:durableId="628248789">
    <w:abstractNumId w:val="5"/>
  </w:num>
  <w:num w:numId="4" w16cid:durableId="1227109852">
    <w:abstractNumId w:val="4"/>
  </w:num>
  <w:num w:numId="5" w16cid:durableId="1733961360">
    <w:abstractNumId w:val="7"/>
  </w:num>
  <w:num w:numId="6" w16cid:durableId="236981566">
    <w:abstractNumId w:val="3"/>
  </w:num>
  <w:num w:numId="7" w16cid:durableId="2136366273">
    <w:abstractNumId w:val="2"/>
  </w:num>
  <w:num w:numId="8" w16cid:durableId="1695812767">
    <w:abstractNumId w:val="1"/>
  </w:num>
  <w:num w:numId="9" w16cid:durableId="1206407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79FD"/>
    <w:rsid w:val="004C34F5"/>
    <w:rsid w:val="00716657"/>
    <w:rsid w:val="00AA1D8D"/>
    <w:rsid w:val="00B47730"/>
    <w:rsid w:val="00CB0664"/>
    <w:rsid w:val="00D378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8B22A8"/>
  <w14:defaultImageDpi w14:val="300"/>
  <w15:docId w15:val="{B2343EB6-D0F4-4FA9-B88A-61A1DAAD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FD2E6F5F4338418988F0DC9A2C6287" ma:contentTypeVersion="19" ma:contentTypeDescription="Create a new document." ma:contentTypeScope="" ma:versionID="1813c0078c640ed505b6ba678ded3581">
  <xsd:schema xmlns:xsd="http://www.w3.org/2001/XMLSchema" xmlns:xs="http://www.w3.org/2001/XMLSchema" xmlns:p="http://schemas.microsoft.com/office/2006/metadata/properties" xmlns:ns2="80180020-fad9-4cf1-ad15-de523f8333bf" xmlns:ns3="cb5824e0-6692-4d54-8d34-50fcdda9f5fa" targetNamespace="http://schemas.microsoft.com/office/2006/metadata/properties" ma:root="true" ma:fieldsID="c6b465ebf8e2c91911a0eb46696cbf79" ns2:_="" ns3:_="">
    <xsd:import namespace="80180020-fad9-4cf1-ad15-de523f8333bf"/>
    <xsd:import namespace="cb5824e0-6692-4d54-8d34-50fcdda9f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80020-fad9-4cf1-ad15-de523f8333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03970a-e55d-4629-b0e7-91e18418f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824e0-6692-4d54-8d34-50fcdda9f5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a9f431-fb6d-4969-8293-45f870d181fb}" ma:internalName="TaxCatchAll" ma:showField="CatchAllData" ma:web="cb5824e0-6692-4d54-8d34-50fcdda9f5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180020-fad9-4cf1-ad15-de523f8333bf">
      <Terms xmlns="http://schemas.microsoft.com/office/infopath/2007/PartnerControls"/>
    </lcf76f155ced4ddcb4097134ff3c332f>
    <TaxCatchAll xmlns="cb5824e0-6692-4d54-8d34-50fcdda9f5f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1F0ED9-261F-40E6-9189-5DF88C942590}"/>
</file>

<file path=customXml/itemProps3.xml><?xml version="1.0" encoding="utf-8"?>
<ds:datastoreItem xmlns:ds="http://schemas.openxmlformats.org/officeDocument/2006/customXml" ds:itemID="{52D83B0D-E3E2-4FFC-8B2C-2F4B4047687C}"/>
</file>

<file path=customXml/itemProps4.xml><?xml version="1.0" encoding="utf-8"?>
<ds:datastoreItem xmlns:ds="http://schemas.openxmlformats.org/officeDocument/2006/customXml" ds:itemID="{E658E539-6826-4694-89A4-7A9D68D06F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Melissa Lawrenson</cp:lastModifiedBy>
  <cp:revision>2</cp:revision>
  <dcterms:created xsi:type="dcterms:W3CDTF">2026-10-05T09:32:00Z</dcterms:created>
  <dcterms:modified xsi:type="dcterms:W3CDTF">2026-10-05T09:32:00Z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0x010100A5FD2E6F5F4338418988F0DC9A2C6287</vt:lpwstr>
  </property>
  <property fmtid="{D5CDD505-2E9C-101B-9397-08002B2CF9AE}" pid="3" name="MediaServiceImageTags">
    <vt:lpwstr/>
  </property>
</Properties>
</file>