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40462" w14:textId="77777777" w:rsidR="006C423D" w:rsidRPr="004F310B" w:rsidRDefault="00A1624D">
      <w:pPr>
        <w:jc w:val="center"/>
        <w:rPr>
          <w:rFonts w:ascii="KG Primary Penmanship" w:hAnsi="KG Primary Penmanship"/>
          <w:sz w:val="32"/>
          <w:szCs w:val="36"/>
        </w:rPr>
      </w:pPr>
      <w:r w:rsidRPr="004F310B">
        <w:rPr>
          <w:rFonts w:ascii="KG Primary Penmanship" w:hAnsi="KG Primary Penmanship"/>
          <w:b/>
          <w:color w:val="111111"/>
          <w:sz w:val="52"/>
          <w:szCs w:val="36"/>
        </w:rPr>
        <w:t>FOOD FOR THOUGHT — LUNCH MENU WEEK 8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399"/>
        <w:gridCol w:w="2398"/>
        <w:gridCol w:w="2398"/>
        <w:gridCol w:w="2399"/>
        <w:gridCol w:w="2398"/>
        <w:gridCol w:w="2398"/>
      </w:tblGrid>
      <w:tr w:rsidR="006C423D" w:rsidRPr="004F310B" w14:paraId="1843917D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88FA25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w/c 19th October</w:t>
            </w:r>
          </w:p>
        </w:tc>
        <w:tc>
          <w:tcPr>
            <w:tcW w:w="2400" w:type="dxa"/>
            <w:shd w:val="clear" w:color="auto" w:fill="A3E57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12F6B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MONDAY</w:t>
            </w: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br/>
              <w:t>(Planet Friendly / Meat Free)</w:t>
            </w:r>
          </w:p>
        </w:tc>
        <w:tc>
          <w:tcPr>
            <w:tcW w:w="2400" w:type="dxa"/>
            <w:shd w:val="clear" w:color="auto" w:fill="85D3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4C468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TUESDAY</w:t>
            </w:r>
          </w:p>
        </w:tc>
        <w:tc>
          <w:tcPr>
            <w:tcW w:w="2400" w:type="dxa"/>
            <w:shd w:val="clear" w:color="auto" w:fill="9FD5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FADE3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WEDNESDAY</w:t>
            </w:r>
          </w:p>
        </w:tc>
        <w:tc>
          <w:tcPr>
            <w:tcW w:w="2400" w:type="dxa"/>
            <w:shd w:val="clear" w:color="auto" w:fill="F3C6D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EAAB8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THURSDAY</w:t>
            </w:r>
          </w:p>
        </w:tc>
        <w:tc>
          <w:tcPr>
            <w:tcW w:w="2400" w:type="dxa"/>
            <w:shd w:val="clear" w:color="auto" w:fill="DFB2E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812BB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FRIDAY</w:t>
            </w:r>
          </w:p>
        </w:tc>
      </w:tr>
      <w:tr w:rsidR="006C423D" w:rsidRPr="004F310B" w14:paraId="4F268C58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1350F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SOUP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D79AF" w14:textId="77777777" w:rsidR="006C423D" w:rsidRPr="004F310B" w:rsidRDefault="00A1624D" w:rsidP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Pea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20485" w14:textId="77777777" w:rsidR="006C423D" w:rsidRPr="004F310B" w:rsidRDefault="00A1624D" w:rsidP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Chef Choice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422E7" w14:textId="77777777" w:rsidR="006C423D" w:rsidRPr="004F310B" w:rsidRDefault="00A1624D" w:rsidP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Roasted Pepper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BE7CA" w14:textId="45583B61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80221" w14:textId="64EAE2DC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</w:tr>
      <w:tr w:rsidR="006C423D" w:rsidRPr="004F310B" w14:paraId="1BB9581C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2FC70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HOT MAINS</w:t>
            </w: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br/>
              <w:t>(Option 1)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B20D0" w14:textId="6FE123FA" w:rsidR="006C423D" w:rsidRPr="004F310B" w:rsidRDefault="004F310B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Fish Fingers and Chips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6BA61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Chinese Chicken Curry with Wholegrain Rice &amp; Prawn Crackers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90DE2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Cumberland Sausage Slice with Wedges &amp; Beans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64721" w14:textId="7CDD000F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3A762" w14:textId="220DFDF8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</w:tr>
      <w:tr w:rsidR="006C423D" w:rsidRPr="004F310B" w14:paraId="250D811A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5E73D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HOT MAINS</w:t>
            </w: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br/>
              <w:t>(Option 2)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4EA6C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Meat Free Burritos with Salad (V)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21437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Puy Lentil Shepherds Pie with Garden Peas &amp; Carrots (V)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E59CB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Spaghetti &amp; Veg</w:t>
            </w:r>
            <w:r w:rsidRPr="004F310B">
              <w:rPr>
                <w:rFonts w:ascii="KG Primary Penmanship" w:hAnsi="KG Primary Penmanship"/>
                <w:sz w:val="32"/>
                <w:szCs w:val="36"/>
              </w:rPr>
              <w:t>gie Meatballs (V)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7BC75" w14:textId="04D1BA19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583C9" w14:textId="0DD4EA17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</w:tr>
      <w:tr w:rsidR="006C423D" w:rsidRPr="004F310B" w14:paraId="7C1998D0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1E7613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CHEF SPECIAL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47026" w14:textId="6C43DC29" w:rsidR="006C423D" w:rsidRPr="004F310B" w:rsidRDefault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Tuna Pasta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F32F5" w14:textId="5B9A43C1" w:rsidR="006C423D" w:rsidRPr="004F310B" w:rsidRDefault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Tomato Pasta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2899D" w14:textId="61EEE773" w:rsidR="006C423D" w:rsidRPr="004F310B" w:rsidRDefault="006C423D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66371D" w14:textId="7300E803" w:rsidR="006C423D" w:rsidRPr="004F310B" w:rsidRDefault="006C423D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D01C5" w14:textId="3C252369" w:rsidR="006C423D" w:rsidRPr="004F310B" w:rsidRDefault="006C423D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</w:p>
        </w:tc>
      </w:tr>
      <w:tr w:rsidR="006C423D" w:rsidRPr="004F310B" w14:paraId="5E24D99C" w14:textId="77777777">
        <w:trPr>
          <w:jc w:val="center"/>
        </w:trPr>
        <w:tc>
          <w:tcPr>
            <w:tcW w:w="2400" w:type="dxa"/>
            <w:shd w:val="clear" w:color="auto" w:fill="E8772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850E1" w14:textId="77777777" w:rsidR="006C423D" w:rsidRPr="004F310B" w:rsidRDefault="00A1624D">
            <w:pPr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b/>
                <w:sz w:val="32"/>
                <w:szCs w:val="36"/>
              </w:rPr>
              <w:t>DESSERT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3C88A" w14:textId="7E7D9DC0" w:rsidR="006C423D" w:rsidRPr="004F310B" w:rsidRDefault="004F310B" w:rsidP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Fruit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13943" w14:textId="427D7499" w:rsidR="006C423D" w:rsidRPr="004F310B" w:rsidRDefault="004F310B" w:rsidP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Rice Pudding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EA517" w14:textId="29B21337" w:rsidR="006C423D" w:rsidRPr="004F310B" w:rsidRDefault="004F310B" w:rsidP="004F310B">
            <w:pPr>
              <w:jc w:val="center"/>
              <w:rPr>
                <w:rFonts w:ascii="KG Primary Penmanship" w:hAnsi="KG Primary Penmanship"/>
                <w:sz w:val="32"/>
                <w:szCs w:val="36"/>
              </w:rPr>
            </w:pPr>
            <w:r w:rsidRPr="004F310B">
              <w:rPr>
                <w:rFonts w:ascii="KG Primary Penmanship" w:hAnsi="KG Primary Penmanship"/>
                <w:sz w:val="32"/>
                <w:szCs w:val="36"/>
              </w:rPr>
              <w:t>Biscuits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056D2" w14:textId="2F97F0E2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F8CAF" w14:textId="77CC4FAE" w:rsidR="006C423D" w:rsidRPr="004F310B" w:rsidRDefault="006C423D">
            <w:pPr>
              <w:rPr>
                <w:rFonts w:ascii="KG Primary Penmanship" w:hAnsi="KG Primary Penmanship"/>
                <w:sz w:val="32"/>
                <w:szCs w:val="36"/>
              </w:rPr>
            </w:pPr>
          </w:p>
        </w:tc>
      </w:tr>
    </w:tbl>
    <w:p w14:paraId="46BD0CD0" w14:textId="77777777" w:rsidR="006C423D" w:rsidRPr="004F310B" w:rsidRDefault="00A1624D">
      <w:pPr>
        <w:rPr>
          <w:rFonts w:ascii="KG Primary Penmanship" w:hAnsi="KG Primary Penmanship"/>
          <w:sz w:val="32"/>
          <w:szCs w:val="36"/>
        </w:rPr>
      </w:pPr>
      <w:r w:rsidRPr="004F310B">
        <w:rPr>
          <w:rFonts w:ascii="KG Primary Penmanship" w:hAnsi="KG Primary Penmanship"/>
          <w:b/>
          <w:sz w:val="32"/>
          <w:szCs w:val="36"/>
        </w:rPr>
        <w:br/>
        <w:t xml:space="preserve">Available Daily: </w:t>
      </w:r>
      <w:r w:rsidRPr="004F310B">
        <w:rPr>
          <w:rFonts w:ascii="KG Primary Penmanship" w:hAnsi="KG Primary Penmanship"/>
          <w:sz w:val="32"/>
          <w:szCs w:val="36"/>
        </w:rPr>
        <w:t>Jacket potatoes with tuna, cheese or beans, salad, hummus, fresh fruit and yoghurt.</w:t>
      </w:r>
    </w:p>
    <w:p w14:paraId="5DA16AEA" w14:textId="77777777" w:rsidR="006C423D" w:rsidRPr="004F310B" w:rsidRDefault="00A1624D">
      <w:pPr>
        <w:rPr>
          <w:rFonts w:ascii="KG Primary Penmanship" w:hAnsi="KG Primary Penmanship"/>
          <w:sz w:val="32"/>
          <w:szCs w:val="36"/>
        </w:rPr>
      </w:pPr>
      <w:r w:rsidRPr="004F310B">
        <w:rPr>
          <w:rFonts w:ascii="KG Primary Penmanship" w:hAnsi="KG Primary Penmanship"/>
          <w:b/>
          <w:sz w:val="32"/>
          <w:szCs w:val="36"/>
        </w:rPr>
        <w:t xml:space="preserve">Dietary &amp; Quality: </w:t>
      </w:r>
      <w:r w:rsidRPr="004F310B">
        <w:rPr>
          <w:rFonts w:ascii="KG Primary Penmanship" w:hAnsi="KG Primary Penmanship"/>
          <w:sz w:val="32"/>
          <w:szCs w:val="36"/>
        </w:rPr>
        <w:t xml:space="preserve">Please speak to a member of staff about dietary </w:t>
      </w:r>
      <w:r w:rsidRPr="004F310B">
        <w:rPr>
          <w:rFonts w:ascii="KG Primary Penmanship" w:hAnsi="KG Primary Penmanship"/>
          <w:sz w:val="32"/>
          <w:szCs w:val="36"/>
        </w:rPr>
        <w:t>requirements. All menus are checked by a nutritionist and adhere to School Food Standards.</w:t>
      </w:r>
    </w:p>
    <w:p w14:paraId="148F8DAB" w14:textId="77777777" w:rsidR="006C423D" w:rsidRPr="004F310B" w:rsidRDefault="00A1624D">
      <w:pPr>
        <w:rPr>
          <w:rFonts w:ascii="KG Primary Penmanship" w:hAnsi="KG Primary Penmanship"/>
          <w:sz w:val="32"/>
          <w:szCs w:val="36"/>
        </w:rPr>
      </w:pPr>
      <w:r w:rsidRPr="004F310B">
        <w:rPr>
          <w:rFonts w:ascii="KG Primary Penmanship" w:hAnsi="KG Primary Penmanship"/>
          <w:i/>
          <w:sz w:val="32"/>
          <w:szCs w:val="36"/>
        </w:rPr>
        <w:t>Key: (V) Vegetarian | (Ve) Vegan</w:t>
      </w:r>
    </w:p>
    <w:sectPr w:rsidR="006C423D" w:rsidRPr="004F310B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KG Primary Penmanship">
    <w:panose1 w:val="02000506000000020003"/>
    <w:charset w:val="4D"/>
    <w:family w:val="auto"/>
    <w:pitch w:val="variable"/>
    <w:sig w:usb0="A000002F" w:usb1="00000053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310B"/>
    <w:rsid w:val="006C423D"/>
    <w:rsid w:val="00A162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2D645C"/>
  <w14:defaultImageDpi w14:val="300"/>
  <w15:docId w15:val="{B63ADDA9-1E39-4FD3-939B-19A010A4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Ande Pert</cp:lastModifiedBy>
  <cp:revision>2</cp:revision>
  <dcterms:created xsi:type="dcterms:W3CDTF">2026-10-16T07:51:00Z</dcterms:created>
  <dcterms:modified xsi:type="dcterms:W3CDTF">2026-10-16T07:51:00Z</dcterms:modified>
  <cp:category/>
</cp:coreProperties>
</file>