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E0098" w14:textId="77777777" w:rsidR="00E01928" w:rsidRPr="00FF2EF0" w:rsidRDefault="00FF2EF0">
      <w:pPr>
        <w:jc w:val="center"/>
        <w:rPr>
          <w:rFonts w:ascii="Tahoma" w:hAnsi="Tahoma" w:cs="Tahoma"/>
          <w:sz w:val="20"/>
          <w:szCs w:val="20"/>
        </w:rPr>
      </w:pPr>
      <w:r w:rsidRPr="00FF2EF0">
        <w:rPr>
          <w:rFonts w:ascii="Tahoma" w:hAnsi="Tahoma" w:cs="Tahoma"/>
          <w:b/>
          <w:color w:val="111111"/>
          <w:sz w:val="32"/>
          <w:szCs w:val="20"/>
        </w:rPr>
        <w:t>FOOD FOR THOUGHT — LUNCH MENU WEEK 7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398"/>
        <w:gridCol w:w="2398"/>
        <w:gridCol w:w="2399"/>
        <w:gridCol w:w="2399"/>
        <w:gridCol w:w="2398"/>
        <w:gridCol w:w="2398"/>
      </w:tblGrid>
      <w:tr w:rsidR="00E01928" w:rsidRPr="00FF2EF0" w14:paraId="12655FE6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99333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w/c 12th October</w:t>
            </w:r>
          </w:p>
        </w:tc>
        <w:tc>
          <w:tcPr>
            <w:tcW w:w="2400" w:type="dxa"/>
            <w:shd w:val="clear" w:color="auto" w:fill="A3E57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0C60C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MONDAY</w:t>
            </w:r>
            <w:r w:rsidRPr="00FF2EF0">
              <w:rPr>
                <w:rFonts w:ascii="Tahoma" w:hAnsi="Tahoma" w:cs="Tahoma"/>
                <w:b/>
                <w:sz w:val="24"/>
                <w:szCs w:val="28"/>
              </w:rPr>
              <w:br/>
              <w:t>(Planet Friendly / Meat Free)</w:t>
            </w:r>
          </w:p>
        </w:tc>
        <w:tc>
          <w:tcPr>
            <w:tcW w:w="2400" w:type="dxa"/>
            <w:shd w:val="clear" w:color="auto" w:fill="85D3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A8EE0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TUESDAY</w:t>
            </w:r>
          </w:p>
        </w:tc>
        <w:tc>
          <w:tcPr>
            <w:tcW w:w="2400" w:type="dxa"/>
            <w:shd w:val="clear" w:color="auto" w:fill="9FD5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582361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WEDNESDAY</w:t>
            </w:r>
          </w:p>
        </w:tc>
        <w:tc>
          <w:tcPr>
            <w:tcW w:w="2400" w:type="dxa"/>
            <w:shd w:val="clear" w:color="auto" w:fill="F3C6D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231C2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THURSDAY</w:t>
            </w:r>
          </w:p>
        </w:tc>
        <w:tc>
          <w:tcPr>
            <w:tcW w:w="2400" w:type="dxa"/>
            <w:shd w:val="clear" w:color="auto" w:fill="DFB2E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B9A24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FRIDAY</w:t>
            </w:r>
          </w:p>
        </w:tc>
      </w:tr>
      <w:tr w:rsidR="00E01928" w:rsidRPr="00FF2EF0" w14:paraId="7C63BCED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CC81B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SOUP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58D93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Carrot &amp; Coriander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50B1C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Chef Choice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7E852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Broccoli &amp; Cheddar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85FA3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Chef Choice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9E5DA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Chinese Sweetcorn</w:t>
            </w:r>
          </w:p>
        </w:tc>
      </w:tr>
      <w:tr w:rsidR="00E01928" w:rsidRPr="00FF2EF0" w14:paraId="53398DE2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3BD0C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HOT MAINS</w:t>
            </w:r>
            <w:r w:rsidRPr="00FF2EF0">
              <w:rPr>
                <w:rFonts w:ascii="Tahoma" w:hAnsi="Tahoma" w:cs="Tahoma"/>
                <w:b/>
                <w:sz w:val="24"/>
                <w:szCs w:val="28"/>
              </w:rPr>
              <w:br/>
              <w:t>(Option 1)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82D08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Wholemeal Pizza &amp; Wedges with Salad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4642C" w14:textId="315875C2" w:rsidR="00E01928" w:rsidRPr="00FF2EF0" w:rsidRDefault="001B6561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Scouse/Chicken</w:t>
            </w:r>
            <w:r w:rsidR="00FF2EF0" w:rsidRPr="00FF2EF0">
              <w:rPr>
                <w:rFonts w:ascii="Tahoma" w:hAnsi="Tahoma" w:cs="Tahoma"/>
                <w:sz w:val="24"/>
                <w:szCs w:val="28"/>
              </w:rPr>
              <w:t xml:space="preserve"> </w:t>
            </w:r>
            <w:proofErr w:type="spellStart"/>
            <w:r w:rsidR="00FF2EF0" w:rsidRPr="00FF2EF0">
              <w:rPr>
                <w:rFonts w:ascii="Tahoma" w:hAnsi="Tahoma" w:cs="Tahoma"/>
                <w:sz w:val="24"/>
                <w:szCs w:val="28"/>
              </w:rPr>
              <w:t>Shortcrust</w:t>
            </w:r>
            <w:proofErr w:type="spellEnd"/>
            <w:r w:rsidR="00FF2EF0" w:rsidRPr="00FF2EF0">
              <w:rPr>
                <w:rFonts w:ascii="Tahoma" w:hAnsi="Tahoma" w:cs="Tahoma"/>
                <w:sz w:val="24"/>
                <w:szCs w:val="28"/>
              </w:rPr>
              <w:t xml:space="preserve"> Pie with New Potatoes &amp; Baby Carrots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3C4C7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Sausage &amp; Homemade Mash with Gravy &amp; Peas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0C322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Spanish Chicken with Wholemeal Rice &amp; Green Beans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ADC12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Fish Fingers with Chips &amp; Garden Peas</w:t>
            </w:r>
          </w:p>
        </w:tc>
      </w:tr>
      <w:tr w:rsidR="00E01928" w:rsidRPr="00FF2EF0" w14:paraId="4D31E93D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4EDCB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HOT MAINS</w:t>
            </w:r>
            <w:r w:rsidRPr="00FF2EF0">
              <w:rPr>
                <w:rFonts w:ascii="Tahoma" w:hAnsi="Tahoma" w:cs="Tahoma"/>
                <w:b/>
                <w:sz w:val="24"/>
                <w:szCs w:val="28"/>
              </w:rPr>
              <w:br/>
              <w:t>(Option 2)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364A7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Quorn Mince Cottage Pie with Peas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947B0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Wholemeal Tomato Pasta Bake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00FDD" w14:textId="3314ABAF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 xml:space="preserve">Curry with </w:t>
            </w:r>
            <w:proofErr w:type="spellStart"/>
            <w:r w:rsidRPr="00FF2EF0">
              <w:rPr>
                <w:rFonts w:ascii="Tahoma" w:hAnsi="Tahoma" w:cs="Tahoma"/>
                <w:sz w:val="24"/>
                <w:szCs w:val="28"/>
              </w:rPr>
              <w:t>Wholemeal</w:t>
            </w:r>
            <w:proofErr w:type="spellEnd"/>
            <w:r w:rsidRPr="00FF2EF0">
              <w:rPr>
                <w:rFonts w:ascii="Tahoma" w:hAnsi="Tahoma" w:cs="Tahoma"/>
                <w:sz w:val="24"/>
                <w:szCs w:val="28"/>
              </w:rPr>
              <w:t xml:space="preserve"> Rice (</w:t>
            </w:r>
            <w:proofErr w:type="spellStart"/>
            <w:r w:rsidRPr="00FF2EF0">
              <w:rPr>
                <w:rFonts w:ascii="Tahoma" w:hAnsi="Tahoma" w:cs="Tahoma"/>
                <w:sz w:val="24"/>
                <w:szCs w:val="28"/>
              </w:rPr>
              <w:t>Ve</w:t>
            </w:r>
            <w:proofErr w:type="spellEnd"/>
            <w:r w:rsidRPr="00FF2EF0">
              <w:rPr>
                <w:rFonts w:ascii="Tahoma" w:hAnsi="Tahoma" w:cs="Tahoma"/>
                <w:sz w:val="24"/>
                <w:szCs w:val="28"/>
              </w:rPr>
              <w:t>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D84D3" w14:textId="53934368" w:rsidR="00E01928" w:rsidRPr="00FF2EF0" w:rsidRDefault="001B6561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 xml:space="preserve">Quiche </w:t>
            </w:r>
            <w:r w:rsidR="00FF2EF0" w:rsidRPr="00FF2EF0">
              <w:rPr>
                <w:rFonts w:ascii="Tahoma" w:hAnsi="Tahoma" w:cs="Tahoma"/>
                <w:sz w:val="24"/>
                <w:szCs w:val="28"/>
              </w:rPr>
              <w:t>Salad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D7017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Veggie Sausage Roll with Chips &amp; Garden Peas (V)</w:t>
            </w:r>
          </w:p>
        </w:tc>
      </w:tr>
      <w:tr w:rsidR="00E01928" w:rsidRPr="00FF2EF0" w14:paraId="7074AF3B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D9C8F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CHEF SPECIAL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EDC07" w14:textId="77777777" w:rsidR="00E01928" w:rsidRPr="00FF2EF0" w:rsidRDefault="001B6561">
            <w:pPr>
              <w:jc w:val="center"/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Tomato Pasta</w:t>
            </w:r>
          </w:p>
          <w:p w14:paraId="00FBD3CC" w14:textId="4C525B1D" w:rsidR="001B6561" w:rsidRPr="00FF2EF0" w:rsidRDefault="001B6561">
            <w:pPr>
              <w:jc w:val="center"/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Tuna Pasta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8F547" w14:textId="5C16B3F8" w:rsidR="00E01928" w:rsidRPr="00FF2EF0" w:rsidRDefault="001B6561">
            <w:pPr>
              <w:jc w:val="center"/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Tuna Pasta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6792B" w14:textId="341FA08F" w:rsidR="00E01928" w:rsidRPr="00FF2EF0" w:rsidRDefault="001B6561">
            <w:pPr>
              <w:jc w:val="center"/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Pasta Bake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3136E" w14:textId="417BB384" w:rsidR="00E01928" w:rsidRPr="00FF2EF0" w:rsidRDefault="001B6561">
            <w:pPr>
              <w:jc w:val="center"/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BBQ Chicken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D2E44" w14:textId="6453665A" w:rsidR="00E01928" w:rsidRPr="00FF2EF0" w:rsidRDefault="00E01928">
            <w:pPr>
              <w:jc w:val="center"/>
              <w:rPr>
                <w:rFonts w:ascii="Tahoma" w:hAnsi="Tahoma" w:cs="Tahoma"/>
                <w:sz w:val="24"/>
                <w:szCs w:val="28"/>
              </w:rPr>
            </w:pPr>
          </w:p>
        </w:tc>
      </w:tr>
      <w:tr w:rsidR="00E01928" w:rsidRPr="00FF2EF0" w14:paraId="1EF6815F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3640B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b/>
                <w:sz w:val="24"/>
                <w:szCs w:val="28"/>
              </w:rPr>
              <w:t>DESSERT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1CC58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Fresh Fruit Salad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91758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Flapjacks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180D5" w14:textId="47392DE5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Sponge Cake with Custard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83A95" w14:textId="46C5CBF9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Cake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C1961" w14:textId="77777777" w:rsidR="00E01928" w:rsidRPr="00FF2EF0" w:rsidRDefault="00FF2EF0">
            <w:pPr>
              <w:rPr>
                <w:rFonts w:ascii="Tahoma" w:hAnsi="Tahoma" w:cs="Tahoma"/>
                <w:sz w:val="24"/>
                <w:szCs w:val="28"/>
              </w:rPr>
            </w:pPr>
            <w:r w:rsidRPr="00FF2EF0">
              <w:rPr>
                <w:rFonts w:ascii="Tahoma" w:hAnsi="Tahoma" w:cs="Tahoma"/>
                <w:sz w:val="24"/>
                <w:szCs w:val="28"/>
              </w:rPr>
              <w:t>Cheese &amp; Crackers</w:t>
            </w:r>
          </w:p>
        </w:tc>
      </w:tr>
    </w:tbl>
    <w:p w14:paraId="71CDD8E6" w14:textId="77777777" w:rsidR="00E01928" w:rsidRPr="00FF2EF0" w:rsidRDefault="00FF2EF0">
      <w:pPr>
        <w:rPr>
          <w:rFonts w:ascii="Tahoma" w:hAnsi="Tahoma" w:cs="Tahoma"/>
          <w:sz w:val="24"/>
          <w:szCs w:val="28"/>
        </w:rPr>
      </w:pPr>
      <w:r w:rsidRPr="00FF2EF0">
        <w:rPr>
          <w:rFonts w:ascii="Tahoma" w:hAnsi="Tahoma" w:cs="Tahoma"/>
          <w:b/>
          <w:sz w:val="24"/>
          <w:szCs w:val="28"/>
        </w:rPr>
        <w:br/>
        <w:t xml:space="preserve">Available Daily: </w:t>
      </w:r>
      <w:r w:rsidRPr="00FF2EF0">
        <w:rPr>
          <w:rFonts w:ascii="Tahoma" w:hAnsi="Tahoma" w:cs="Tahoma"/>
          <w:sz w:val="24"/>
          <w:szCs w:val="28"/>
        </w:rPr>
        <w:t>Jacket potatoes with tuna, cheese or beans, salad, hummus, fresh fruit and yoghurt.</w:t>
      </w:r>
    </w:p>
    <w:p w14:paraId="0106E306" w14:textId="77777777" w:rsidR="00E01928" w:rsidRPr="00FF2EF0" w:rsidRDefault="00FF2EF0">
      <w:pPr>
        <w:rPr>
          <w:rFonts w:ascii="Tahoma" w:hAnsi="Tahoma" w:cs="Tahoma"/>
          <w:sz w:val="24"/>
          <w:szCs w:val="28"/>
        </w:rPr>
      </w:pPr>
      <w:r w:rsidRPr="00FF2EF0">
        <w:rPr>
          <w:rFonts w:ascii="Tahoma" w:hAnsi="Tahoma" w:cs="Tahoma"/>
          <w:b/>
          <w:sz w:val="24"/>
          <w:szCs w:val="28"/>
        </w:rPr>
        <w:t xml:space="preserve">Dietary &amp; Quality: </w:t>
      </w:r>
      <w:r w:rsidRPr="00FF2EF0">
        <w:rPr>
          <w:rFonts w:ascii="Tahoma" w:hAnsi="Tahoma" w:cs="Tahoma"/>
          <w:sz w:val="24"/>
          <w:szCs w:val="28"/>
        </w:rPr>
        <w:t>Please speak to a member of staff about dietary requirements. All menus are checked by a nutritionist and adhere to School Food Standards.</w:t>
      </w:r>
    </w:p>
    <w:p w14:paraId="00400D37" w14:textId="77777777" w:rsidR="00E01928" w:rsidRPr="00FF2EF0" w:rsidRDefault="00FF2EF0">
      <w:pPr>
        <w:rPr>
          <w:rFonts w:ascii="Tahoma" w:hAnsi="Tahoma" w:cs="Tahoma"/>
          <w:sz w:val="24"/>
          <w:szCs w:val="28"/>
        </w:rPr>
      </w:pPr>
      <w:r w:rsidRPr="00FF2EF0">
        <w:rPr>
          <w:rFonts w:ascii="Tahoma" w:hAnsi="Tahoma" w:cs="Tahoma"/>
          <w:i/>
          <w:sz w:val="24"/>
          <w:szCs w:val="28"/>
        </w:rPr>
        <w:t>Key: (V) Vegetarian | (Ve) Vegan</w:t>
      </w:r>
    </w:p>
    <w:p w14:paraId="344794A7" w14:textId="178790E6" w:rsidR="00E01928" w:rsidRDefault="00E01928"/>
    <w:sectPr w:rsidR="00E01928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6561"/>
    <w:rsid w:val="0029639D"/>
    <w:rsid w:val="00326F90"/>
    <w:rsid w:val="00AA1D8D"/>
    <w:rsid w:val="00AC2BCA"/>
    <w:rsid w:val="00AF2C53"/>
    <w:rsid w:val="00B47730"/>
    <w:rsid w:val="00CB0664"/>
    <w:rsid w:val="00D274D3"/>
    <w:rsid w:val="00E01928"/>
    <w:rsid w:val="00FC693F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74FC60"/>
  <w14:defaultImageDpi w14:val="300"/>
  <w15:docId w15:val="{C591AB46-85AE-44A6-8142-33BB8AA4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Ande Pert</cp:lastModifiedBy>
  <cp:revision>4</cp:revision>
  <dcterms:created xsi:type="dcterms:W3CDTF">2026-10-07T13:35:00Z</dcterms:created>
  <dcterms:modified xsi:type="dcterms:W3CDTF">2026-10-07T14:37:00Z</dcterms:modified>
  <cp:category/>
</cp:coreProperties>
</file>