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Look w:val="04A0" w:firstRow="1" w:lastRow="0" w:firstColumn="1" w:lastColumn="0" w:noHBand="0" w:noVBand="1"/>
      </w:tblPr>
      <w:tblGrid>
        <w:gridCol w:w="4320"/>
        <w:gridCol w:w="4320"/>
      </w:tblGrid>
      <w:tr w:rsidR="000833F7" w14:paraId="3AF0F14C" w14:textId="77777777">
        <w:tc>
          <w:tcPr>
            <w:tcW w:w="4320" w:type="dxa"/>
          </w:tcPr>
          <w:p w14:paraId="01EA2E35" w14:textId="77777777" w:rsidR="000833F7" w:rsidRDefault="00206D8C" w:rsidP="00455A95">
            <w:r>
              <w:rPr>
                <w:noProof/>
              </w:rPr>
              <w:drawing>
                <wp:inline distT="0" distB="0" distL="0" distR="0" wp14:anchorId="2E6E90E6" wp14:editId="07777777">
                  <wp:extent cx="1097280" cy="1110039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tanley logo.jp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97280" cy="111003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20" w:type="dxa"/>
          </w:tcPr>
          <w:p w14:paraId="0FFB68D2" w14:textId="77777777" w:rsidR="000833F7" w:rsidRDefault="00206D8C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3BC1A79D" wp14:editId="07777777">
                  <wp:extent cx="2011680" cy="819927"/>
                  <wp:effectExtent l="0" t="0" r="0" b="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ynergy logo.jp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11680" cy="81992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865B325" w14:textId="77777777" w:rsidR="000833F7" w:rsidRDefault="00E87BDD" w:rsidP="00455A95">
      <w:pPr>
        <w:jc w:val="center"/>
      </w:pPr>
      <w:r>
        <w:rPr>
          <w:b/>
          <w:bCs/>
          <w:color w:val="5B3F95"/>
        </w:rPr>
        <w:t xml:space="preserve">Embrace </w:t>
      </w:r>
      <w:r w:rsidR="00B45772">
        <w:rPr>
          <w:b/>
          <w:bCs/>
          <w:color w:val="5B3F95"/>
        </w:rPr>
        <w:t xml:space="preserve">Termly </w:t>
      </w:r>
      <w:r w:rsidR="073DC89A" w:rsidRPr="54BFBA2E">
        <w:rPr>
          <w:b/>
          <w:bCs/>
          <w:color w:val="5B3F95"/>
        </w:rPr>
        <w:t>Overview 2026 / 2027</w:t>
      </w:r>
    </w:p>
    <w:tbl>
      <w:tblPr>
        <w:tblStyle w:val="TableGrid"/>
        <w:tblW w:w="14425" w:type="dxa"/>
        <w:tblLook w:val="04A0" w:firstRow="1" w:lastRow="0" w:firstColumn="1" w:lastColumn="0" w:noHBand="0" w:noVBand="1"/>
      </w:tblPr>
      <w:tblGrid>
        <w:gridCol w:w="1526"/>
        <w:gridCol w:w="2149"/>
        <w:gridCol w:w="2150"/>
        <w:gridCol w:w="2150"/>
        <w:gridCol w:w="2150"/>
        <w:gridCol w:w="2150"/>
        <w:gridCol w:w="2150"/>
      </w:tblGrid>
      <w:tr w:rsidR="000833F7" w:rsidRPr="006138C7" w14:paraId="2DDD9579" w14:textId="77777777" w:rsidTr="00455A95">
        <w:trPr>
          <w:trHeight w:val="770"/>
        </w:trPr>
        <w:tc>
          <w:tcPr>
            <w:tcW w:w="1526" w:type="dxa"/>
            <w:shd w:val="clear" w:color="auto" w:fill="5B3F95"/>
          </w:tcPr>
          <w:p w14:paraId="009677AC" w14:textId="77777777" w:rsidR="000833F7" w:rsidRPr="006138C7" w:rsidRDefault="00206D8C">
            <w:r w:rsidRPr="006138C7">
              <w:rPr>
                <w:b/>
                <w:color w:val="FFFFFF"/>
              </w:rPr>
              <w:t>Topic / Subject</w:t>
            </w:r>
          </w:p>
        </w:tc>
        <w:tc>
          <w:tcPr>
            <w:tcW w:w="2149" w:type="dxa"/>
            <w:shd w:val="clear" w:color="auto" w:fill="5B3F95"/>
          </w:tcPr>
          <w:p w14:paraId="2779C42C" w14:textId="77777777" w:rsidR="000833F7" w:rsidRPr="006138C7" w:rsidRDefault="00206D8C">
            <w:r w:rsidRPr="006138C7">
              <w:rPr>
                <w:b/>
                <w:color w:val="FFFFFF"/>
              </w:rPr>
              <w:t>Autumn 1: Ourselves</w:t>
            </w:r>
          </w:p>
        </w:tc>
        <w:tc>
          <w:tcPr>
            <w:tcW w:w="2150" w:type="dxa"/>
            <w:shd w:val="clear" w:color="auto" w:fill="5B3F95"/>
          </w:tcPr>
          <w:p w14:paraId="056798CA" w14:textId="77777777" w:rsidR="000833F7" w:rsidRPr="006138C7" w:rsidRDefault="00206D8C">
            <w:r w:rsidRPr="006138C7">
              <w:rPr>
                <w:b/>
                <w:color w:val="FFFFFF"/>
              </w:rPr>
              <w:t>Autumn 2: Celebrations</w:t>
            </w:r>
          </w:p>
        </w:tc>
        <w:tc>
          <w:tcPr>
            <w:tcW w:w="2150" w:type="dxa"/>
            <w:shd w:val="clear" w:color="auto" w:fill="5B3F95"/>
          </w:tcPr>
          <w:p w14:paraId="725D4353" w14:textId="77777777" w:rsidR="000833F7" w:rsidRPr="006138C7" w:rsidRDefault="00206D8C">
            <w:r w:rsidRPr="006138C7">
              <w:rPr>
                <w:b/>
                <w:color w:val="FFFFFF"/>
              </w:rPr>
              <w:t>Spring 1: Toys</w:t>
            </w:r>
          </w:p>
        </w:tc>
        <w:tc>
          <w:tcPr>
            <w:tcW w:w="2150" w:type="dxa"/>
            <w:shd w:val="clear" w:color="auto" w:fill="5B3F95"/>
          </w:tcPr>
          <w:p w14:paraId="7EECC9B6" w14:textId="77777777" w:rsidR="000833F7" w:rsidRPr="006138C7" w:rsidRDefault="00206D8C">
            <w:r w:rsidRPr="006138C7">
              <w:rPr>
                <w:b/>
                <w:color w:val="FFFFFF"/>
              </w:rPr>
              <w:t>Spring 2: Spring &amp; Growth</w:t>
            </w:r>
          </w:p>
        </w:tc>
        <w:tc>
          <w:tcPr>
            <w:tcW w:w="2150" w:type="dxa"/>
            <w:shd w:val="clear" w:color="auto" w:fill="5B3F95"/>
          </w:tcPr>
          <w:p w14:paraId="5D034BC5" w14:textId="77777777" w:rsidR="000833F7" w:rsidRPr="006138C7" w:rsidRDefault="00206D8C">
            <w:r w:rsidRPr="006138C7">
              <w:rPr>
                <w:b/>
                <w:color w:val="FFFFFF"/>
              </w:rPr>
              <w:t>Summer 1: Creatures Great &amp; Small</w:t>
            </w:r>
          </w:p>
        </w:tc>
        <w:tc>
          <w:tcPr>
            <w:tcW w:w="2150" w:type="dxa"/>
            <w:shd w:val="clear" w:color="auto" w:fill="5B3F95"/>
          </w:tcPr>
          <w:p w14:paraId="627E99C2" w14:textId="77777777" w:rsidR="000833F7" w:rsidRPr="006138C7" w:rsidRDefault="00206D8C">
            <w:r w:rsidRPr="006138C7">
              <w:rPr>
                <w:b/>
                <w:color w:val="FFFFFF"/>
              </w:rPr>
              <w:t>Summer 2: On the Move</w:t>
            </w:r>
          </w:p>
        </w:tc>
      </w:tr>
      <w:tr w:rsidR="000833F7" w:rsidRPr="006138C7" w14:paraId="190F33BB" w14:textId="77777777" w:rsidTr="00455A95">
        <w:trPr>
          <w:trHeight w:val="1032"/>
        </w:trPr>
        <w:tc>
          <w:tcPr>
            <w:tcW w:w="1526" w:type="dxa"/>
            <w:shd w:val="clear" w:color="auto" w:fill="DDD9F3"/>
          </w:tcPr>
          <w:p w14:paraId="28BC0F50" w14:textId="77777777" w:rsidR="000833F7" w:rsidRPr="006138C7" w:rsidRDefault="00206D8C">
            <w:r w:rsidRPr="006138C7">
              <w:t>Science</w:t>
            </w:r>
          </w:p>
        </w:tc>
        <w:tc>
          <w:tcPr>
            <w:tcW w:w="2149" w:type="dxa"/>
            <w:shd w:val="clear" w:color="auto" w:fill="EDE7F6"/>
          </w:tcPr>
          <w:p w14:paraId="51A4270F" w14:textId="77777777" w:rsidR="004A7E38" w:rsidRPr="00505F2F" w:rsidRDefault="00000000">
            <w:pPr>
              <w:rPr>
                <w:sz w:val="20"/>
                <w:szCs w:val="20"/>
              </w:rPr>
            </w:pPr>
            <w:r w:rsidRPr="00505F2F">
              <w:rPr>
                <w:b/>
                <w:sz w:val="20"/>
                <w:szCs w:val="20"/>
              </w:rPr>
              <w:t>My Body</w:t>
            </w:r>
          </w:p>
          <w:p w14:paraId="2F6962B5" w14:textId="616541D8" w:rsidR="004A7E38" w:rsidRPr="00505F2F" w:rsidRDefault="00000000" w:rsidP="00906314">
            <w:pPr>
              <w:spacing w:after="40"/>
              <w:rPr>
                <w:sz w:val="14"/>
                <w:szCs w:val="14"/>
              </w:rPr>
            </w:pPr>
            <w:r w:rsidRPr="00505F2F">
              <w:rPr>
                <w:sz w:val="14"/>
                <w:szCs w:val="14"/>
              </w:rPr>
              <w:t>Children will explore their bodies and develop early self-care skills through practical, sensory activities.</w:t>
            </w:r>
          </w:p>
        </w:tc>
        <w:tc>
          <w:tcPr>
            <w:tcW w:w="2150" w:type="dxa"/>
            <w:shd w:val="clear" w:color="auto" w:fill="F3E5F5"/>
          </w:tcPr>
          <w:p w14:paraId="78FC7C5D" w14:textId="77777777" w:rsidR="000833F7" w:rsidRPr="006138C7" w:rsidRDefault="00206D8C">
            <w:r w:rsidRPr="006138C7">
              <w:t>My Senses</w:t>
            </w:r>
          </w:p>
        </w:tc>
        <w:tc>
          <w:tcPr>
            <w:tcW w:w="2150" w:type="dxa"/>
            <w:shd w:val="clear" w:color="auto" w:fill="E8F5E9"/>
          </w:tcPr>
          <w:p w14:paraId="093BE7FC" w14:textId="77777777" w:rsidR="000833F7" w:rsidRPr="006138C7" w:rsidRDefault="00206D8C">
            <w:r w:rsidRPr="006138C7">
              <w:t xml:space="preserve">Push &amp; </w:t>
            </w:r>
            <w:proofErr w:type="gramStart"/>
            <w:r w:rsidRPr="006138C7">
              <w:t>Pull</w:t>
            </w:r>
            <w:proofErr w:type="gramEnd"/>
          </w:p>
        </w:tc>
        <w:tc>
          <w:tcPr>
            <w:tcW w:w="2150" w:type="dxa"/>
            <w:shd w:val="clear" w:color="auto" w:fill="E3F2FD"/>
          </w:tcPr>
          <w:p w14:paraId="5A3F6D1C" w14:textId="77777777" w:rsidR="000833F7" w:rsidRPr="006138C7" w:rsidRDefault="00206D8C">
            <w:r w:rsidRPr="006138C7">
              <w:t>Health &amp; Growth</w:t>
            </w:r>
          </w:p>
        </w:tc>
        <w:tc>
          <w:tcPr>
            <w:tcW w:w="2150" w:type="dxa"/>
            <w:shd w:val="clear" w:color="auto" w:fill="FFF8E1"/>
          </w:tcPr>
          <w:p w14:paraId="4E49BEB6" w14:textId="77777777" w:rsidR="000833F7" w:rsidRPr="006138C7" w:rsidRDefault="00206D8C">
            <w:r w:rsidRPr="006138C7">
              <w:t>Zoo Animals</w:t>
            </w:r>
          </w:p>
        </w:tc>
        <w:tc>
          <w:tcPr>
            <w:tcW w:w="2150" w:type="dxa"/>
            <w:shd w:val="clear" w:color="auto" w:fill="FCE4EC"/>
          </w:tcPr>
          <w:p w14:paraId="7E262966" w14:textId="77777777" w:rsidR="000833F7" w:rsidRPr="006138C7" w:rsidRDefault="00206D8C">
            <w:r w:rsidRPr="006138C7">
              <w:t xml:space="preserve">Forces &amp; </w:t>
            </w:r>
            <w:proofErr w:type="gramStart"/>
            <w:r w:rsidRPr="006138C7">
              <w:t>Moving</w:t>
            </w:r>
            <w:proofErr w:type="gramEnd"/>
          </w:p>
        </w:tc>
      </w:tr>
      <w:tr w:rsidR="000833F7" w:rsidRPr="006138C7" w14:paraId="78C7BEDE" w14:textId="77777777" w:rsidTr="00455A95">
        <w:trPr>
          <w:trHeight w:val="1032"/>
        </w:trPr>
        <w:tc>
          <w:tcPr>
            <w:tcW w:w="1526" w:type="dxa"/>
            <w:shd w:val="clear" w:color="auto" w:fill="DDD9F3"/>
          </w:tcPr>
          <w:p w14:paraId="77404234" w14:textId="77777777" w:rsidR="000833F7" w:rsidRPr="006138C7" w:rsidRDefault="00206D8C">
            <w:r w:rsidRPr="006138C7">
              <w:t>Humanities</w:t>
            </w:r>
          </w:p>
        </w:tc>
        <w:tc>
          <w:tcPr>
            <w:tcW w:w="2149" w:type="dxa"/>
            <w:shd w:val="clear" w:color="auto" w:fill="EDE7F6"/>
          </w:tcPr>
          <w:p w14:paraId="7738CAB6" w14:textId="77777777" w:rsidR="004A7E38" w:rsidRDefault="00000000">
            <w:r>
              <w:rPr>
                <w:b/>
                <w:sz w:val="20"/>
              </w:rPr>
              <w:t>History: My Family</w:t>
            </w:r>
          </w:p>
          <w:p w14:paraId="21F80244" w14:textId="02065754" w:rsidR="004A7E38" w:rsidRPr="00505F2F" w:rsidRDefault="00000000" w:rsidP="00906314">
            <w:pPr>
              <w:spacing w:after="40"/>
              <w:rPr>
                <w:sz w:val="14"/>
                <w:szCs w:val="14"/>
              </w:rPr>
            </w:pPr>
            <w:r w:rsidRPr="00505F2F">
              <w:rPr>
                <w:sz w:val="14"/>
                <w:szCs w:val="14"/>
              </w:rPr>
              <w:t xml:space="preserve">Children will learn about the important people in their families and </w:t>
            </w:r>
            <w:proofErr w:type="gramStart"/>
            <w:r w:rsidRPr="00505F2F">
              <w:rPr>
                <w:sz w:val="14"/>
                <w:szCs w:val="14"/>
              </w:rPr>
              <w:t>begin to notice</w:t>
            </w:r>
            <w:proofErr w:type="gramEnd"/>
            <w:r w:rsidRPr="00505F2F">
              <w:rPr>
                <w:sz w:val="14"/>
                <w:szCs w:val="14"/>
              </w:rPr>
              <w:t xml:space="preserve"> how families change over time.</w:t>
            </w:r>
          </w:p>
        </w:tc>
        <w:tc>
          <w:tcPr>
            <w:tcW w:w="2150" w:type="dxa"/>
            <w:shd w:val="clear" w:color="auto" w:fill="F3E5F5"/>
          </w:tcPr>
          <w:p w14:paraId="427BA539" w14:textId="77777777" w:rsidR="000833F7" w:rsidRPr="006138C7" w:rsidRDefault="00206D8C">
            <w:r w:rsidRPr="006138C7">
              <w:t>Festivals &amp; Celebrations</w:t>
            </w:r>
          </w:p>
        </w:tc>
        <w:tc>
          <w:tcPr>
            <w:tcW w:w="2150" w:type="dxa"/>
            <w:shd w:val="clear" w:color="auto" w:fill="E8F5E9"/>
          </w:tcPr>
          <w:p w14:paraId="1C7E503B" w14:textId="77777777" w:rsidR="000833F7" w:rsidRPr="006138C7" w:rsidRDefault="00206D8C">
            <w:r w:rsidRPr="006138C7">
              <w:t>History: Old &amp; New Toys</w:t>
            </w:r>
          </w:p>
        </w:tc>
        <w:tc>
          <w:tcPr>
            <w:tcW w:w="2150" w:type="dxa"/>
            <w:shd w:val="clear" w:color="auto" w:fill="E3F2FD"/>
          </w:tcPr>
          <w:p w14:paraId="34D896B7" w14:textId="77777777" w:rsidR="000833F7" w:rsidRPr="006138C7" w:rsidRDefault="00206D8C">
            <w:r w:rsidRPr="006138C7">
              <w:t>Geography: Water Sources</w:t>
            </w:r>
          </w:p>
        </w:tc>
        <w:tc>
          <w:tcPr>
            <w:tcW w:w="2150" w:type="dxa"/>
            <w:shd w:val="clear" w:color="auto" w:fill="FFF8E1"/>
          </w:tcPr>
          <w:p w14:paraId="741AB58E" w14:textId="77777777" w:rsidR="000833F7" w:rsidRPr="006138C7" w:rsidRDefault="00206D8C">
            <w:r w:rsidRPr="006138C7">
              <w:t>Geography: Natural Environment</w:t>
            </w:r>
          </w:p>
        </w:tc>
        <w:tc>
          <w:tcPr>
            <w:tcW w:w="2150" w:type="dxa"/>
            <w:shd w:val="clear" w:color="auto" w:fill="FCE4EC"/>
          </w:tcPr>
          <w:p w14:paraId="3FB408F0" w14:textId="77777777" w:rsidR="000833F7" w:rsidRPr="006138C7" w:rsidRDefault="00206D8C">
            <w:r w:rsidRPr="006138C7">
              <w:t>Geography: Maps, Positions &amp; Locations</w:t>
            </w:r>
          </w:p>
        </w:tc>
      </w:tr>
      <w:tr w:rsidR="000833F7" w:rsidRPr="006138C7" w14:paraId="1ECB0B0D" w14:textId="77777777" w:rsidTr="00455A95">
        <w:trPr>
          <w:trHeight w:val="1032"/>
        </w:trPr>
        <w:tc>
          <w:tcPr>
            <w:tcW w:w="1526" w:type="dxa"/>
            <w:shd w:val="clear" w:color="auto" w:fill="DDD9F3"/>
          </w:tcPr>
          <w:p w14:paraId="21F24921" w14:textId="77777777" w:rsidR="000833F7" w:rsidRPr="006138C7" w:rsidRDefault="00206D8C">
            <w:r w:rsidRPr="006138C7">
              <w:t>DT / Food Tech</w:t>
            </w:r>
          </w:p>
        </w:tc>
        <w:tc>
          <w:tcPr>
            <w:tcW w:w="2149" w:type="dxa"/>
            <w:shd w:val="clear" w:color="auto" w:fill="EDE7F6"/>
          </w:tcPr>
          <w:p w14:paraId="66EC41D7" w14:textId="77777777" w:rsidR="004A7E38" w:rsidRPr="00505F2F" w:rsidRDefault="00000000">
            <w:pPr>
              <w:rPr>
                <w:sz w:val="20"/>
                <w:szCs w:val="20"/>
              </w:rPr>
            </w:pPr>
            <w:r w:rsidRPr="00505F2F">
              <w:rPr>
                <w:b/>
                <w:sz w:val="20"/>
                <w:szCs w:val="20"/>
              </w:rPr>
              <w:t>Taste Exploration</w:t>
            </w:r>
          </w:p>
          <w:p w14:paraId="729F55F9" w14:textId="56EAE3B5" w:rsidR="004A7E38" w:rsidRPr="00876A92" w:rsidRDefault="00000000" w:rsidP="00876A92">
            <w:pPr>
              <w:spacing w:after="40"/>
              <w:rPr>
                <w:sz w:val="14"/>
                <w:szCs w:val="14"/>
              </w:rPr>
            </w:pPr>
            <w:r w:rsidRPr="00505F2F">
              <w:rPr>
                <w:sz w:val="14"/>
                <w:szCs w:val="14"/>
              </w:rPr>
              <w:t>Children will explore food through their senses, developing confidence with different tastes, textures and eating experiences.</w:t>
            </w:r>
          </w:p>
        </w:tc>
        <w:tc>
          <w:tcPr>
            <w:tcW w:w="2150" w:type="dxa"/>
            <w:shd w:val="clear" w:color="auto" w:fill="F3E5F5"/>
          </w:tcPr>
          <w:p w14:paraId="65B2340E" w14:textId="77777777" w:rsidR="000833F7" w:rsidRPr="006138C7" w:rsidRDefault="00206D8C">
            <w:r w:rsidRPr="006138C7">
              <w:t>Celebration Foods</w:t>
            </w:r>
          </w:p>
        </w:tc>
        <w:tc>
          <w:tcPr>
            <w:tcW w:w="2150" w:type="dxa"/>
            <w:shd w:val="clear" w:color="auto" w:fill="E8F5E9"/>
          </w:tcPr>
          <w:p w14:paraId="0083EE02" w14:textId="77777777" w:rsidR="000833F7" w:rsidRPr="006138C7" w:rsidRDefault="00206D8C">
            <w:r w:rsidRPr="006138C7">
              <w:t>Making Toys</w:t>
            </w:r>
          </w:p>
        </w:tc>
        <w:tc>
          <w:tcPr>
            <w:tcW w:w="2150" w:type="dxa"/>
            <w:shd w:val="clear" w:color="auto" w:fill="E3F2FD"/>
          </w:tcPr>
          <w:p w14:paraId="604E6BEF" w14:textId="77777777" w:rsidR="000833F7" w:rsidRPr="006138C7" w:rsidRDefault="00206D8C">
            <w:r w:rsidRPr="006138C7">
              <w:t>Bread, Dough &amp; Pastry</w:t>
            </w:r>
          </w:p>
        </w:tc>
        <w:tc>
          <w:tcPr>
            <w:tcW w:w="2150" w:type="dxa"/>
            <w:shd w:val="clear" w:color="auto" w:fill="FFF8E1"/>
          </w:tcPr>
          <w:p w14:paraId="3B8FAC48" w14:textId="77777777" w:rsidR="000833F7" w:rsidRPr="006138C7" w:rsidRDefault="00206D8C">
            <w:r w:rsidRPr="006138C7">
              <w:t>Making Animals &amp; Monsters</w:t>
            </w:r>
          </w:p>
        </w:tc>
        <w:tc>
          <w:tcPr>
            <w:tcW w:w="2150" w:type="dxa"/>
            <w:shd w:val="clear" w:color="auto" w:fill="FCE4EC"/>
          </w:tcPr>
          <w:p w14:paraId="11D12026" w14:textId="77777777" w:rsidR="000833F7" w:rsidRPr="006138C7" w:rsidRDefault="00206D8C">
            <w:proofErr w:type="gramStart"/>
            <w:r w:rsidRPr="006138C7">
              <w:t>Fruits</w:t>
            </w:r>
            <w:proofErr w:type="gramEnd"/>
            <w:r w:rsidRPr="006138C7">
              <w:t xml:space="preserve"> &amp; Vegetables</w:t>
            </w:r>
          </w:p>
        </w:tc>
      </w:tr>
      <w:tr w:rsidR="000833F7" w:rsidRPr="006138C7" w14:paraId="20CD1C44" w14:textId="77777777" w:rsidTr="00DD4B64">
        <w:trPr>
          <w:trHeight w:val="1337"/>
        </w:trPr>
        <w:tc>
          <w:tcPr>
            <w:tcW w:w="1526" w:type="dxa"/>
            <w:shd w:val="clear" w:color="auto" w:fill="DDD9F3"/>
          </w:tcPr>
          <w:p w14:paraId="6E73C2DE" w14:textId="77777777" w:rsidR="000833F7" w:rsidRPr="006138C7" w:rsidRDefault="00206D8C">
            <w:r w:rsidRPr="006138C7">
              <w:t>PSHE / RE</w:t>
            </w:r>
          </w:p>
        </w:tc>
        <w:tc>
          <w:tcPr>
            <w:tcW w:w="2149" w:type="dxa"/>
            <w:shd w:val="clear" w:color="auto" w:fill="EDE7F6"/>
          </w:tcPr>
          <w:p w14:paraId="421F49AC" w14:textId="77777777" w:rsidR="00455A95" w:rsidRDefault="00455A95" w:rsidP="00455A95">
            <w:r>
              <w:rPr>
                <w:b/>
                <w:sz w:val="20"/>
              </w:rPr>
              <w:t>What Makes Me Unique?</w:t>
            </w:r>
          </w:p>
          <w:p w14:paraId="4C2F78A6" w14:textId="455A2F5D" w:rsidR="004A7E38" w:rsidRPr="00505F2F" w:rsidRDefault="00455A95" w:rsidP="00455A95">
            <w:pPr>
              <w:spacing w:after="40"/>
              <w:rPr>
                <w:sz w:val="14"/>
                <w:szCs w:val="14"/>
              </w:rPr>
            </w:pPr>
            <w:r w:rsidRPr="00505F2F">
              <w:rPr>
                <w:sz w:val="14"/>
                <w:szCs w:val="14"/>
              </w:rPr>
              <w:t>Children will develop awareness of themselves, their preferences and the things that make them special.</w:t>
            </w:r>
          </w:p>
        </w:tc>
        <w:tc>
          <w:tcPr>
            <w:tcW w:w="2150" w:type="dxa"/>
            <w:shd w:val="clear" w:color="auto" w:fill="F3E5F5"/>
          </w:tcPr>
          <w:p w14:paraId="54346613" w14:textId="77777777" w:rsidR="000833F7" w:rsidRPr="006138C7" w:rsidRDefault="00206D8C">
            <w:r w:rsidRPr="006138C7">
              <w:t>Christianity: Christmas</w:t>
            </w:r>
          </w:p>
        </w:tc>
        <w:tc>
          <w:tcPr>
            <w:tcW w:w="2150" w:type="dxa"/>
            <w:shd w:val="clear" w:color="auto" w:fill="E8F5E9"/>
          </w:tcPr>
          <w:p w14:paraId="793CC4B6" w14:textId="77777777" w:rsidR="000833F7" w:rsidRPr="006138C7" w:rsidRDefault="00206D8C">
            <w:r w:rsidRPr="006138C7">
              <w:t>Sharing &amp; Playing Together / Spirituality</w:t>
            </w:r>
          </w:p>
        </w:tc>
        <w:tc>
          <w:tcPr>
            <w:tcW w:w="2150" w:type="dxa"/>
            <w:shd w:val="clear" w:color="auto" w:fill="E3F2FD"/>
          </w:tcPr>
          <w:p w14:paraId="2B5363D8" w14:textId="77777777" w:rsidR="000833F7" w:rsidRPr="006138C7" w:rsidRDefault="00206D8C">
            <w:r w:rsidRPr="006138C7">
              <w:t>Looking After Myself / Celebrations &amp; Festivals</w:t>
            </w:r>
          </w:p>
        </w:tc>
        <w:tc>
          <w:tcPr>
            <w:tcW w:w="2150" w:type="dxa"/>
            <w:shd w:val="clear" w:color="auto" w:fill="FFF8E1"/>
          </w:tcPr>
          <w:p w14:paraId="392A1456" w14:textId="77777777" w:rsidR="000833F7" w:rsidRPr="006138C7" w:rsidRDefault="00206D8C">
            <w:r w:rsidRPr="006138C7">
              <w:t>Caring for Animals &amp; Plants / Special Stories</w:t>
            </w:r>
          </w:p>
        </w:tc>
        <w:tc>
          <w:tcPr>
            <w:tcW w:w="2150" w:type="dxa"/>
            <w:shd w:val="clear" w:color="auto" w:fill="FCE4EC"/>
          </w:tcPr>
          <w:p w14:paraId="1E5AE9EE" w14:textId="77777777" w:rsidR="000833F7" w:rsidRPr="006138C7" w:rsidRDefault="00206D8C">
            <w:r w:rsidRPr="006138C7">
              <w:t>Healthy Living, Food &amp; Exercise / Religious Symbols &amp; Places</w:t>
            </w:r>
          </w:p>
        </w:tc>
      </w:tr>
      <w:tr w:rsidR="000833F7" w:rsidRPr="006138C7" w14:paraId="1793B117" w14:textId="77777777" w:rsidTr="00455A95">
        <w:trPr>
          <w:trHeight w:val="1032"/>
        </w:trPr>
        <w:tc>
          <w:tcPr>
            <w:tcW w:w="1526" w:type="dxa"/>
            <w:shd w:val="clear" w:color="auto" w:fill="DDD9F3"/>
          </w:tcPr>
          <w:p w14:paraId="77C21725" w14:textId="77777777" w:rsidR="000833F7" w:rsidRPr="006138C7" w:rsidRDefault="00206D8C">
            <w:r w:rsidRPr="006138C7">
              <w:t>PE</w:t>
            </w:r>
          </w:p>
        </w:tc>
        <w:tc>
          <w:tcPr>
            <w:tcW w:w="2149" w:type="dxa"/>
            <w:shd w:val="clear" w:color="auto" w:fill="EDE7F6"/>
          </w:tcPr>
          <w:p w14:paraId="6BFEDA5A" w14:textId="77777777" w:rsidR="004A7E38" w:rsidRDefault="00000000">
            <w:r>
              <w:rPr>
                <w:b/>
                <w:sz w:val="20"/>
              </w:rPr>
              <w:t>Ball Skills</w:t>
            </w:r>
          </w:p>
          <w:p w14:paraId="2BE3C022" w14:textId="5E7F8024" w:rsidR="004A7E38" w:rsidRPr="00505F2F" w:rsidRDefault="00000000" w:rsidP="00505F2F">
            <w:pPr>
              <w:spacing w:after="40"/>
              <w:rPr>
                <w:sz w:val="14"/>
                <w:szCs w:val="14"/>
              </w:rPr>
            </w:pPr>
            <w:r w:rsidRPr="00505F2F">
              <w:rPr>
                <w:sz w:val="14"/>
                <w:szCs w:val="14"/>
              </w:rPr>
              <w:t>Children will develop early ball skills through motivating, sensory and movement-based games.</w:t>
            </w:r>
          </w:p>
        </w:tc>
        <w:tc>
          <w:tcPr>
            <w:tcW w:w="2150" w:type="dxa"/>
            <w:shd w:val="clear" w:color="auto" w:fill="F3E5F5"/>
          </w:tcPr>
          <w:p w14:paraId="5B4EB26A" w14:textId="77777777" w:rsidR="000833F7" w:rsidRPr="006138C7" w:rsidRDefault="00243829">
            <w:r>
              <w:t>Gross Motor Skills</w:t>
            </w:r>
          </w:p>
        </w:tc>
        <w:tc>
          <w:tcPr>
            <w:tcW w:w="2150" w:type="dxa"/>
            <w:shd w:val="clear" w:color="auto" w:fill="E8F5E9"/>
          </w:tcPr>
          <w:p w14:paraId="751F7315" w14:textId="77777777" w:rsidR="000833F7" w:rsidRPr="006138C7" w:rsidRDefault="00206D8C">
            <w:r w:rsidRPr="006138C7">
              <w:t>Dance</w:t>
            </w:r>
          </w:p>
        </w:tc>
        <w:tc>
          <w:tcPr>
            <w:tcW w:w="2150" w:type="dxa"/>
            <w:shd w:val="clear" w:color="auto" w:fill="E3F2FD"/>
          </w:tcPr>
          <w:p w14:paraId="528EE005" w14:textId="77777777" w:rsidR="000833F7" w:rsidRPr="006138C7" w:rsidRDefault="00206D8C">
            <w:r w:rsidRPr="006138C7">
              <w:t xml:space="preserve">Gymnastics </w:t>
            </w:r>
          </w:p>
        </w:tc>
        <w:tc>
          <w:tcPr>
            <w:tcW w:w="2150" w:type="dxa"/>
            <w:shd w:val="clear" w:color="auto" w:fill="FFF8E1"/>
          </w:tcPr>
          <w:p w14:paraId="4E34EF2A" w14:textId="77777777" w:rsidR="000833F7" w:rsidRPr="006138C7" w:rsidRDefault="00206D8C">
            <w:r w:rsidRPr="006138C7">
              <w:t>Athletics</w:t>
            </w:r>
          </w:p>
        </w:tc>
        <w:tc>
          <w:tcPr>
            <w:tcW w:w="2150" w:type="dxa"/>
            <w:shd w:val="clear" w:color="auto" w:fill="FCE4EC"/>
          </w:tcPr>
          <w:p w14:paraId="5FC805CF" w14:textId="77777777" w:rsidR="000833F7" w:rsidRPr="006138C7" w:rsidRDefault="00206D8C">
            <w:r w:rsidRPr="006138C7">
              <w:t>Swimming (if available)</w:t>
            </w:r>
          </w:p>
        </w:tc>
      </w:tr>
      <w:tr w:rsidR="000833F7" w:rsidRPr="006138C7" w14:paraId="763E29A4" w14:textId="77777777" w:rsidTr="00455A95">
        <w:trPr>
          <w:trHeight w:val="1032"/>
        </w:trPr>
        <w:tc>
          <w:tcPr>
            <w:tcW w:w="1526" w:type="dxa"/>
            <w:shd w:val="clear" w:color="auto" w:fill="DDD9F3"/>
          </w:tcPr>
          <w:p w14:paraId="17FD7F7F" w14:textId="77777777" w:rsidR="000833F7" w:rsidRPr="006138C7" w:rsidRDefault="00206D8C">
            <w:r w:rsidRPr="006138C7">
              <w:t>ICT</w:t>
            </w:r>
          </w:p>
        </w:tc>
        <w:tc>
          <w:tcPr>
            <w:tcW w:w="2149" w:type="dxa"/>
            <w:shd w:val="clear" w:color="auto" w:fill="EDE7F6"/>
          </w:tcPr>
          <w:p w14:paraId="7310F131" w14:textId="77777777" w:rsidR="004A7E38" w:rsidRPr="00F57AB1" w:rsidRDefault="00000000">
            <w:pPr>
              <w:rPr>
                <w:sz w:val="18"/>
                <w:szCs w:val="18"/>
              </w:rPr>
            </w:pPr>
            <w:r w:rsidRPr="00F57AB1">
              <w:rPr>
                <w:b/>
                <w:sz w:val="18"/>
                <w:szCs w:val="18"/>
              </w:rPr>
              <w:t>Information About Me</w:t>
            </w:r>
          </w:p>
          <w:p w14:paraId="7D2B8F08" w14:textId="1E57CF0C" w:rsidR="004A7E38" w:rsidRPr="00876A92" w:rsidRDefault="00000000" w:rsidP="00876A92">
            <w:pPr>
              <w:spacing w:after="40"/>
              <w:rPr>
                <w:sz w:val="14"/>
                <w:szCs w:val="14"/>
              </w:rPr>
            </w:pPr>
            <w:r w:rsidRPr="00505F2F">
              <w:rPr>
                <w:sz w:val="14"/>
                <w:szCs w:val="14"/>
              </w:rPr>
              <w:t>Children will use technology to explore information about themselves in a visual, interactive and engaging way.</w:t>
            </w:r>
          </w:p>
        </w:tc>
        <w:tc>
          <w:tcPr>
            <w:tcW w:w="2150" w:type="dxa"/>
            <w:shd w:val="clear" w:color="auto" w:fill="F3E5F5"/>
          </w:tcPr>
          <w:p w14:paraId="0B1B3373" w14:textId="77777777" w:rsidR="000833F7" w:rsidRPr="006138C7" w:rsidRDefault="00243829">
            <w:r w:rsidRPr="006138C7">
              <w:t>Taking &amp; Printing Photos</w:t>
            </w:r>
          </w:p>
        </w:tc>
        <w:tc>
          <w:tcPr>
            <w:tcW w:w="2150" w:type="dxa"/>
            <w:shd w:val="clear" w:color="auto" w:fill="E8F5E9"/>
          </w:tcPr>
          <w:p w14:paraId="2D917AE6" w14:textId="77777777" w:rsidR="000833F7" w:rsidRPr="006138C7" w:rsidRDefault="00206D8C">
            <w:r w:rsidRPr="006138C7">
              <w:t>Sorting &amp; Recording</w:t>
            </w:r>
          </w:p>
        </w:tc>
        <w:tc>
          <w:tcPr>
            <w:tcW w:w="2150" w:type="dxa"/>
            <w:shd w:val="clear" w:color="auto" w:fill="E3F2FD"/>
          </w:tcPr>
          <w:p w14:paraId="4124A544" w14:textId="77777777" w:rsidR="000833F7" w:rsidRPr="006138C7" w:rsidRDefault="00206D8C">
            <w:r w:rsidRPr="006138C7">
              <w:t>Cause &amp; Effect</w:t>
            </w:r>
          </w:p>
        </w:tc>
        <w:tc>
          <w:tcPr>
            <w:tcW w:w="2150" w:type="dxa"/>
            <w:shd w:val="clear" w:color="auto" w:fill="FFF8E1"/>
          </w:tcPr>
          <w:p w14:paraId="35E50822" w14:textId="77777777" w:rsidR="000833F7" w:rsidRPr="006138C7" w:rsidRDefault="0072165A">
            <w:r>
              <w:t>Digital Matching and Sorting</w:t>
            </w:r>
          </w:p>
        </w:tc>
        <w:tc>
          <w:tcPr>
            <w:tcW w:w="2150" w:type="dxa"/>
            <w:shd w:val="clear" w:color="auto" w:fill="FCE4EC"/>
          </w:tcPr>
          <w:p w14:paraId="2E75BF71" w14:textId="77777777" w:rsidR="000833F7" w:rsidRPr="006138C7" w:rsidRDefault="00206D8C">
            <w:r w:rsidRPr="006138C7">
              <w:t>Communicating Choices / Controlling ICT</w:t>
            </w:r>
          </w:p>
        </w:tc>
      </w:tr>
      <w:tr w:rsidR="000833F7" w:rsidRPr="006138C7" w14:paraId="4DAF31B4" w14:textId="77777777" w:rsidTr="00455A95">
        <w:trPr>
          <w:trHeight w:val="1032"/>
        </w:trPr>
        <w:tc>
          <w:tcPr>
            <w:tcW w:w="1526" w:type="dxa"/>
            <w:shd w:val="clear" w:color="auto" w:fill="DDD9F3"/>
          </w:tcPr>
          <w:p w14:paraId="49D05F61" w14:textId="77777777" w:rsidR="000833F7" w:rsidRPr="006138C7" w:rsidRDefault="00206D8C">
            <w:r w:rsidRPr="006138C7">
              <w:t>Art</w:t>
            </w:r>
          </w:p>
        </w:tc>
        <w:tc>
          <w:tcPr>
            <w:tcW w:w="2149" w:type="dxa"/>
            <w:shd w:val="clear" w:color="auto" w:fill="EDE7F6"/>
          </w:tcPr>
          <w:p w14:paraId="59E7EE2B" w14:textId="77777777" w:rsidR="004A7E38" w:rsidRDefault="00000000">
            <w:r>
              <w:rPr>
                <w:b/>
                <w:sz w:val="20"/>
              </w:rPr>
              <w:t>Tactile Exploration</w:t>
            </w:r>
          </w:p>
          <w:p w14:paraId="4C940CE1" w14:textId="747117CD" w:rsidR="004A7E38" w:rsidRPr="00876A92" w:rsidRDefault="00000000" w:rsidP="00876A92">
            <w:pPr>
              <w:spacing w:after="40"/>
              <w:rPr>
                <w:sz w:val="14"/>
                <w:szCs w:val="14"/>
              </w:rPr>
            </w:pPr>
            <w:r w:rsidRPr="00505F2F">
              <w:rPr>
                <w:sz w:val="14"/>
                <w:szCs w:val="14"/>
              </w:rPr>
              <w:t>Children will investigate a wide range of textures and materials through hands-on sensory art and creative activities.</w:t>
            </w:r>
          </w:p>
        </w:tc>
        <w:tc>
          <w:tcPr>
            <w:tcW w:w="2150" w:type="dxa"/>
            <w:shd w:val="clear" w:color="auto" w:fill="F3E5F5"/>
          </w:tcPr>
          <w:p w14:paraId="66BEDF6A" w14:textId="77777777" w:rsidR="000833F7" w:rsidRPr="006138C7" w:rsidRDefault="00206D8C">
            <w:r w:rsidRPr="006138C7">
              <w:t>Festive Crafts &amp; Textures</w:t>
            </w:r>
          </w:p>
        </w:tc>
        <w:tc>
          <w:tcPr>
            <w:tcW w:w="2150" w:type="dxa"/>
            <w:shd w:val="clear" w:color="auto" w:fill="E8F5E9"/>
          </w:tcPr>
          <w:p w14:paraId="438DD0E1" w14:textId="77777777" w:rsidR="000833F7" w:rsidRPr="006138C7" w:rsidRDefault="00206D8C">
            <w:r w:rsidRPr="006138C7">
              <w:t>Manipulation of Materials</w:t>
            </w:r>
          </w:p>
        </w:tc>
        <w:tc>
          <w:tcPr>
            <w:tcW w:w="2150" w:type="dxa"/>
            <w:shd w:val="clear" w:color="auto" w:fill="E3F2FD"/>
          </w:tcPr>
          <w:p w14:paraId="32932CBE" w14:textId="77777777" w:rsidR="000833F7" w:rsidRPr="006138C7" w:rsidRDefault="00206D8C">
            <w:r w:rsidRPr="006138C7">
              <w:t>Combining Materials</w:t>
            </w:r>
          </w:p>
        </w:tc>
        <w:tc>
          <w:tcPr>
            <w:tcW w:w="2150" w:type="dxa"/>
            <w:shd w:val="clear" w:color="auto" w:fill="FFF8E1"/>
          </w:tcPr>
          <w:p w14:paraId="5328492B" w14:textId="77777777" w:rsidR="000833F7" w:rsidRPr="006138C7" w:rsidRDefault="00206D8C">
            <w:r w:rsidRPr="006138C7">
              <w:t>Pattern</w:t>
            </w:r>
          </w:p>
        </w:tc>
        <w:tc>
          <w:tcPr>
            <w:tcW w:w="2150" w:type="dxa"/>
            <w:shd w:val="clear" w:color="auto" w:fill="FCE4EC"/>
          </w:tcPr>
          <w:p w14:paraId="4B8BCFC9" w14:textId="77777777" w:rsidR="000833F7" w:rsidRPr="006138C7" w:rsidRDefault="00206D8C">
            <w:r w:rsidRPr="006138C7">
              <w:t>Printing</w:t>
            </w:r>
          </w:p>
        </w:tc>
      </w:tr>
    </w:tbl>
    <w:p w14:paraId="7B21E90C" w14:textId="2F07F7B7" w:rsidR="008B52F1" w:rsidRPr="008B52F1" w:rsidRDefault="008B52F1" w:rsidP="008B52F1">
      <w:pPr>
        <w:tabs>
          <w:tab w:val="left" w:pos="3024"/>
        </w:tabs>
      </w:pPr>
    </w:p>
    <w:sectPr w:rsidR="008B52F1" w:rsidRPr="008B52F1" w:rsidSect="00DD4B64">
      <w:pgSz w:w="15840" w:h="12240" w:orient="landscape"/>
      <w:pgMar w:top="720" w:right="567" w:bottom="567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059932871">
    <w:abstractNumId w:val="8"/>
  </w:num>
  <w:num w:numId="2" w16cid:durableId="958726189">
    <w:abstractNumId w:val="6"/>
  </w:num>
  <w:num w:numId="3" w16cid:durableId="237516124">
    <w:abstractNumId w:val="5"/>
  </w:num>
  <w:num w:numId="4" w16cid:durableId="58209289">
    <w:abstractNumId w:val="4"/>
  </w:num>
  <w:num w:numId="5" w16cid:durableId="662049919">
    <w:abstractNumId w:val="7"/>
  </w:num>
  <w:num w:numId="6" w16cid:durableId="34232158">
    <w:abstractNumId w:val="3"/>
  </w:num>
  <w:num w:numId="7" w16cid:durableId="1212422509">
    <w:abstractNumId w:val="2"/>
  </w:num>
  <w:num w:numId="8" w16cid:durableId="1515537397">
    <w:abstractNumId w:val="1"/>
  </w:num>
  <w:num w:numId="9" w16cid:durableId="5760917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833F7"/>
    <w:rsid w:val="000A40F8"/>
    <w:rsid w:val="000C68FC"/>
    <w:rsid w:val="00106CA0"/>
    <w:rsid w:val="0015074B"/>
    <w:rsid w:val="00206D8C"/>
    <w:rsid w:val="00237895"/>
    <w:rsid w:val="00243829"/>
    <w:rsid w:val="002564A7"/>
    <w:rsid w:val="0029639D"/>
    <w:rsid w:val="00326F90"/>
    <w:rsid w:val="0041243D"/>
    <w:rsid w:val="004522EB"/>
    <w:rsid w:val="00455A95"/>
    <w:rsid w:val="004A7E38"/>
    <w:rsid w:val="004D68D0"/>
    <w:rsid w:val="00505F2F"/>
    <w:rsid w:val="005C220E"/>
    <w:rsid w:val="006138C7"/>
    <w:rsid w:val="0072165A"/>
    <w:rsid w:val="00852ECC"/>
    <w:rsid w:val="00876A92"/>
    <w:rsid w:val="008B52F1"/>
    <w:rsid w:val="00906314"/>
    <w:rsid w:val="00AA1D8D"/>
    <w:rsid w:val="00B45772"/>
    <w:rsid w:val="00B47730"/>
    <w:rsid w:val="00B6500C"/>
    <w:rsid w:val="00C20C79"/>
    <w:rsid w:val="00CB0664"/>
    <w:rsid w:val="00DD4B64"/>
    <w:rsid w:val="00DF1964"/>
    <w:rsid w:val="00E87BDD"/>
    <w:rsid w:val="00F57AB1"/>
    <w:rsid w:val="00F84135"/>
    <w:rsid w:val="00FC693F"/>
    <w:rsid w:val="073DC89A"/>
    <w:rsid w:val="4A91A6D1"/>
    <w:rsid w:val="54BFBA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09E5A74"/>
  <w14:defaultImageDpi w14:val="300"/>
  <w15:docId w15:val="{FD795CD4-4536-48E1-8046-BCB08120B6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image" Target="media/image2.jpg"/><Relationship Id="rId4" Type="http://schemas.openxmlformats.org/officeDocument/2006/relationships/customXml" Target="../customXml/item4.xml"/><Relationship Id="rId9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D5B8D9A157BE94A9827F4E547829011" ma:contentTypeVersion="13" ma:contentTypeDescription="Create a new document." ma:contentTypeScope="" ma:versionID="e35a97f61ae1356a0c6caa931c78dc2d">
  <xsd:schema xmlns:xsd="http://www.w3.org/2001/XMLSchema" xmlns:xs="http://www.w3.org/2001/XMLSchema" xmlns:p="http://schemas.microsoft.com/office/2006/metadata/properties" xmlns:ns2="538e35ee-b94b-462a-adf9-776309757505" xmlns:ns3="84cb4a09-eed6-45f7-8132-defe34b78097" targetNamespace="http://schemas.microsoft.com/office/2006/metadata/properties" ma:root="true" ma:fieldsID="9cb3f70ea3707311fa940bdabcd54671" ns2:_="" ns3:_="">
    <xsd:import namespace="538e35ee-b94b-462a-adf9-776309757505"/>
    <xsd:import namespace="84cb4a09-eed6-45f7-8132-defe34b7809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BillingMetadata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38e35ee-b94b-462a-adf9-77630975750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15" nillable="true" ma:displayName="MediaServiceBillingMetadata" ma:hidden="true" ma:internalName="MediaServiceBillingMetadata" ma:readOnly="true">
      <xsd:simpleType>
        <xsd:restriction base="dms:Note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a44395a1-44ef-4a3e-9aad-206dfd695a4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4cb4a09-eed6-45f7-8132-defe34b78097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4f4e39da-0d8a-4a0e-a55d-6b1f9ef41a5a}" ma:internalName="TaxCatchAll" ma:showField="CatchAllData" ma:web="84cb4a09-eed6-45f7-8132-defe34b7809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38e35ee-b94b-462a-adf9-776309757505">
      <Terms xmlns="http://schemas.microsoft.com/office/infopath/2007/PartnerControls"/>
    </lcf76f155ced4ddcb4097134ff3c332f>
    <TaxCatchAll xmlns="84cb4a09-eed6-45f7-8132-defe34b78097" xsi:nil="true"/>
  </documentManagement>
</p:properties>
</file>

<file path=customXml/itemProps1.xml><?xml version="1.0" encoding="utf-8"?>
<ds:datastoreItem xmlns:ds="http://schemas.openxmlformats.org/officeDocument/2006/customXml" ds:itemID="{C5DBF9BA-CF76-468D-81C9-8C25E4903AB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38e35ee-b94b-462a-adf9-776309757505"/>
    <ds:schemaRef ds:uri="84cb4a09-eed6-45f7-8132-defe34b7809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13D8E8D-A7BE-4684-84CA-2081636FBA9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D46DD327-D94A-4971-A56B-0EE27D757735}">
  <ds:schemaRefs>
    <ds:schemaRef ds:uri="http://schemas.microsoft.com/office/2006/metadata/properties"/>
    <ds:schemaRef ds:uri="http://schemas.microsoft.com/office/infopath/2007/PartnerControls"/>
    <ds:schemaRef ds:uri="538e35ee-b94b-462a-adf9-776309757505"/>
    <ds:schemaRef ds:uri="84cb4a09-eed6-45f7-8132-defe34b78097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295</Words>
  <Characters>1685</Characters>
  <Application>Microsoft Office Word</Application>
  <DocSecurity>0</DocSecurity>
  <Lines>14</Lines>
  <Paragraphs>3</Paragraphs>
  <ScaleCrop>false</ScaleCrop>
  <Manager/>
  <Company/>
  <LinksUpToDate>false</LinksUpToDate>
  <CharactersWithSpaces>1977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Sarah Meek</dc:creator>
  <cp:keywords/>
  <dc:description>generated by python-docx</dc:description>
  <cp:lastModifiedBy>Sarah Meek</cp:lastModifiedBy>
  <cp:revision>10</cp:revision>
  <cp:lastPrinted>2026-10-01T10:25:00Z</cp:lastPrinted>
  <dcterms:created xsi:type="dcterms:W3CDTF">2026-10-01T09:42:00Z</dcterms:created>
  <dcterms:modified xsi:type="dcterms:W3CDTF">2026-10-01T10:25:00Z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0x010100FD5B8D9A157BE94A9827F4E547829011</vt:lpwstr>
  </property>
</Properties>
</file>