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A215" w14:textId="5D742CD9" w:rsidR="0021059F" w:rsidRPr="00BE33E4" w:rsidRDefault="00F9060D">
      <w:pPr>
        <w:pStyle w:val="Heading1"/>
        <w:jc w:val="center"/>
        <w:rPr>
          <w:rFonts w:ascii="Debbie Hepplewhite Print Font" w:hAnsi="Debbie Hepplewhite Print Font"/>
          <w:sz w:val="24"/>
          <w:szCs w:val="24"/>
        </w:rPr>
      </w:pPr>
      <w:r>
        <w:rPr>
          <w:rFonts w:ascii="Debbie Hepplewhite Print Font" w:hAnsi="Debbie Hepplewhite Print Font"/>
          <w:sz w:val="24"/>
          <w:szCs w:val="24"/>
        </w:rPr>
        <w:t>Cycle one</w:t>
      </w:r>
      <w:r w:rsidR="55B23AC4" w:rsidRPr="550A37BD">
        <w:rPr>
          <w:rFonts w:ascii="Debbie Hepplewhite Print Font" w:hAnsi="Debbie Hepplewhite Print Font"/>
          <w:sz w:val="24"/>
          <w:szCs w:val="24"/>
        </w:rPr>
        <w:t xml:space="preserve"> </w:t>
      </w:r>
    </w:p>
    <w:tbl>
      <w:tblPr>
        <w:tblStyle w:val="GridTable4-Accent5"/>
        <w:tblW w:w="14464" w:type="dxa"/>
        <w:tblLook w:val="04A0" w:firstRow="1" w:lastRow="0" w:firstColumn="1" w:lastColumn="0" w:noHBand="0" w:noVBand="1"/>
      </w:tblPr>
      <w:tblGrid>
        <w:gridCol w:w="2242"/>
        <w:gridCol w:w="2037"/>
        <w:gridCol w:w="2037"/>
        <w:gridCol w:w="2037"/>
        <w:gridCol w:w="2037"/>
        <w:gridCol w:w="2037"/>
        <w:gridCol w:w="2037"/>
      </w:tblGrid>
      <w:tr w:rsidR="0021059F" w:rsidRPr="00BE33E4" w14:paraId="74C51AD8" w14:textId="77777777" w:rsidTr="00E92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6D49D4E5" w14:textId="77777777" w:rsidR="0021059F" w:rsidRPr="00BE33E4" w:rsidRDefault="0021059F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44794A28" w14:textId="77777777" w:rsidR="0021059F" w:rsidRPr="00BE33E4" w:rsidRDefault="000F6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Term 1</w:t>
            </w:r>
          </w:p>
        </w:tc>
        <w:tc>
          <w:tcPr>
            <w:tcW w:w="2037" w:type="dxa"/>
          </w:tcPr>
          <w:p w14:paraId="7C1EA8D5" w14:textId="77777777" w:rsidR="0021059F" w:rsidRPr="00BE33E4" w:rsidRDefault="000F6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Term 2</w:t>
            </w:r>
          </w:p>
        </w:tc>
        <w:tc>
          <w:tcPr>
            <w:tcW w:w="2037" w:type="dxa"/>
          </w:tcPr>
          <w:p w14:paraId="3F3FFE72" w14:textId="77777777" w:rsidR="0021059F" w:rsidRPr="00BE33E4" w:rsidRDefault="000F6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Term 3</w:t>
            </w:r>
          </w:p>
        </w:tc>
        <w:tc>
          <w:tcPr>
            <w:tcW w:w="2037" w:type="dxa"/>
          </w:tcPr>
          <w:p w14:paraId="15113A0D" w14:textId="77777777" w:rsidR="0021059F" w:rsidRPr="00BE33E4" w:rsidRDefault="000F6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Term 4</w:t>
            </w:r>
          </w:p>
        </w:tc>
        <w:tc>
          <w:tcPr>
            <w:tcW w:w="2037" w:type="dxa"/>
          </w:tcPr>
          <w:p w14:paraId="50ECC802" w14:textId="77777777" w:rsidR="0021059F" w:rsidRPr="00BE33E4" w:rsidRDefault="000F6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Term 5</w:t>
            </w:r>
          </w:p>
        </w:tc>
        <w:tc>
          <w:tcPr>
            <w:tcW w:w="2037" w:type="dxa"/>
          </w:tcPr>
          <w:p w14:paraId="26C1D2EA" w14:textId="77777777" w:rsidR="0021059F" w:rsidRPr="00BE33E4" w:rsidRDefault="000F6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Term 6</w:t>
            </w:r>
          </w:p>
        </w:tc>
      </w:tr>
      <w:tr w:rsidR="00483FD8" w:rsidRPr="00BE33E4" w14:paraId="48EFC99B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399F561C" w14:textId="28E031C2" w:rsidR="00483FD8" w:rsidRPr="00BE33E4" w:rsidRDefault="00483FD8" w:rsidP="00483FD8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Rainbow</w:t>
            </w:r>
          </w:p>
        </w:tc>
        <w:tc>
          <w:tcPr>
            <w:tcW w:w="2037" w:type="dxa"/>
          </w:tcPr>
          <w:p w14:paraId="488EDA56" w14:textId="77777777" w:rsidR="00483FD8" w:rsidRDefault="001625FA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" w:history="1">
              <w:r w:rsidR="00483FD8" w:rsidRPr="00BE33E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Locomotion: running and jumping</w:t>
              </w:r>
            </w:hyperlink>
          </w:p>
          <w:p w14:paraId="30B73628" w14:textId="2B5AF59A" w:rsidR="00483FD8" w:rsidRPr="00BE33E4" w:rsidRDefault="00483FD8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12 lessons</w:t>
            </w:r>
          </w:p>
        </w:tc>
        <w:tc>
          <w:tcPr>
            <w:tcW w:w="2037" w:type="dxa"/>
          </w:tcPr>
          <w:p w14:paraId="5B8CDF0C" w14:textId="77777777" w:rsidR="00483FD8" w:rsidRDefault="001625FA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" w:history="1">
              <w:r w:rsidR="00483FD8" w:rsidRPr="00BE33E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my moves, my brilliant body</w:t>
              </w:r>
            </w:hyperlink>
          </w:p>
          <w:p w14:paraId="7FA56908" w14:textId="4655C1DA" w:rsidR="00483FD8" w:rsidRPr="00BE33E4" w:rsidRDefault="00483FD8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2FA90A6" w14:textId="77777777" w:rsidR="00483FD8" w:rsidRDefault="001625FA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1" w:history="1">
              <w:r w:rsidR="00483FD8" w:rsidRPr="0082753B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individual movements and balances</w:t>
              </w:r>
            </w:hyperlink>
          </w:p>
          <w:p w14:paraId="07BB4335" w14:textId="418C22F2" w:rsidR="00483FD8" w:rsidRPr="00BE33E4" w:rsidRDefault="00483FD8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3825744F" w14:textId="77777777" w:rsidR="00483FD8" w:rsidRDefault="001625FA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2" w:history="1">
              <w:r w:rsidR="00483FD8" w:rsidRPr="0082753B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individual movements and balances</w:t>
              </w:r>
            </w:hyperlink>
          </w:p>
          <w:p w14:paraId="360DFFED" w14:textId="0FEBBEBD" w:rsidR="00483FD8" w:rsidRPr="00BE33E4" w:rsidRDefault="00483FD8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Final 6 lessons</w:t>
            </w:r>
          </w:p>
        </w:tc>
        <w:tc>
          <w:tcPr>
            <w:tcW w:w="2037" w:type="dxa"/>
          </w:tcPr>
          <w:p w14:paraId="62010970" w14:textId="77777777" w:rsidR="00483FD8" w:rsidRDefault="001625FA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3" w:history="1">
              <w:r w:rsidR="00483FD8" w:rsidRPr="00260DB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my moves, my journeys</w:t>
              </w:r>
            </w:hyperlink>
          </w:p>
          <w:p w14:paraId="521FFF5D" w14:textId="5CD3F10A" w:rsidR="00483FD8" w:rsidRPr="00BE33E4" w:rsidRDefault="00483FD8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49D3074A" w14:textId="77777777" w:rsidR="00483FD8" w:rsidRDefault="001625FA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4" w:history="1">
              <w:r w:rsidR="00483FD8" w:rsidRPr="0071515D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 adventurous activities: working with others</w:t>
              </w:r>
            </w:hyperlink>
          </w:p>
          <w:p w14:paraId="30946B94" w14:textId="3FCB88FC" w:rsidR="00483FD8" w:rsidRPr="00BE33E4" w:rsidRDefault="00483FD8" w:rsidP="0048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12 lessons</w:t>
            </w:r>
          </w:p>
        </w:tc>
      </w:tr>
      <w:tr w:rsidR="00483FD8" w:rsidRPr="00BE33E4" w14:paraId="158FE42B" w14:textId="77777777" w:rsidTr="00E92962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7F40BB77" w14:textId="77777777" w:rsidR="00483FD8" w:rsidRPr="00BE33E4" w:rsidRDefault="00483FD8" w:rsidP="00483FD8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7164B632" w14:textId="77777777" w:rsidR="00483FD8" w:rsidRPr="00BE33E4" w:rsidRDefault="00483FD8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7E5302FC" w14:textId="77777777" w:rsidR="00483FD8" w:rsidRDefault="001625FA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5" w:history="1">
              <w:r w:rsidR="00483FD8" w:rsidRPr="00BE33E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the effects of exercise</w:t>
              </w:r>
            </w:hyperlink>
          </w:p>
          <w:p w14:paraId="3FAE80A5" w14:textId="51A67CC6" w:rsidR="00483FD8" w:rsidRPr="00BE33E4" w:rsidRDefault="00483FD8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7B0DA240" w14:textId="77777777" w:rsidR="00483FD8" w:rsidRDefault="001625FA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6" w:history="1">
              <w:r w:rsidR="00483FD8" w:rsidRPr="00805CC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sending, receiving and dribbling</w:t>
              </w:r>
            </w:hyperlink>
          </w:p>
          <w:p w14:paraId="248A03BF" w14:textId="551667C9" w:rsidR="00483FD8" w:rsidRPr="00BE33E4" w:rsidRDefault="00483FD8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579871A5" w14:textId="77777777" w:rsidR="00483FD8" w:rsidRDefault="001625FA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7" w:history="1">
              <w:r w:rsidR="00483FD8" w:rsidRPr="00805CC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sending, receiving and dribbling</w:t>
              </w:r>
            </w:hyperlink>
          </w:p>
          <w:p w14:paraId="5DBE8D01" w14:textId="0E4CA8CD" w:rsidR="00483FD8" w:rsidRPr="00BE33E4" w:rsidRDefault="00483FD8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Final 6 lessons</w:t>
            </w:r>
          </w:p>
        </w:tc>
        <w:tc>
          <w:tcPr>
            <w:tcW w:w="2037" w:type="dxa"/>
          </w:tcPr>
          <w:p w14:paraId="2DF47C7E" w14:textId="77777777" w:rsidR="00483FD8" w:rsidRDefault="001625FA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8" w:history="1">
              <w:r w:rsidR="00483FD8" w:rsidRPr="008B6BF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pushing and striking</w:t>
              </w:r>
            </w:hyperlink>
          </w:p>
          <w:p w14:paraId="7234384D" w14:textId="1758B435" w:rsidR="00483FD8" w:rsidRPr="00BE33E4" w:rsidRDefault="00483FD8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5860D31D" w14:textId="77777777" w:rsidR="00483FD8" w:rsidRPr="00BE33E4" w:rsidRDefault="00483FD8" w:rsidP="0048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</w:tr>
      <w:tr w:rsidR="00BE33E4" w:rsidRPr="00BE33E4" w14:paraId="53F13038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32162C08" w14:textId="77777777" w:rsidR="0021059F" w:rsidRPr="00BE33E4" w:rsidRDefault="000F6D57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Amethyst</w:t>
            </w:r>
          </w:p>
        </w:tc>
        <w:tc>
          <w:tcPr>
            <w:tcW w:w="2037" w:type="dxa"/>
          </w:tcPr>
          <w:p w14:paraId="44BFC4C4" w14:textId="77777777" w:rsidR="0021059F" w:rsidRDefault="00162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9" w:history="1">
              <w:r w:rsidR="00BE33E4" w:rsidRPr="00BE33E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Locomotion: running and jumping</w:t>
              </w:r>
            </w:hyperlink>
          </w:p>
          <w:p w14:paraId="17A3F7E4" w14:textId="66B6C808" w:rsidR="00BE33E4" w:rsidRPr="00BE33E4" w:rsidRDefault="00BE3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12 lessons</w:t>
            </w:r>
          </w:p>
        </w:tc>
        <w:tc>
          <w:tcPr>
            <w:tcW w:w="2037" w:type="dxa"/>
          </w:tcPr>
          <w:p w14:paraId="2BA78B3F" w14:textId="77777777" w:rsidR="0021059F" w:rsidRDefault="00162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0" w:history="1">
              <w:r w:rsidR="00BE33E4" w:rsidRPr="00BE33E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my moves, my brilliant body</w:t>
              </w:r>
            </w:hyperlink>
          </w:p>
          <w:p w14:paraId="08699629" w14:textId="702DB37F" w:rsidR="00BE33E4" w:rsidRPr="00BE33E4" w:rsidRDefault="00BE33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A5E1FDC" w14:textId="41B5EE0C" w:rsidR="00805CCF" w:rsidRDefault="00162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1" w:history="1">
              <w:r w:rsidR="0082753B" w:rsidRPr="0082753B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individual movements and balances</w:t>
              </w:r>
            </w:hyperlink>
          </w:p>
          <w:p w14:paraId="55B25C70" w14:textId="610397C1" w:rsidR="0082753B" w:rsidRPr="00BE33E4" w:rsidRDefault="008275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2BD93642" w14:textId="77777777" w:rsidR="0082753B" w:rsidRDefault="001625FA" w:rsidP="008275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2" w:history="1">
              <w:r w:rsidR="0082753B" w:rsidRPr="0082753B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individual movements and balances</w:t>
              </w:r>
            </w:hyperlink>
          </w:p>
          <w:p w14:paraId="369121B6" w14:textId="73C768DA" w:rsidR="0021059F" w:rsidRPr="00BE33E4" w:rsidRDefault="0082753B" w:rsidP="008275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Final 6 lessons</w:t>
            </w:r>
          </w:p>
        </w:tc>
        <w:tc>
          <w:tcPr>
            <w:tcW w:w="2037" w:type="dxa"/>
          </w:tcPr>
          <w:p w14:paraId="31285994" w14:textId="2534FA92" w:rsidR="0021059F" w:rsidRDefault="00162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3" w:history="1">
              <w:r w:rsidR="004519F4" w:rsidRPr="00260DB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my moves, my journeys</w:t>
              </w:r>
            </w:hyperlink>
          </w:p>
          <w:p w14:paraId="78C7019B" w14:textId="13B0CC47" w:rsidR="004519F4" w:rsidRPr="00BE33E4" w:rsidRDefault="00260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06743453" w14:textId="649E3944" w:rsidR="0021059F" w:rsidRDefault="00162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4" w:history="1">
              <w:r w:rsidR="0071515D" w:rsidRPr="0071515D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 adventurous activities: working with others</w:t>
              </w:r>
            </w:hyperlink>
          </w:p>
          <w:p w14:paraId="059583E2" w14:textId="2D713A42" w:rsidR="0071515D" w:rsidRPr="00BE33E4" w:rsidRDefault="0071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12 lessons</w:t>
            </w:r>
          </w:p>
        </w:tc>
      </w:tr>
      <w:tr w:rsidR="0082753B" w:rsidRPr="00BE33E4" w14:paraId="705660A5" w14:textId="77777777" w:rsidTr="00E92962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438CBCB0" w14:textId="77777777" w:rsidR="0082753B" w:rsidRPr="00BE33E4" w:rsidRDefault="0082753B" w:rsidP="0082753B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092F7D03" w14:textId="77777777" w:rsidR="0082753B" w:rsidRDefault="0082753B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3A7272B8" w14:textId="6FC77A2C" w:rsidR="0082753B" w:rsidRDefault="001625FA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5" w:history="1">
              <w:r w:rsidR="0082753B" w:rsidRPr="00BE33E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the effects of exercise</w:t>
              </w:r>
            </w:hyperlink>
          </w:p>
          <w:p w14:paraId="7DDBA418" w14:textId="714028D8" w:rsidR="0082753B" w:rsidRPr="00BE33E4" w:rsidRDefault="0082753B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45D7CD06" w14:textId="77777777" w:rsidR="0082753B" w:rsidRDefault="001625FA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6" w:history="1">
              <w:r w:rsidR="0082753B" w:rsidRPr="00805CC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sending, receiving and dribbling</w:t>
              </w:r>
            </w:hyperlink>
          </w:p>
          <w:p w14:paraId="6E331BE9" w14:textId="02E13773" w:rsidR="0082753B" w:rsidRPr="00BE33E4" w:rsidRDefault="0082753B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1518E935" w14:textId="77777777" w:rsidR="0082753B" w:rsidRDefault="001625FA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7" w:history="1">
              <w:r w:rsidR="0082753B" w:rsidRPr="00805CC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sending, receiving and dribbling</w:t>
              </w:r>
            </w:hyperlink>
          </w:p>
          <w:p w14:paraId="39C2A8C4" w14:textId="77B75318" w:rsidR="0082753B" w:rsidRPr="00BE33E4" w:rsidRDefault="0082753B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Final 6 lessons</w:t>
            </w:r>
          </w:p>
        </w:tc>
        <w:tc>
          <w:tcPr>
            <w:tcW w:w="2037" w:type="dxa"/>
          </w:tcPr>
          <w:p w14:paraId="3931AC0F" w14:textId="662A888F" w:rsidR="0082753B" w:rsidRDefault="001625FA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8" w:history="1">
              <w:r w:rsidR="008B6BFA" w:rsidRPr="008B6BF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pushing and striking</w:t>
              </w:r>
            </w:hyperlink>
          </w:p>
          <w:p w14:paraId="7BD12910" w14:textId="3000EEB5" w:rsidR="008B6BFA" w:rsidRPr="00BE33E4" w:rsidRDefault="008B6BFA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22213E0E" w14:textId="77777777" w:rsidR="0082753B" w:rsidRPr="00BE33E4" w:rsidRDefault="0082753B" w:rsidP="00827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</w:tr>
      <w:tr w:rsidR="00F96F7E" w:rsidRPr="00BE33E4" w14:paraId="6F69B8E1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66D3BA3F" w14:textId="77777777" w:rsidR="00F96F7E" w:rsidRPr="00BE33E4" w:rsidRDefault="00F96F7E" w:rsidP="00F96F7E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Amber</w:t>
            </w:r>
          </w:p>
        </w:tc>
        <w:tc>
          <w:tcPr>
            <w:tcW w:w="2037" w:type="dxa"/>
          </w:tcPr>
          <w:p w14:paraId="427A0DB0" w14:textId="2FC54EE5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29" w:history="1">
              <w:r w:rsidR="00F96F7E" w:rsidRPr="0008785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Locomotion: running, jumping and dodging</w:t>
              </w:r>
            </w:hyperlink>
          </w:p>
          <w:p w14:paraId="3F707E1C" w14:textId="0CAE0527" w:rsidR="00F96F7E" w:rsidRDefault="00F96F7E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12 lessons</w:t>
            </w:r>
          </w:p>
          <w:p w14:paraId="639CDDEC" w14:textId="34231F71" w:rsidR="00F96F7E" w:rsidRPr="00BE33E4" w:rsidRDefault="00F96F7E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797D0DD7" w14:textId="5B1C4409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0" w:history="1">
              <w:r w:rsidR="00F96F7E" w:rsidRPr="0079549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my world, weather</w:t>
              </w:r>
            </w:hyperlink>
          </w:p>
          <w:p w14:paraId="13FA9B2D" w14:textId="00547848" w:rsidR="00F96F7E" w:rsidRPr="00BE33E4" w:rsidRDefault="00F96F7E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0DFAFEF6" w14:textId="78889CE9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1" w:history="1">
              <w:r w:rsidR="00F96F7E" w:rsidRPr="00F96F7E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linking movements and balances</w:t>
              </w:r>
            </w:hyperlink>
          </w:p>
          <w:p w14:paraId="101FCB2B" w14:textId="5319EE3D" w:rsidR="00F96F7E" w:rsidRPr="00BE33E4" w:rsidRDefault="00F96F7E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62E15084" w14:textId="77777777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2" w:history="1">
              <w:r w:rsidR="00F96F7E" w:rsidRPr="00F96F7E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linking movements and balances</w:t>
              </w:r>
            </w:hyperlink>
          </w:p>
          <w:p w14:paraId="2EC1DE7B" w14:textId="010369D6" w:rsidR="00F96F7E" w:rsidRPr="00BE33E4" w:rsidRDefault="00F96F7E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Final 6 lessons</w:t>
            </w:r>
          </w:p>
        </w:tc>
        <w:tc>
          <w:tcPr>
            <w:tcW w:w="2037" w:type="dxa"/>
          </w:tcPr>
          <w:p w14:paraId="6AA8D41A" w14:textId="45EE82E6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3" w:history="1">
              <w:r w:rsidR="00FF30E4" w:rsidRPr="00FF30E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my world, how we dance</w:t>
              </w:r>
            </w:hyperlink>
          </w:p>
          <w:p w14:paraId="5E80CE74" w14:textId="254206F3" w:rsidR="00FF30E4" w:rsidRPr="00BE33E4" w:rsidRDefault="00FF30E4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3037A6DD" w14:textId="2D16B7BE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4" w:history="1">
              <w:r w:rsidR="002D4C3A" w:rsidRPr="002D4C3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 adventurous activities: team building</w:t>
              </w:r>
            </w:hyperlink>
          </w:p>
          <w:p w14:paraId="0E7D13B5" w14:textId="53FDFD69" w:rsidR="002D4C3A" w:rsidRPr="00BE33E4" w:rsidRDefault="002D4C3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12 lessons</w:t>
            </w:r>
          </w:p>
        </w:tc>
      </w:tr>
      <w:tr w:rsidR="00F96F7E" w:rsidRPr="00BE33E4" w14:paraId="0183B58E" w14:textId="77777777" w:rsidTr="00E92962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68707349" w14:textId="77777777" w:rsidR="00F96F7E" w:rsidRPr="00BE33E4" w:rsidRDefault="00F96F7E" w:rsidP="00F96F7E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3D03A836" w14:textId="77777777" w:rsidR="00F96F7E" w:rsidRPr="00BE33E4" w:rsidRDefault="00F96F7E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418EA052" w14:textId="77777777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5" w:history="1">
              <w:r w:rsidR="00F96F7E" w:rsidRPr="00FC2749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agility, balance and coordination</w:t>
              </w:r>
            </w:hyperlink>
          </w:p>
          <w:p w14:paraId="505900A6" w14:textId="17A93612" w:rsidR="00F96F7E" w:rsidRPr="00BE33E4" w:rsidRDefault="00F96F7E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500BE03" w14:textId="3B59FCF3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6" w:history="1">
              <w:r w:rsidR="00F96F7E" w:rsidRPr="004C4353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Passing, dribbling and scoring</w:t>
              </w:r>
            </w:hyperlink>
          </w:p>
          <w:p w14:paraId="017AC2C4" w14:textId="0173F617" w:rsidR="00F96F7E" w:rsidRPr="00BE33E4" w:rsidRDefault="00F96F7E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7C925FFF" w14:textId="77777777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7" w:history="1">
              <w:r w:rsidR="00F96F7E" w:rsidRPr="004C4353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Passing, dribbling and scoring</w:t>
              </w:r>
            </w:hyperlink>
          </w:p>
          <w:p w14:paraId="5D8E803D" w14:textId="770C4CF3" w:rsidR="00F96F7E" w:rsidRPr="00BE33E4" w:rsidRDefault="00F96F7E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Final 6 lessons</w:t>
            </w:r>
          </w:p>
        </w:tc>
        <w:tc>
          <w:tcPr>
            <w:tcW w:w="2037" w:type="dxa"/>
          </w:tcPr>
          <w:p w14:paraId="3A09AD7A" w14:textId="25D7D53B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8" w:history="1">
              <w:r w:rsidR="008D709C" w:rsidRPr="008D709C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Ball skills: hitting and striking</w:t>
              </w:r>
            </w:hyperlink>
          </w:p>
          <w:p w14:paraId="3EDA965A" w14:textId="5FCC5CED" w:rsidR="008D709C" w:rsidRPr="00BE33E4" w:rsidRDefault="008D709C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2C6D91A" w14:textId="77777777" w:rsidR="00F96F7E" w:rsidRPr="00BE33E4" w:rsidRDefault="00F96F7E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</w:tr>
      <w:tr w:rsidR="00F96F7E" w:rsidRPr="00BE33E4" w14:paraId="61A5832B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45E67D6F" w14:textId="77777777" w:rsidR="00F96F7E" w:rsidRPr="00BE33E4" w:rsidRDefault="00F96F7E" w:rsidP="00F96F7E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Diamond</w:t>
            </w:r>
          </w:p>
        </w:tc>
        <w:tc>
          <w:tcPr>
            <w:tcW w:w="2037" w:type="dxa"/>
          </w:tcPr>
          <w:p w14:paraId="4406671E" w14:textId="77777777" w:rsidR="00415E62" w:rsidRDefault="001625FA" w:rsidP="00415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39" w:history="1">
              <w:r w:rsidR="00415E62" w:rsidRPr="008A2E5D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my word links to language</w:t>
              </w:r>
            </w:hyperlink>
          </w:p>
          <w:p w14:paraId="3666E22B" w14:textId="44AEB49A" w:rsidR="005A6663" w:rsidRPr="00BE33E4" w:rsidRDefault="00415E62" w:rsidP="00415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1092B207" w14:textId="29EACA7F" w:rsidR="008A2E5D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0" w:history="1">
              <w:r w:rsidR="00CF5F7C" w:rsidRPr="00CF5F7C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movements, balances and sequence composition</w:t>
              </w:r>
            </w:hyperlink>
          </w:p>
          <w:p w14:paraId="23FF531B" w14:textId="78753CE1" w:rsidR="00CF5F7C" w:rsidRPr="00BE33E4" w:rsidRDefault="00CF5F7C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1523F13A" w14:textId="2B299978" w:rsidR="00F96F7E" w:rsidRPr="00BE33E4" w:rsidRDefault="001625FA" w:rsidP="00CF5F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1" w:history="1">
              <w:r w:rsidR="00191D56" w:rsidRPr="00947C4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Badminton</w:t>
              </w:r>
              <w:r w:rsidR="00947C47" w:rsidRPr="00947C4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: starter lessons</w:t>
              </w:r>
            </w:hyperlink>
          </w:p>
        </w:tc>
        <w:tc>
          <w:tcPr>
            <w:tcW w:w="2037" w:type="dxa"/>
          </w:tcPr>
          <w:p w14:paraId="1EE9FD50" w14:textId="31F436BB" w:rsidR="00F96F7E" w:rsidRPr="00BE33E4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2" w:history="1">
              <w:r w:rsidR="007F0273" w:rsidRPr="00360C4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Year 3 </w:t>
              </w:r>
              <w:r w:rsidR="006A63CF" w:rsidRPr="00360C4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Cir</w:t>
              </w:r>
              <w:r w:rsidR="00A02BAF" w:rsidRPr="00360C4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cuits</w:t>
              </w:r>
            </w:hyperlink>
          </w:p>
        </w:tc>
        <w:tc>
          <w:tcPr>
            <w:tcW w:w="2037" w:type="dxa"/>
          </w:tcPr>
          <w:p w14:paraId="11A7A53B" w14:textId="46F6C980" w:rsidR="00B03954" w:rsidRPr="00BE33E4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3" w:history="1">
              <w:r w:rsidR="0042319C" w:rsidRPr="000F6D5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Handball</w:t>
              </w:r>
              <w:r w:rsidR="00265F89" w:rsidRPr="000F6D5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 (England handball)</w:t>
              </w:r>
            </w:hyperlink>
          </w:p>
        </w:tc>
        <w:tc>
          <w:tcPr>
            <w:tcW w:w="2037" w:type="dxa"/>
          </w:tcPr>
          <w:p w14:paraId="2E72D616" w14:textId="2D1FF2A0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4" w:history="1">
              <w:r w:rsidR="00C153E8" w:rsidRPr="00A02BA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Striking and fielding games: fielding vs batting</w:t>
              </w:r>
            </w:hyperlink>
          </w:p>
          <w:p w14:paraId="677A80A1" w14:textId="3F393436" w:rsidR="00C153E8" w:rsidRPr="00BE33E4" w:rsidRDefault="00C153E8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F96F7E" w:rsidRPr="00BE33E4" w14:paraId="2D5FD0CC" w14:textId="77777777" w:rsidTr="00E92962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7909B664" w14:textId="77777777" w:rsidR="00F96F7E" w:rsidRPr="00BE33E4" w:rsidRDefault="00F96F7E" w:rsidP="00F96F7E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42853D15" w14:textId="77777777" w:rsidR="00415E62" w:rsidRDefault="001625FA" w:rsidP="00415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5" w:history="1">
              <w:r w:rsidR="00415E62" w:rsidRPr="00B81D53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principles of attack and defence through ball games</w:t>
              </w:r>
            </w:hyperlink>
          </w:p>
          <w:p w14:paraId="04A71092" w14:textId="0C85350F" w:rsidR="00F96F7E" w:rsidRPr="00BE33E4" w:rsidRDefault="00415E62" w:rsidP="00415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EF1E911" w14:textId="451066A4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6" w:history="1">
              <w:r w:rsidR="00B56902" w:rsidRPr="00EE360C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Net and wall games: tactics and strategies to overcome an opponent</w:t>
              </w:r>
            </w:hyperlink>
            <w:r w:rsidR="00B56902">
              <w:rPr>
                <w:rFonts w:ascii="Debbie Hepplewhite Print Font" w:hAnsi="Debbie Hepplewhite Print Font"/>
                <w:sz w:val="20"/>
                <w:szCs w:val="20"/>
              </w:rPr>
              <w:t xml:space="preserve"> </w:t>
            </w:r>
          </w:p>
          <w:p w14:paraId="1833566E" w14:textId="0C7F6337" w:rsidR="00B56902" w:rsidRPr="00BE33E4" w:rsidRDefault="00EE360C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529A9CF1" w14:textId="7B381939" w:rsidR="00415E62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7" w:history="1">
              <w:r w:rsidR="0077248A" w:rsidRPr="003C21A6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Archery </w:t>
              </w:r>
              <w:r w:rsidR="000A6F64" w:rsidRPr="003C21A6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– </w:t>
              </w:r>
              <w:r w:rsidR="0077248A" w:rsidRPr="003C21A6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(3 weeks)</w:t>
              </w:r>
            </w:hyperlink>
            <w:r w:rsidR="003C21A6">
              <w:rPr>
                <w:rFonts w:ascii="Debbie Hepplewhite Print Font" w:hAnsi="Debbie Hepplewhite Print Font"/>
                <w:sz w:val="20"/>
                <w:szCs w:val="20"/>
              </w:rPr>
              <w:t xml:space="preserve"> </w:t>
            </w:r>
            <w:r w:rsidR="003C5833">
              <w:rPr>
                <w:rFonts w:ascii="Debbie Hepplewhite Print Font" w:hAnsi="Debbie Hepplewhite Print Font"/>
                <w:sz w:val="20"/>
                <w:szCs w:val="20"/>
              </w:rPr>
              <w:t>Pg 5-10)</w:t>
            </w:r>
          </w:p>
          <w:p w14:paraId="339D0030" w14:textId="4092449D" w:rsidR="0077248A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8" w:history="1">
              <w:r w:rsidR="00BA1907" w:rsidRPr="005A79C3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mindfulness and meditative balances</w:t>
              </w:r>
            </w:hyperlink>
          </w:p>
          <w:p w14:paraId="048785F1" w14:textId="5C30EA3E" w:rsidR="00BA1907" w:rsidRPr="00BE33E4" w:rsidRDefault="00BA1907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3 lessons</w:t>
            </w:r>
          </w:p>
        </w:tc>
        <w:tc>
          <w:tcPr>
            <w:tcW w:w="2037" w:type="dxa"/>
          </w:tcPr>
          <w:p w14:paraId="3801FFB7" w14:textId="77777777" w:rsidR="00CC58FD" w:rsidRDefault="001625FA" w:rsidP="00CC5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49" w:history="1">
              <w:r w:rsidR="00CC58FD" w:rsidRPr="003D0B2B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principles of attack and defence in netball</w:t>
              </w:r>
            </w:hyperlink>
          </w:p>
          <w:p w14:paraId="5E2A2911" w14:textId="3FBBF30F" w:rsidR="00F96F7E" w:rsidRPr="00BE33E4" w:rsidRDefault="00CC58FD" w:rsidP="00CC5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998F65B" w14:textId="3375BB5B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50" w:history="1">
              <w:r w:rsidR="00F552A2" w:rsidRPr="00F950A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</w:t>
              </w:r>
              <w:r w:rsidR="00F950AA" w:rsidRPr="00F950A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 adventurous activities: team challenges</w:t>
              </w:r>
            </w:hyperlink>
          </w:p>
          <w:p w14:paraId="12766C10" w14:textId="72382036" w:rsidR="00F950AA" w:rsidRPr="00BE33E4" w:rsidRDefault="00F950A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31274828" w14:textId="28BB62EA" w:rsidR="00136BD8" w:rsidRDefault="009D14D9" w:rsidP="00136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37CE7C3B" wp14:editId="74925484">
                      <wp:simplePos x="0" y="0"/>
                      <wp:positionH relativeFrom="column">
                        <wp:posOffset>406270</wp:posOffset>
                      </wp:positionH>
                      <wp:positionV relativeFrom="paragraph">
                        <wp:posOffset>322350</wp:posOffset>
                      </wp:positionV>
                      <wp:extent cx="360" cy="360"/>
                      <wp:effectExtent l="0" t="0" r="0" b="0"/>
                      <wp:wrapNone/>
                      <wp:docPr id="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FC1E3E3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7" o:spid="_x0000_s1026" type="#_x0000_t75" style="position:absolute;margin-left:31.65pt;margin-top:25.05pt;width: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">
                      <v:imagedata r:id="rId52" o:title=""/>
                    </v:shape>
                  </w:pict>
                </mc:Fallback>
              </mc:AlternateContent>
            </w:r>
            <w:hyperlink r:id="rId53" w:history="1">
              <w:r w:rsidR="00136BD8" w:rsidRPr="00B0395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Athletics: athletic challenges</w:t>
              </w:r>
            </w:hyperlink>
          </w:p>
          <w:p w14:paraId="641C5117" w14:textId="4B07E34C" w:rsidR="007C3783" w:rsidRPr="00BE33E4" w:rsidRDefault="00136BD8" w:rsidP="00136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F96F7E" w:rsidRPr="00BE33E4" w14:paraId="64597F65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25A5EAEE" w14:textId="77777777" w:rsidR="00F96F7E" w:rsidRPr="00BE33E4" w:rsidRDefault="00F96F7E" w:rsidP="00F96F7E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Ruby</w:t>
            </w:r>
          </w:p>
        </w:tc>
        <w:tc>
          <w:tcPr>
            <w:tcW w:w="2037" w:type="dxa"/>
          </w:tcPr>
          <w:p w14:paraId="5E04B05A" w14:textId="4325DC10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54" w:history="1">
              <w:r w:rsidR="00BC2546" w:rsidRPr="00632F4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traditional dances of the British Isles</w:t>
              </w:r>
            </w:hyperlink>
          </w:p>
          <w:p w14:paraId="69326BEC" w14:textId="5D32D83F" w:rsidR="00BC2546" w:rsidRPr="00BE33E4" w:rsidRDefault="00700D08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lastRenderedPageBreak/>
              <w:t xml:space="preserve">First </w:t>
            </w:r>
            <w:r w:rsidR="00BC2546"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4D50FA35" w14:textId="26770FF8" w:rsidR="00F96F7E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55" w:history="1">
              <w:r w:rsidR="005E5789" w:rsidRPr="00DA4848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symmetry and asymmetry</w:t>
              </w:r>
            </w:hyperlink>
          </w:p>
          <w:p w14:paraId="4E63372B" w14:textId="7B0F175A" w:rsidR="005E5789" w:rsidRPr="00BE33E4" w:rsidRDefault="005E5789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lastRenderedPageBreak/>
              <w:t>First 6 lessons</w:t>
            </w:r>
          </w:p>
        </w:tc>
        <w:tc>
          <w:tcPr>
            <w:tcW w:w="2037" w:type="dxa"/>
          </w:tcPr>
          <w:p w14:paraId="4F483ED1" w14:textId="739A4E9B" w:rsidR="00F96F7E" w:rsidRPr="00BE33E4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56" w:history="1">
              <w:r w:rsidR="004466AA" w:rsidRPr="00947C4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Badminton: starter lessons</w:t>
              </w:r>
            </w:hyperlink>
          </w:p>
        </w:tc>
        <w:tc>
          <w:tcPr>
            <w:tcW w:w="2037" w:type="dxa"/>
          </w:tcPr>
          <w:p w14:paraId="219EBBBC" w14:textId="4BC3C87F" w:rsidR="00F96F7E" w:rsidRPr="00BE33E4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57" w:history="1">
              <w:r w:rsidR="007F0273" w:rsidRPr="00360C4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Year 4 </w:t>
              </w:r>
              <w:r w:rsidR="002C3F33" w:rsidRPr="00360C4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Circuits</w:t>
              </w:r>
            </w:hyperlink>
          </w:p>
        </w:tc>
        <w:tc>
          <w:tcPr>
            <w:tcW w:w="2037" w:type="dxa"/>
          </w:tcPr>
          <w:p w14:paraId="6194CCAC" w14:textId="3D60A416" w:rsidR="00D03B6A" w:rsidRPr="00BE33E4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58" w:history="1">
              <w:r w:rsidR="0042319C" w:rsidRPr="000F6D5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Handball</w:t>
              </w:r>
              <w:r w:rsidR="00265F89" w:rsidRPr="000F6D5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 (England handball)</w:t>
              </w:r>
            </w:hyperlink>
          </w:p>
        </w:tc>
        <w:tc>
          <w:tcPr>
            <w:tcW w:w="2037" w:type="dxa"/>
          </w:tcPr>
          <w:p w14:paraId="7954B654" w14:textId="68DEC85D" w:rsidR="003743E6" w:rsidRDefault="001625FA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59" w:history="1">
              <w:r w:rsidR="00942235" w:rsidRPr="00942235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Striking and fielding games: tactics and </w:t>
              </w:r>
              <w:r w:rsidR="00942235" w:rsidRPr="00942235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lastRenderedPageBreak/>
                <w:t xml:space="preserve">strategies through racing </w:t>
              </w:r>
              <w:r w:rsidR="00B35D38">
                <w:rPr>
                  <w:rFonts w:ascii="Debbie Hepplewhite Print Font" w:hAnsi="Debbie Hepplewhite Print Font"/>
                  <w:noProof/>
                  <w:color w:val="0000FF" w:themeColor="hyperlink"/>
                  <w:sz w:val="20"/>
                  <w:szCs w:val="20"/>
                  <w:u w:val="single"/>
                </w:rPr>
                <mc:AlternateContent>
                  <mc:Choice Requires="wpi">
                    <w:drawing>
                      <wp:anchor distT="0" distB="0" distL="114300" distR="114300" simplePos="0" relativeHeight="251662336" behindDoc="0" locked="0" layoutInCell="1" allowOverlap="1" wp14:anchorId="45B9851B" wp14:editId="13F2E886">
                        <wp:simplePos x="0" y="0"/>
                        <wp:positionH relativeFrom="column">
                          <wp:posOffset>711190</wp:posOffset>
                        </wp:positionH>
                        <wp:positionV relativeFrom="paragraph">
                          <wp:posOffset>564920</wp:posOffset>
                        </wp:positionV>
                        <wp:extent cx="360" cy="360"/>
                        <wp:effectExtent l="0" t="0" r="0" b="0"/>
                        <wp:wrapNone/>
                        <wp:docPr id="4" name="Ink 4"/>
                        <wp:cNvGraphicFramePr/>
                        <a:graphic xmlns:a="http://schemas.openxmlformats.org/drawingml/2006/main">
                          <a:graphicData uri="http://schemas.microsoft.com/office/word/2010/wordprocessingInk">
                            <w14:contentPart bwMode="auto" r:id="rId60">
                              <w14:nvContentPartPr>
                                <w14:cNvContentPartPr/>
                              </w14:nvContentPartPr>
                              <w14:xfrm>
                                <a:off x="0" y="0"/>
                                <a:ext cx="360" cy="360"/>
                              </w14:xfrm>
                            </w14:contentPart>
                          </a:graphicData>
                        </a:graphic>
                      </wp:anchor>
                    </w:drawing>
                  </mc:Choice>
                  <mc:Fallback>
                    <w:pict>
                      <v:shapetype w14:anchorId="0A38D4C4"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nk 4" o:spid="_x0000_s1026" type="#_x0000_t75" style="position:absolute;margin-left:55.65pt;margin-top:44.15pt;width: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">
                        <v:imagedata r:id="rId61" o:title=""/>
                      </v:shape>
                    </w:pict>
                  </mc:Fallback>
                </mc:AlternateContent>
              </w:r>
              <w:r w:rsidR="00942235" w:rsidRPr="00942235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rounders</w:t>
              </w:r>
            </w:hyperlink>
          </w:p>
          <w:p w14:paraId="247CD73A" w14:textId="6A5E03B1" w:rsidR="00942235" w:rsidRPr="00BE33E4" w:rsidRDefault="00B35D38" w:rsidP="00F96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33C0993C" wp14:editId="75523B8F">
                      <wp:simplePos x="0" y="0"/>
                      <wp:positionH relativeFrom="column">
                        <wp:posOffset>520750</wp:posOffset>
                      </wp:positionH>
                      <wp:positionV relativeFrom="paragraph">
                        <wp:posOffset>104845</wp:posOffset>
                      </wp:positionV>
                      <wp:extent cx="360" cy="360"/>
                      <wp:effectExtent l="0" t="0" r="0" b="0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916806" id="Ink 5" o:spid="_x0000_s1026" type="#_x0000_t75" style="position:absolute;margin-left:40.65pt;margin-top:7.9pt;width: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">
                      <v:imagedata r:id="rId61" o:title=""/>
                    </v:shape>
                  </w:pict>
                </mc:Fallback>
              </mc:AlternateContent>
            </w:r>
            <w:r w:rsidR="00942235"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F96F7E" w:rsidRPr="00BE33E4" w14:paraId="5E94E243" w14:textId="77777777" w:rsidTr="00E92962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2CD2068E" w14:textId="77777777" w:rsidR="00F96F7E" w:rsidRPr="00BE33E4" w:rsidRDefault="00F96F7E" w:rsidP="00F96F7E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400B0262" w14:textId="4E7D9EE4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63" w:history="1">
              <w:r w:rsidR="00011F45" w:rsidRPr="005E5789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maintaining possession and stopping an attack in ball games</w:t>
              </w:r>
            </w:hyperlink>
          </w:p>
          <w:p w14:paraId="10524EC1" w14:textId="269F7499" w:rsidR="00011F45" w:rsidRPr="00BE33E4" w:rsidRDefault="00011F45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5A5841E" w14:textId="03E0CD50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64" w:history="1">
              <w:r w:rsidR="001C23B2" w:rsidRPr="001C23B2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Net and wall games: tactics to overcome an opponent through pickleball</w:t>
              </w:r>
            </w:hyperlink>
          </w:p>
          <w:p w14:paraId="40A3FB6F" w14:textId="107B27BB" w:rsidR="001C23B2" w:rsidRPr="00BE33E4" w:rsidRDefault="001C23B2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46EC905" w14:textId="77777777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65" w:history="1">
              <w:r w:rsidR="003C5833" w:rsidRPr="003C21A6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Archery – (3 weeks)</w:t>
              </w:r>
            </w:hyperlink>
            <w:r w:rsidR="003C5833">
              <w:rPr>
                <w:rFonts w:ascii="Debbie Hepplewhite Print Font" w:hAnsi="Debbie Hepplewhite Print Font"/>
                <w:sz w:val="20"/>
                <w:szCs w:val="20"/>
              </w:rPr>
              <w:t xml:space="preserve"> Pg 5-10)</w:t>
            </w:r>
          </w:p>
          <w:p w14:paraId="68A64C6A" w14:textId="4999015F" w:rsidR="002C3F33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66" w:history="1">
              <w:r w:rsidR="00F90A62" w:rsidRPr="00F90A62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mindfulness, meditative balances and relaxation techniques</w:t>
              </w:r>
            </w:hyperlink>
          </w:p>
          <w:p w14:paraId="6DF1A970" w14:textId="0325E786" w:rsidR="00F90A62" w:rsidRPr="00BE33E4" w:rsidRDefault="00F90A62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3 lessons</w:t>
            </w:r>
          </w:p>
        </w:tc>
        <w:tc>
          <w:tcPr>
            <w:tcW w:w="2037" w:type="dxa"/>
          </w:tcPr>
          <w:p w14:paraId="799A6D36" w14:textId="080995B3" w:rsidR="00F96F7E" w:rsidRDefault="001625FA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67" w:history="1">
              <w:r w:rsidR="00F45671" w:rsidRPr="00CC2F15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maintaining possession and stopping an attack through basketball</w:t>
              </w:r>
            </w:hyperlink>
          </w:p>
          <w:p w14:paraId="6AFE1EE7" w14:textId="39BE0895" w:rsidR="00F45671" w:rsidRPr="00BE33E4" w:rsidRDefault="00CC2F15" w:rsidP="00F96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356F3AC8" w14:textId="508B0629" w:rsidR="003743E6" w:rsidRDefault="000F3EDE" w:rsidP="00374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0782253" wp14:editId="5A54C40A">
                      <wp:simplePos x="0" y="0"/>
                      <wp:positionH relativeFrom="column">
                        <wp:posOffset>366620</wp:posOffset>
                      </wp:positionH>
                      <wp:positionV relativeFrom="paragraph">
                        <wp:posOffset>332387</wp:posOffset>
                      </wp:positionV>
                      <wp:extent cx="360" cy="360"/>
                      <wp:effectExtent l="38100" t="38100" r="38100" b="38100"/>
                      <wp:wrapNone/>
                      <wp:docPr id="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D68816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28.5pt;margin-top:25.8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">
                      <v:imagedata r:id="rId6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02EE4E7" wp14:editId="25FEBFE2">
                      <wp:simplePos x="0" y="0"/>
                      <wp:positionH relativeFrom="column">
                        <wp:posOffset>341780</wp:posOffset>
                      </wp:positionH>
                      <wp:positionV relativeFrom="paragraph">
                        <wp:posOffset>757547</wp:posOffset>
                      </wp:positionV>
                      <wp:extent cx="360" cy="360"/>
                      <wp:effectExtent l="0" t="0" r="0" b="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57D192" id="Ink 1" o:spid="_x0000_s1026" type="#_x0000_t75" style="position:absolute;margin-left:26.55pt;margin-top:59.3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">
                      <v:imagedata r:id="rId69" o:title=""/>
                    </v:shape>
                  </w:pict>
                </mc:Fallback>
              </mc:AlternateContent>
            </w:r>
            <w:hyperlink r:id="rId71" w:history="1">
              <w:r w:rsidR="003743E6" w:rsidRPr="003743E6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 adventurous activities: solving problems</w:t>
              </w:r>
            </w:hyperlink>
          </w:p>
          <w:p w14:paraId="31F46F71" w14:textId="072ED43D" w:rsidR="00F96F7E" w:rsidRPr="00BE33E4" w:rsidRDefault="003743E6" w:rsidP="00374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20246F57" w14:textId="6A419BE9" w:rsidR="00136BD8" w:rsidRDefault="00B35D38" w:rsidP="00136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720730DA" wp14:editId="039E0C40">
                      <wp:simplePos x="0" y="0"/>
                      <wp:positionH relativeFrom="column">
                        <wp:posOffset>342550</wp:posOffset>
                      </wp:positionH>
                      <wp:positionV relativeFrom="paragraph">
                        <wp:posOffset>306485</wp:posOffset>
                      </wp:positionV>
                      <wp:extent cx="360" cy="360"/>
                      <wp:effectExtent l="0" t="0" r="0" b="0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132181" id="Ink 6" o:spid="_x0000_s1026" type="#_x0000_t75" style="position:absolute;margin-left:26.6pt;margin-top:23.8pt;width:.75pt;height: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">
                      <v:imagedata r:id="rId6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132AA097" wp14:editId="2DC1ACC1">
                      <wp:simplePos x="0" y="0"/>
                      <wp:positionH relativeFrom="column">
                        <wp:posOffset>1479430</wp:posOffset>
                      </wp:positionH>
                      <wp:positionV relativeFrom="paragraph">
                        <wp:posOffset>725525</wp:posOffset>
                      </wp:positionV>
                      <wp:extent cx="360" cy="360"/>
                      <wp:effectExtent l="0" t="0" r="0" b="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CE0026" id="Ink 3" o:spid="_x0000_s1026" type="#_x0000_t75" style="position:absolute;margin-left:116.15pt;margin-top:56.8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">
                      <v:imagedata r:id="rId61" o:title=""/>
                    </v:shape>
                  </w:pict>
                </mc:Fallback>
              </mc:AlternateContent>
            </w:r>
            <w:hyperlink r:id="rId74" w:history="1">
              <w:r w:rsidR="00136BD8" w:rsidRPr="00D03B6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Athletics: athletic challenges developed</w:t>
              </w:r>
            </w:hyperlink>
          </w:p>
          <w:p w14:paraId="09640EB5" w14:textId="30D010E8" w:rsidR="00F96F7E" w:rsidRPr="00BE33E4" w:rsidRDefault="00136BD8" w:rsidP="00136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3C5833" w:rsidRPr="00BE33E4" w14:paraId="28E44FE1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58792FCA" w14:textId="77777777" w:rsidR="003C5833" w:rsidRPr="00BE33E4" w:rsidRDefault="003C5833" w:rsidP="003C5833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Quartz</w:t>
            </w:r>
          </w:p>
        </w:tc>
        <w:tc>
          <w:tcPr>
            <w:tcW w:w="2037" w:type="dxa"/>
          </w:tcPr>
          <w:p w14:paraId="7C1FF454" w14:textId="77777777" w:rsidR="00257FC4" w:rsidRDefault="001625FA" w:rsidP="00257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75" w:history="1">
              <w:r w:rsidR="00257FC4" w:rsidRPr="00632F4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traditional dances of the British Isles</w:t>
              </w:r>
            </w:hyperlink>
          </w:p>
          <w:p w14:paraId="3C2B3A04" w14:textId="70ED29EE" w:rsidR="003C5833" w:rsidRPr="00BE33E4" w:rsidRDefault="00257FC4" w:rsidP="00257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6 lessons</w:t>
            </w:r>
          </w:p>
        </w:tc>
        <w:tc>
          <w:tcPr>
            <w:tcW w:w="2037" w:type="dxa"/>
          </w:tcPr>
          <w:p w14:paraId="5EF967D8" w14:textId="1B433EDF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76" w:history="1">
              <w:r w:rsidR="003C5833" w:rsidRPr="00802D3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counter balance and counter tension</w:t>
              </w:r>
            </w:hyperlink>
          </w:p>
          <w:p w14:paraId="615D78ED" w14:textId="60924471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weeks</w:t>
            </w:r>
          </w:p>
        </w:tc>
        <w:tc>
          <w:tcPr>
            <w:tcW w:w="2037" w:type="dxa"/>
          </w:tcPr>
          <w:p w14:paraId="59F51541" w14:textId="7DD810AA" w:rsidR="003C5833" w:rsidRPr="00BE33E4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77" w:history="1">
              <w:r w:rsidR="003C5833" w:rsidRPr="00EA1BE8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Badminton: swing and throw/throw and hit</w:t>
              </w:r>
            </w:hyperlink>
          </w:p>
        </w:tc>
        <w:tc>
          <w:tcPr>
            <w:tcW w:w="2037" w:type="dxa"/>
          </w:tcPr>
          <w:p w14:paraId="2A3D53CE" w14:textId="63CB6E7C" w:rsidR="003C5833" w:rsidRPr="00BE33E4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78" w:history="1">
              <w:r w:rsidR="003C5833" w:rsidRPr="00360C4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Year 5 circuits</w:t>
              </w:r>
            </w:hyperlink>
          </w:p>
        </w:tc>
        <w:tc>
          <w:tcPr>
            <w:tcW w:w="2037" w:type="dxa"/>
          </w:tcPr>
          <w:p w14:paraId="0DC4BC9D" w14:textId="5C12FE10" w:rsidR="003C5833" w:rsidRPr="00BE33E4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79" w:history="1">
              <w:r w:rsidR="003C5833" w:rsidRPr="000F6D5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Handball (England handball)</w:t>
              </w:r>
            </w:hyperlink>
          </w:p>
        </w:tc>
        <w:tc>
          <w:tcPr>
            <w:tcW w:w="2037" w:type="dxa"/>
          </w:tcPr>
          <w:p w14:paraId="23A12B82" w14:textId="77777777" w:rsidR="00753A91" w:rsidRDefault="001625FA" w:rsidP="00753A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0" w:history="1">
              <w:r w:rsidR="00753A91" w:rsidRPr="00942235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Striking and fielding games: tactics and strategies through racing rounders</w:t>
              </w:r>
            </w:hyperlink>
          </w:p>
          <w:p w14:paraId="4F847E0B" w14:textId="790EEE4B" w:rsidR="003C5833" w:rsidRPr="00BE33E4" w:rsidRDefault="00753A91" w:rsidP="00753A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3C5833" w:rsidRPr="00BE33E4" w14:paraId="312866C2" w14:textId="77777777" w:rsidTr="00E92962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6F3EBF54" w14:textId="77777777" w:rsidR="003C5833" w:rsidRPr="00BE33E4" w:rsidRDefault="003C5833" w:rsidP="003C5833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5C778E5B" w14:textId="77777777" w:rsidR="00257FC4" w:rsidRDefault="001625FA" w:rsidP="00257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1" w:history="1">
              <w:r w:rsidR="00257FC4" w:rsidRPr="0011201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shooting, scoring and denying space in ball games</w:t>
              </w:r>
            </w:hyperlink>
          </w:p>
          <w:p w14:paraId="553EF645" w14:textId="719D0DF3" w:rsidR="003C5833" w:rsidRPr="00BE33E4" w:rsidRDefault="00257FC4" w:rsidP="00257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3E73C01E" w14:textId="77777777" w:rsidR="00257FC4" w:rsidRDefault="001625FA" w:rsidP="00257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2" w:history="1">
              <w:r w:rsidR="00257FC4" w:rsidRPr="00577BC9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shooting, scoring and denying space through hockey</w:t>
              </w:r>
            </w:hyperlink>
          </w:p>
          <w:p w14:paraId="6B7A9F8A" w14:textId="799E1C1B" w:rsidR="003C5833" w:rsidRPr="00BE33E4" w:rsidRDefault="00257FC4" w:rsidP="00257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06FF607F" w14:textId="5151846B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3">
              <w:r w:rsidR="70AEA4EA" w:rsidRPr="6C536E2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Archery - (3 weeks)</w:t>
              </w:r>
            </w:hyperlink>
          </w:p>
          <w:p w14:paraId="40B560A7" w14:textId="77777777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4" w:history="1">
              <w:r w:rsidR="003C5833" w:rsidRPr="00241FAE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stamina, strength and flexibility</w:t>
              </w:r>
            </w:hyperlink>
          </w:p>
          <w:p w14:paraId="5A474F3E" w14:textId="53561684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First 3 lessons</w:t>
            </w:r>
          </w:p>
        </w:tc>
        <w:tc>
          <w:tcPr>
            <w:tcW w:w="2037" w:type="dxa"/>
          </w:tcPr>
          <w:p w14:paraId="4D06D17E" w14:textId="77777777" w:rsidR="00257FC4" w:rsidRDefault="001625FA" w:rsidP="00257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5" w:history="1">
              <w:r w:rsidR="00257FC4" w:rsidRPr="00D6446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Net and wall games: tactics to overcome an opponent through tennis</w:t>
              </w:r>
            </w:hyperlink>
          </w:p>
          <w:p w14:paraId="7CB7DCC1" w14:textId="199FBAF9" w:rsidR="003C5833" w:rsidRPr="00BE33E4" w:rsidRDefault="00257FC4" w:rsidP="00257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343533A2" w14:textId="77777777" w:rsidR="00753A91" w:rsidRDefault="001625FA" w:rsidP="00753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6" w:history="1">
              <w:r w:rsidR="00753A91" w:rsidRPr="003743E6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 adventurous activities: solving problems</w:t>
              </w:r>
            </w:hyperlink>
          </w:p>
          <w:p w14:paraId="349CD326" w14:textId="780A91D0" w:rsidR="003C5833" w:rsidRPr="00BE33E4" w:rsidRDefault="00753A91" w:rsidP="00753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24745D99" w14:textId="77777777" w:rsidR="00753A91" w:rsidRDefault="001625FA" w:rsidP="00753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7" w:history="1">
              <w:r w:rsidR="00753A91" w:rsidRPr="00D03B6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Athletics: athletic challenges developed</w:t>
              </w:r>
            </w:hyperlink>
          </w:p>
          <w:p w14:paraId="7F5D162B" w14:textId="1F3775C0" w:rsidR="003C5833" w:rsidRPr="00BE33E4" w:rsidRDefault="00753A91" w:rsidP="00753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3C5833" w:rsidRPr="00BE33E4" w14:paraId="3FCF37A8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59D92315" w14:textId="77777777" w:rsidR="003C5833" w:rsidRPr="00BE33E4" w:rsidRDefault="003C5833" w:rsidP="003C5833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Aventurine</w:t>
            </w:r>
          </w:p>
        </w:tc>
        <w:tc>
          <w:tcPr>
            <w:tcW w:w="2037" w:type="dxa"/>
          </w:tcPr>
          <w:p w14:paraId="2408584C" w14:textId="2C5FFFA5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8" w:history="1">
              <w:r w:rsidR="003C5833" w:rsidRPr="0051280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your tag, everyday art</w:t>
              </w:r>
            </w:hyperlink>
          </w:p>
          <w:p w14:paraId="7A23CD3E" w14:textId="7B0F9474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C28F5A2" w14:textId="1ED37A39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89" w:history="1">
              <w:r w:rsidR="003C5833" w:rsidRPr="009F52DD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Gymnastics: Flight</w:t>
              </w:r>
            </w:hyperlink>
          </w:p>
          <w:p w14:paraId="4A85C3F3" w14:textId="7E131041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08BB2802" w14:textId="2D076415" w:rsidR="003C5833" w:rsidRPr="00BE33E4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0" w:history="1">
              <w:r w:rsidR="003C5833" w:rsidRPr="00FF3363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Badminton: throw and hit/learn to win</w:t>
              </w:r>
            </w:hyperlink>
          </w:p>
        </w:tc>
        <w:tc>
          <w:tcPr>
            <w:tcW w:w="2037" w:type="dxa"/>
          </w:tcPr>
          <w:p w14:paraId="35601424" w14:textId="77777777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1" w:history="1">
              <w:r w:rsidR="003C5833" w:rsidRPr="00241FAE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stamina, strength and flexibility</w:t>
              </w:r>
            </w:hyperlink>
          </w:p>
          <w:p w14:paraId="0EFA8954" w14:textId="41F18816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3C7322A0" w14:textId="0D8C13CC" w:rsidR="003C5833" w:rsidRPr="00BE33E4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2" w:history="1">
              <w:r w:rsidR="003C5833" w:rsidRPr="000F6D5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Handball (England handball)</w:t>
              </w:r>
            </w:hyperlink>
          </w:p>
        </w:tc>
        <w:tc>
          <w:tcPr>
            <w:tcW w:w="2037" w:type="dxa"/>
          </w:tcPr>
          <w:p w14:paraId="731C6BF7" w14:textId="21E51F22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3" w:history="1">
              <w:r w:rsidR="003C5833" w:rsidRPr="00E92DD8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Striking and fielding games: striking and fielding skills through cricket</w:t>
              </w:r>
            </w:hyperlink>
          </w:p>
          <w:p w14:paraId="28041610" w14:textId="64866C49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3C5833" w:rsidRPr="00BE33E4" w14:paraId="0D6F9B95" w14:textId="77777777" w:rsidTr="00E92962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07316253" w14:textId="77777777" w:rsidR="003C5833" w:rsidRPr="00BE33E4" w:rsidRDefault="003C5833" w:rsidP="003C5833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679ED01F" w14:textId="5526D83E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4" w:history="1">
              <w:r w:rsidR="003C5833" w:rsidRPr="00112014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shooting, scoring and denying space in ball games</w:t>
              </w:r>
            </w:hyperlink>
          </w:p>
          <w:p w14:paraId="0C95BCF5" w14:textId="576C6852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7044FD22" w14:textId="77777777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5" w:history="1">
              <w:r w:rsidR="003C5833" w:rsidRPr="00577BC9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shooting, scoring and denying space through hockey</w:t>
              </w:r>
            </w:hyperlink>
          </w:p>
          <w:p w14:paraId="677EBC52" w14:textId="21B0035B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739A26E0" w14:textId="5151846B" w:rsidR="6FC10C0A" w:rsidRDefault="001625FA" w:rsidP="6C536E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6">
              <w:r w:rsidR="6FC10C0A" w:rsidRPr="6C536E2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Archery - (3 weeks)</w:t>
              </w:r>
            </w:hyperlink>
          </w:p>
          <w:p w14:paraId="54ACB657" w14:textId="7C05DB6B" w:rsidR="6C536E21" w:rsidRDefault="6C536E21" w:rsidP="6C536E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  <w:p w14:paraId="040B9446" w14:textId="2BFD6ABB" w:rsidR="003C5833" w:rsidRPr="00BE33E4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7">
              <w:r w:rsidR="70AEA4EA" w:rsidRPr="5B53EFD0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Yoga- (3 weeks</w:t>
              </w:r>
              <w:r w:rsidR="03564CF0" w:rsidRPr="5B53EFD0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)</w:t>
              </w:r>
            </w:hyperlink>
            <w:r w:rsidR="2D048C19" w:rsidRPr="545EC47C">
              <w:rPr>
                <w:rFonts w:ascii="Debbie Hepplewhite Print Font" w:hAnsi="Debbie Hepplewhite Print Font"/>
                <w:sz w:val="20"/>
                <w:szCs w:val="20"/>
              </w:rPr>
              <w:t xml:space="preserve"> Y5 planning</w:t>
            </w:r>
          </w:p>
        </w:tc>
        <w:tc>
          <w:tcPr>
            <w:tcW w:w="2037" w:type="dxa"/>
          </w:tcPr>
          <w:p w14:paraId="17BC7E3E" w14:textId="3DDD105F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8" w:history="1">
              <w:r w:rsidR="003C5833" w:rsidRPr="00D6446A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Net and wall games: tactics to overcome an opponent through tennis</w:t>
              </w:r>
            </w:hyperlink>
          </w:p>
          <w:p w14:paraId="4B43E5EB" w14:textId="30CB0756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2FAA02F7" w14:textId="4EF45211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99" w:history="1">
              <w:r w:rsidR="003C5833" w:rsidRPr="005F611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 adventurous activities: orienteering</w:t>
              </w:r>
            </w:hyperlink>
          </w:p>
          <w:p w14:paraId="06D853D2" w14:textId="0AB4E47A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1E8E67B7" w14:textId="39366E97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0" w:history="1">
              <w:r w:rsidR="003C5833" w:rsidRPr="002B018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Athletics: enhanced athletic challenges</w:t>
              </w:r>
            </w:hyperlink>
          </w:p>
          <w:p w14:paraId="341464E6" w14:textId="4AFA4C14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3C5833" w:rsidRPr="00BE33E4" w14:paraId="766CA29F" w14:textId="77777777" w:rsidTr="00E92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0B970BB0" w14:textId="77777777" w:rsidR="003C5833" w:rsidRPr="00BE33E4" w:rsidRDefault="003C5833" w:rsidP="003C5833">
            <w:pPr>
              <w:rPr>
                <w:rFonts w:ascii="Debbie Hepplewhite Print Font" w:hAnsi="Debbie Hepplewhite Print Font"/>
                <w:sz w:val="20"/>
                <w:szCs w:val="20"/>
              </w:rPr>
            </w:pPr>
            <w:r w:rsidRPr="00BE33E4">
              <w:rPr>
                <w:rFonts w:ascii="Debbie Hepplewhite Print Font" w:hAnsi="Debbie Hepplewhite Print Font"/>
                <w:sz w:val="20"/>
                <w:szCs w:val="20"/>
              </w:rPr>
              <w:t>Emerald</w:t>
            </w:r>
          </w:p>
        </w:tc>
        <w:tc>
          <w:tcPr>
            <w:tcW w:w="2037" w:type="dxa"/>
          </w:tcPr>
          <w:p w14:paraId="33432982" w14:textId="678C06B1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1" w:history="1">
              <w:r w:rsidR="003C5833" w:rsidRPr="00E26D7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Dance: the power of unity</w:t>
              </w:r>
            </w:hyperlink>
          </w:p>
          <w:p w14:paraId="3CA828BE" w14:textId="112F054A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71824C2C" w14:textId="270FC2CA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2" w:history="1">
              <w:r w:rsidR="003C5833" w:rsidRPr="00702C59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Parkour: developing confidence and creative movements</w:t>
              </w:r>
            </w:hyperlink>
            <w:r w:rsidR="003C5833">
              <w:rPr>
                <w:rFonts w:ascii="Debbie Hepplewhite Print Font" w:hAnsi="Debbie Hepplewhite Print Font"/>
                <w:sz w:val="20"/>
                <w:szCs w:val="20"/>
              </w:rPr>
              <w:t xml:space="preserve"> </w:t>
            </w:r>
          </w:p>
          <w:p w14:paraId="1A2FD7A5" w14:textId="291A502B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38AD0B5A" w14:textId="543F3F90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3" w:history="1">
              <w:r w:rsidR="003C5833" w:rsidRPr="00C124F2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Net and wall games: tactics to overcome an opponent through badminton</w:t>
              </w:r>
            </w:hyperlink>
          </w:p>
          <w:p w14:paraId="38708785" w14:textId="187F9C36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77112BB3" w14:textId="018B8C6F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4" w:history="1">
              <w:r w:rsidR="003C5833" w:rsidRPr="004546DD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Health and wellbeing: stamina, strength and flexibility refined</w:t>
              </w:r>
            </w:hyperlink>
          </w:p>
          <w:p w14:paraId="500BC418" w14:textId="5040D777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E6EB132" w14:textId="5286A383" w:rsidR="003C5833" w:rsidRPr="00BE33E4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5">
              <w:r w:rsidR="70AEA4EA" w:rsidRPr="6BB426B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Year 6 Circuits</w:t>
              </w:r>
            </w:hyperlink>
          </w:p>
        </w:tc>
        <w:tc>
          <w:tcPr>
            <w:tcW w:w="2037" w:type="dxa"/>
          </w:tcPr>
          <w:p w14:paraId="04B816E3" w14:textId="08B7227C" w:rsidR="003C5833" w:rsidRDefault="001625FA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6" w:history="1">
              <w:r w:rsidR="003C5833" w:rsidRPr="00D60939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Striking and fielding games: striking and fielding tactics through rounders</w:t>
              </w:r>
            </w:hyperlink>
          </w:p>
          <w:p w14:paraId="2790BB42" w14:textId="5EA9AB59" w:rsidR="003C5833" w:rsidRPr="00BE33E4" w:rsidRDefault="003C5833" w:rsidP="003C5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  <w:tr w:rsidR="003C5833" w:rsidRPr="00BE33E4" w14:paraId="760045B3" w14:textId="77777777" w:rsidTr="00E92962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</w:tcPr>
          <w:p w14:paraId="46A8D352" w14:textId="77777777" w:rsidR="003C5833" w:rsidRPr="00BE33E4" w:rsidRDefault="003C5833" w:rsidP="003C5833">
            <w:pPr>
              <w:rPr>
                <w:rFonts w:ascii="Debbie Hepplewhite Print Font" w:hAnsi="Debbie Hepplewhite Print Font"/>
                <w:sz w:val="20"/>
                <w:szCs w:val="20"/>
              </w:rPr>
            </w:pPr>
          </w:p>
        </w:tc>
        <w:tc>
          <w:tcPr>
            <w:tcW w:w="2037" w:type="dxa"/>
          </w:tcPr>
          <w:p w14:paraId="63F3626D" w14:textId="0FB56573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7" w:history="1">
              <w:r w:rsidR="003C5833" w:rsidRPr="00B93CA3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scenarios, tactics and power play in ball games</w:t>
              </w:r>
            </w:hyperlink>
          </w:p>
          <w:p w14:paraId="55BFBCEA" w14:textId="0904670E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62E4B21" w14:textId="29C063B0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8" w:history="1">
              <w:r w:rsidR="003C5833" w:rsidRPr="00EA4DD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Invasion games: scenarios, tactics and power play through tag rugby</w:t>
              </w:r>
            </w:hyperlink>
          </w:p>
          <w:p w14:paraId="37BF4BD4" w14:textId="075252D7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EEBE64A" w14:textId="5151846B" w:rsidR="07F3439C" w:rsidRDefault="001625FA" w:rsidP="6C536E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09">
              <w:r w:rsidR="07F3439C" w:rsidRPr="6C536E21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Archery - (3 weeks)</w:t>
              </w:r>
            </w:hyperlink>
          </w:p>
          <w:p w14:paraId="331ECBD9" w14:textId="3A48D072" w:rsidR="6C536E21" w:rsidRDefault="6C536E21" w:rsidP="6C536E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</w:p>
          <w:p w14:paraId="40CCD04B" w14:textId="00FD86E6" w:rsidR="003C5833" w:rsidRPr="00BE33E4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10">
              <w:r w:rsidR="70AEA4EA" w:rsidRPr="545EC47C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Yoga</w:t>
              </w:r>
              <w:r w:rsidR="1210CD7D" w:rsidRPr="545EC47C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 Y6</w:t>
              </w:r>
              <w:r w:rsidR="70AEA4EA" w:rsidRPr="545EC47C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 xml:space="preserve"> – (3 weeks)</w:t>
              </w:r>
            </w:hyperlink>
          </w:p>
        </w:tc>
        <w:tc>
          <w:tcPr>
            <w:tcW w:w="2037" w:type="dxa"/>
          </w:tcPr>
          <w:p w14:paraId="0C5FA3A4" w14:textId="5FA8F309" w:rsidR="003C5833" w:rsidRPr="00BE33E4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11" w:history="1">
              <w:r w:rsidR="003C5833" w:rsidRPr="000F6D57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Handball (England handball)</w:t>
              </w:r>
            </w:hyperlink>
          </w:p>
        </w:tc>
        <w:tc>
          <w:tcPr>
            <w:tcW w:w="2037" w:type="dxa"/>
          </w:tcPr>
          <w:p w14:paraId="18296159" w14:textId="36C59CCA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12" w:history="1">
              <w:r w:rsidR="003C5833" w:rsidRPr="0014771E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Outdoor adventurous activities: leadership</w:t>
              </w:r>
            </w:hyperlink>
          </w:p>
          <w:p w14:paraId="4C158E9D" w14:textId="117BA8A3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  <w:tc>
          <w:tcPr>
            <w:tcW w:w="2037" w:type="dxa"/>
          </w:tcPr>
          <w:p w14:paraId="64B8A233" w14:textId="05F841B2" w:rsidR="003C5833" w:rsidRDefault="001625FA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hyperlink r:id="rId113" w:history="1">
              <w:r w:rsidR="003C5833" w:rsidRPr="000D74DF">
                <w:rPr>
                  <w:rStyle w:val="Hyperlink"/>
                  <w:rFonts w:ascii="Debbie Hepplewhite Print Font" w:hAnsi="Debbie Hepplewhite Print Font"/>
                  <w:sz w:val="20"/>
                  <w:szCs w:val="20"/>
                </w:rPr>
                <w:t>Athletics: athletic challenges refined</w:t>
              </w:r>
            </w:hyperlink>
          </w:p>
          <w:p w14:paraId="720CF42D" w14:textId="51C72916" w:rsidR="003C5833" w:rsidRPr="00BE33E4" w:rsidRDefault="003C5833" w:rsidP="003C5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bbie Hepplewhite Print Font" w:hAnsi="Debbie Hepplewhite Print Font"/>
                <w:sz w:val="20"/>
                <w:szCs w:val="20"/>
              </w:rPr>
            </w:pPr>
            <w:r>
              <w:rPr>
                <w:rFonts w:ascii="Debbie Hepplewhite Print Font" w:hAnsi="Debbie Hepplewhite Print Font"/>
                <w:sz w:val="20"/>
                <w:szCs w:val="20"/>
              </w:rPr>
              <w:t>6 lessons</w:t>
            </w:r>
          </w:p>
        </w:tc>
      </w:tr>
    </w:tbl>
    <w:p w14:paraId="6FE888AF" w14:textId="77777777" w:rsidR="00F9060D" w:rsidRPr="00BE33E4" w:rsidRDefault="00F9060D" w:rsidP="002F6678">
      <w:pPr>
        <w:rPr>
          <w:rFonts w:ascii="Debbie Hepplewhite Print Font" w:hAnsi="Debbie Hepplewhite Print Font"/>
          <w:sz w:val="20"/>
          <w:szCs w:val="20"/>
        </w:rPr>
      </w:pPr>
    </w:p>
    <w:sectPr w:rsidR="00F9060D" w:rsidRPr="00BE33E4" w:rsidSect="00E9296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bbie Hepplewhite Print Font">
    <w:altName w:val="Calibri"/>
    <w:charset w:val="00"/>
    <w:family w:val="script"/>
    <w:pitch w:val="variable"/>
    <w:sig w:usb0="800000A7" w:usb1="1000004A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F45"/>
    <w:rsid w:val="00034616"/>
    <w:rsid w:val="0006063C"/>
    <w:rsid w:val="00076B08"/>
    <w:rsid w:val="0008785F"/>
    <w:rsid w:val="000A6F64"/>
    <w:rsid w:val="000D74DF"/>
    <w:rsid w:val="000F3EDE"/>
    <w:rsid w:val="000F6D57"/>
    <w:rsid w:val="00112014"/>
    <w:rsid w:val="00136BD8"/>
    <w:rsid w:val="0014771E"/>
    <w:rsid w:val="0015074B"/>
    <w:rsid w:val="001625FA"/>
    <w:rsid w:val="00177E72"/>
    <w:rsid w:val="00191D56"/>
    <w:rsid w:val="001C23B2"/>
    <w:rsid w:val="0021059F"/>
    <w:rsid w:val="00241FAE"/>
    <w:rsid w:val="00251196"/>
    <w:rsid w:val="00257FC4"/>
    <w:rsid w:val="00260DB4"/>
    <w:rsid w:val="00265F89"/>
    <w:rsid w:val="0029639D"/>
    <w:rsid w:val="00297503"/>
    <w:rsid w:val="002B0187"/>
    <w:rsid w:val="002C3F33"/>
    <w:rsid w:val="002C4748"/>
    <w:rsid w:val="002D4C3A"/>
    <w:rsid w:val="002F6678"/>
    <w:rsid w:val="00326F90"/>
    <w:rsid w:val="00337363"/>
    <w:rsid w:val="00360C41"/>
    <w:rsid w:val="003743E6"/>
    <w:rsid w:val="003B3131"/>
    <w:rsid w:val="003C21A6"/>
    <w:rsid w:val="003C5833"/>
    <w:rsid w:val="003D0B2B"/>
    <w:rsid w:val="00414228"/>
    <w:rsid w:val="00415E62"/>
    <w:rsid w:val="0042319C"/>
    <w:rsid w:val="004466AA"/>
    <w:rsid w:val="004519F4"/>
    <w:rsid w:val="004546DD"/>
    <w:rsid w:val="00483FD8"/>
    <w:rsid w:val="004A1EE3"/>
    <w:rsid w:val="004B3D7D"/>
    <w:rsid w:val="004B57C5"/>
    <w:rsid w:val="004C4353"/>
    <w:rsid w:val="0051280A"/>
    <w:rsid w:val="00577BC9"/>
    <w:rsid w:val="005A6663"/>
    <w:rsid w:val="005A79C3"/>
    <w:rsid w:val="005B6EB5"/>
    <w:rsid w:val="005C2916"/>
    <w:rsid w:val="005C3CDF"/>
    <w:rsid w:val="005E5789"/>
    <w:rsid w:val="005F611F"/>
    <w:rsid w:val="00632F47"/>
    <w:rsid w:val="00633F1A"/>
    <w:rsid w:val="006A63CF"/>
    <w:rsid w:val="006E7F1A"/>
    <w:rsid w:val="00700D08"/>
    <w:rsid w:val="00702C59"/>
    <w:rsid w:val="0071515D"/>
    <w:rsid w:val="007342D6"/>
    <w:rsid w:val="00753A91"/>
    <w:rsid w:val="0077248A"/>
    <w:rsid w:val="0079549F"/>
    <w:rsid w:val="007C3783"/>
    <w:rsid w:val="007E42B4"/>
    <w:rsid w:val="007F0273"/>
    <w:rsid w:val="00802D37"/>
    <w:rsid w:val="00805CCF"/>
    <w:rsid w:val="0082753B"/>
    <w:rsid w:val="00865BA6"/>
    <w:rsid w:val="008A2E5D"/>
    <w:rsid w:val="008B6BFA"/>
    <w:rsid w:val="008D709C"/>
    <w:rsid w:val="00942235"/>
    <w:rsid w:val="00947C47"/>
    <w:rsid w:val="00973E0F"/>
    <w:rsid w:val="009A7443"/>
    <w:rsid w:val="009D14D9"/>
    <w:rsid w:val="009F52DD"/>
    <w:rsid w:val="00A02BAF"/>
    <w:rsid w:val="00A32B7B"/>
    <w:rsid w:val="00A54E9E"/>
    <w:rsid w:val="00AA1D8D"/>
    <w:rsid w:val="00AB1232"/>
    <w:rsid w:val="00AD6882"/>
    <w:rsid w:val="00AF74C1"/>
    <w:rsid w:val="00B03954"/>
    <w:rsid w:val="00B35D38"/>
    <w:rsid w:val="00B47730"/>
    <w:rsid w:val="00B56902"/>
    <w:rsid w:val="00B64936"/>
    <w:rsid w:val="00B77EBE"/>
    <w:rsid w:val="00B81D53"/>
    <w:rsid w:val="00B93CA3"/>
    <w:rsid w:val="00BA1907"/>
    <w:rsid w:val="00BC2546"/>
    <w:rsid w:val="00BE33E4"/>
    <w:rsid w:val="00C07D80"/>
    <w:rsid w:val="00C124F2"/>
    <w:rsid w:val="00C153E8"/>
    <w:rsid w:val="00C35D5C"/>
    <w:rsid w:val="00CB0664"/>
    <w:rsid w:val="00CC2F15"/>
    <w:rsid w:val="00CC58FD"/>
    <w:rsid w:val="00CF5F7C"/>
    <w:rsid w:val="00D03B6A"/>
    <w:rsid w:val="00D25AD9"/>
    <w:rsid w:val="00D60939"/>
    <w:rsid w:val="00D6446A"/>
    <w:rsid w:val="00D970FD"/>
    <w:rsid w:val="00DA4848"/>
    <w:rsid w:val="00DB7AFC"/>
    <w:rsid w:val="00E13574"/>
    <w:rsid w:val="00E243C7"/>
    <w:rsid w:val="00E26D77"/>
    <w:rsid w:val="00E92962"/>
    <w:rsid w:val="00E92DD8"/>
    <w:rsid w:val="00EA1BE8"/>
    <w:rsid w:val="00EA4DDF"/>
    <w:rsid w:val="00EA536F"/>
    <w:rsid w:val="00ED293B"/>
    <w:rsid w:val="00EE360C"/>
    <w:rsid w:val="00F45671"/>
    <w:rsid w:val="00F552A2"/>
    <w:rsid w:val="00F9060D"/>
    <w:rsid w:val="00F90A62"/>
    <w:rsid w:val="00F91A73"/>
    <w:rsid w:val="00F950AA"/>
    <w:rsid w:val="00F96F7E"/>
    <w:rsid w:val="00FC2749"/>
    <w:rsid w:val="00FC693F"/>
    <w:rsid w:val="00FF30E4"/>
    <w:rsid w:val="00FF3363"/>
    <w:rsid w:val="03564CF0"/>
    <w:rsid w:val="07F3439C"/>
    <w:rsid w:val="1210CD7D"/>
    <w:rsid w:val="1D4C8F9B"/>
    <w:rsid w:val="2D048C19"/>
    <w:rsid w:val="545EC47C"/>
    <w:rsid w:val="550A37BD"/>
    <w:rsid w:val="55B23AC4"/>
    <w:rsid w:val="5B53EFD0"/>
    <w:rsid w:val="6BB426BF"/>
    <w:rsid w:val="6C536E21"/>
    <w:rsid w:val="6FC10C0A"/>
    <w:rsid w:val="70AEA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E07DA"/>
  <w14:defaultImageDpi w14:val="300"/>
  <w15:docId w15:val="{5CA38D90-D179-4BA2-B353-1F38680E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-Accent5">
    <w:name w:val="Grid Table 4 Accent 5"/>
    <w:basedOn w:val="TableNormal"/>
    <w:uiPriority w:val="49"/>
    <w:rsid w:val="00E9296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E33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3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2DD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2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C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C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henational.academy/teachers/programmes/physical-education-primary-ks1/units/ball-skills-sending-receiving-and-dribbling/lessons" TargetMode="External"/><Relationship Id="rId21" Type="http://schemas.openxmlformats.org/officeDocument/2006/relationships/hyperlink" Target="https://www.thenational.academy/teachers/programmes/physical-education-primary-ks1/units/gymnastics-individual-movements-and-balances/lessons" TargetMode="External"/><Relationship Id="rId42" Type="http://schemas.openxmlformats.org/officeDocument/2006/relationships/hyperlink" Target="https://stroudvalley.sharepoint.com/sites/all_staff_teams/Shared%20Documents/General/PE/Oak%20National%20Academy/Circuits%20planning/Year%203%20circuits%20planning" TargetMode="External"/><Relationship Id="rId47" Type="http://schemas.openxmlformats.org/officeDocument/2006/relationships/hyperlink" Target="https://stroudvalley.sharepoint.com/sites/all_staff_teams/Shared%20Documents/General/PE/Oak%20National%20Academy/Archery%20planning%20KS2.pdf" TargetMode="External"/><Relationship Id="rId63" Type="http://schemas.openxmlformats.org/officeDocument/2006/relationships/hyperlink" Target="https://www.thenational.academy/teachers/programmes/physical-education-primary-ks2/units/invasion-games-maintaining-possession-and-stopping-an-attack-in-ball-games/lessons" TargetMode="External"/><Relationship Id="rId68" Type="http://schemas.openxmlformats.org/officeDocument/2006/relationships/customXml" Target="ink/ink4.xml"/><Relationship Id="rId84" Type="http://schemas.openxmlformats.org/officeDocument/2006/relationships/hyperlink" Target="https://www.thenational.academy/teachers/programmes/physical-education-primary-ks2/units/health-and-wellbeing-stamina-strength-and-flexibility/lessons" TargetMode="External"/><Relationship Id="rId89" Type="http://schemas.openxmlformats.org/officeDocument/2006/relationships/hyperlink" Target="https://www.thenational.academy/teachers/programmes/physical-education-primary-ks2/units/gymnastics-flight/lessons" TargetMode="External"/><Relationship Id="rId112" Type="http://schemas.openxmlformats.org/officeDocument/2006/relationships/hyperlink" Target="https://www.thenational.academy/teachers/programmes/physical-education-primary-ks2/units/outdoor-adventurous-activities-leadership/lessons" TargetMode="External"/><Relationship Id="rId16" Type="http://schemas.openxmlformats.org/officeDocument/2006/relationships/hyperlink" Target="https://www.thenational.academy/teachers/programmes/physical-education-primary-ks1/units/ball-skills-sending-receiving-and-dribbling/lessons" TargetMode="External"/><Relationship Id="rId107" Type="http://schemas.openxmlformats.org/officeDocument/2006/relationships/hyperlink" Target="https://www.thenational.academy/teachers/programmes/physical-education-primary-ks2/units/invasion-games-scenarios-tactics-and-power-play-in-ball-games/lessons" TargetMode="External"/><Relationship Id="rId11" Type="http://schemas.openxmlformats.org/officeDocument/2006/relationships/hyperlink" Target="https://www.thenational.academy/teachers/programmes/physical-education-primary-ks1/units/gymnastics-individual-movements-and-balances/lessons" TargetMode="External"/><Relationship Id="rId32" Type="http://schemas.openxmlformats.org/officeDocument/2006/relationships/hyperlink" Target="https://www.thenational.academy/teachers/programmes/physical-education-primary-ks1/units/gymnastics-linking-movements-and-balances/lessons" TargetMode="External"/><Relationship Id="rId37" Type="http://schemas.openxmlformats.org/officeDocument/2006/relationships/hyperlink" Target="https://www.thenational.academy/teachers/programmes/physical-education-primary-ks1/units/ball-skills-passing-dribbling-and-scoring/lessons" TargetMode="External"/><Relationship Id="rId53" Type="http://schemas.openxmlformats.org/officeDocument/2006/relationships/hyperlink" Target="https://www.thenational.academy/teachers/programmes/physical-education-primary-ks2/units/athletics-athletic-challenges/lessons" TargetMode="External"/><Relationship Id="rId58" Type="http://schemas.openxmlformats.org/officeDocument/2006/relationships/hyperlink" Target="https://teach.englandhandball.com/pe-curriculum-primary/" TargetMode="External"/><Relationship Id="rId74" Type="http://schemas.openxmlformats.org/officeDocument/2006/relationships/hyperlink" Target="https://www.thenational.academy/teachers/programmes/physical-education-primary-ks2/units/athletics-athletic-challenges-developed/lessons" TargetMode="External"/><Relationship Id="rId79" Type="http://schemas.openxmlformats.org/officeDocument/2006/relationships/hyperlink" Target="https://teach.englandhandball.com/pe-curriculum-primary/" TargetMode="External"/><Relationship Id="rId102" Type="http://schemas.openxmlformats.org/officeDocument/2006/relationships/hyperlink" Target="https://www.thenational.academy/teachers/programmes/physical-education-primary-ks2/units/parkour-developing-confidence-and-creative-movement/lesson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stroudvalley.sharepoint.com/sites/all_staff_teams/Shared%20Documents/General/PE/Oak%20National%20Academy/Badminton%20lesson%20plans%20KS2.pdf" TargetMode="External"/><Relationship Id="rId95" Type="http://schemas.openxmlformats.org/officeDocument/2006/relationships/hyperlink" Target="https://www.thenational.academy/teachers/programmes/physical-education-primary-ks2/units/invasion-games-shooting-scoring-and-denying-space-through-hockey/lessons" TargetMode="External"/><Relationship Id="rId22" Type="http://schemas.openxmlformats.org/officeDocument/2006/relationships/hyperlink" Target="https://www.thenational.academy/teachers/programmes/physical-education-primary-ks1/units/gymnastics-individual-movements-and-balances/lessons" TargetMode="External"/><Relationship Id="rId27" Type="http://schemas.openxmlformats.org/officeDocument/2006/relationships/hyperlink" Target="https://www.thenational.academy/teachers/programmes/physical-education-primary-ks1/units/ball-skills-sending-receiving-and-dribbling/lessons" TargetMode="External"/><Relationship Id="rId43" Type="http://schemas.openxmlformats.org/officeDocument/2006/relationships/hyperlink" Target="https://teach.englandhandball.com/pe-curriculum-primary/" TargetMode="External"/><Relationship Id="rId48" Type="http://schemas.openxmlformats.org/officeDocument/2006/relationships/hyperlink" Target="https://www.thenational.academy/teachers/programmes/physical-education-primary-ks2/units/health-and-wellbeing-mindfulness-and-meditative-balances/lessons" TargetMode="External"/><Relationship Id="rId64" Type="http://schemas.openxmlformats.org/officeDocument/2006/relationships/hyperlink" Target="https://www.thenational.academy/teachers/programmes/physical-education-primary-ks2/units/net-and-wall-games-tactics-to-overcome-an-opponent-through-pickleball/lessons" TargetMode="External"/><Relationship Id="rId69" Type="http://schemas.openxmlformats.org/officeDocument/2006/relationships/image" Target="media/image10.png"/><Relationship Id="rId113" Type="http://schemas.openxmlformats.org/officeDocument/2006/relationships/hyperlink" Target="https://www.thenational.academy/teachers/programmes/physical-education-primary-ks2/units/athletics-athletic-challenges-refined/lessons" TargetMode="External"/><Relationship Id="rId80" Type="http://schemas.openxmlformats.org/officeDocument/2006/relationships/hyperlink" Target="https://www.thenational.academy/teachers/programmes/physical-education-primary-ks2/units/striking-and-fielding-games-tactics-and-strategies-through-racing-rounders/lessons" TargetMode="External"/><Relationship Id="rId85" Type="http://schemas.openxmlformats.org/officeDocument/2006/relationships/hyperlink" Target="https://www.thenational.academy/teachers/programmes/physical-education-primary-ks2/units/net-and-wall-games-tactics-to-overcome-an-opponent-through-tennis/lessons" TargetMode="External"/><Relationship Id="rId12" Type="http://schemas.openxmlformats.org/officeDocument/2006/relationships/hyperlink" Target="https://www.thenational.academy/teachers/programmes/physical-education-primary-ks1/units/gymnastics-individual-movements-and-balances/lessons" TargetMode="External"/><Relationship Id="rId17" Type="http://schemas.openxmlformats.org/officeDocument/2006/relationships/hyperlink" Target="https://www.thenational.academy/teachers/programmes/physical-education-primary-ks1/units/ball-skills-sending-receiving-and-dribbling/lessons" TargetMode="External"/><Relationship Id="rId33" Type="http://schemas.openxmlformats.org/officeDocument/2006/relationships/hyperlink" Target="https://www.thenational.academy/teachers/programmes/physical-education-primary-ks1/units/dance-my-world-how-we-dance/lessons" TargetMode="External"/><Relationship Id="rId38" Type="http://schemas.openxmlformats.org/officeDocument/2006/relationships/hyperlink" Target="https://www.thenational.academy/teachers/programmes/physical-education-primary-ks1/units/ball-skills-hitting-and-striking/lessons" TargetMode="External"/><Relationship Id="rId59" Type="http://schemas.openxmlformats.org/officeDocument/2006/relationships/hyperlink" Target="https://www.thenational.academy/teachers/programmes/physical-education-primary-ks2/units/striking-and-fielding-games-tactics-and-strategies-through-racing-rounders/lessons" TargetMode="External"/><Relationship Id="rId103" Type="http://schemas.openxmlformats.org/officeDocument/2006/relationships/hyperlink" Target="https://www.thenational.academy/teachers/programmes/physical-education-primary-ks2/units/net-and-wall-games-tactics-to-overcome-an-opponent-through-badminton/lessons" TargetMode="External"/><Relationship Id="rId108" Type="http://schemas.openxmlformats.org/officeDocument/2006/relationships/hyperlink" Target="https://www.thenational.academy/teachers/programmes/physical-education-primary-ks2/units/invasion-games-scenarios-tactics-and-power-play-through-tag-rugby/lessons" TargetMode="External"/><Relationship Id="rId54" Type="http://schemas.openxmlformats.org/officeDocument/2006/relationships/hyperlink" Target="https://www.thenational.academy/teachers/programmes/physical-education-primary-ks2/units/dance-traditional-dances-of-the-british-isles/lessons" TargetMode="External"/><Relationship Id="rId70" Type="http://schemas.openxmlformats.org/officeDocument/2006/relationships/customXml" Target="ink/ink5.xml"/><Relationship Id="rId75" Type="http://schemas.openxmlformats.org/officeDocument/2006/relationships/hyperlink" Target="https://www.thenational.academy/teachers/programmes/physical-education-primary-ks2/units/dance-traditional-dances-of-the-british-isles/lessons" TargetMode="External"/><Relationship Id="rId91" Type="http://schemas.openxmlformats.org/officeDocument/2006/relationships/hyperlink" Target="https://www.thenational.academy/teachers/programmes/physical-education-primary-ks2/units/health-and-wellbeing-stamina-strength-and-flexibility/lessons" TargetMode="External"/><Relationship Id="rId96" Type="http://schemas.openxmlformats.org/officeDocument/2006/relationships/hyperlink" Target="https://stroudvalley.sharepoint.com/:f:/s/all_staff_teams/IgCKqzqFfcF1R7wmCBkY6i3YAejtoeQi_qWtkdiomThAUP4?e=0VOXq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thenational.academy/teachers/programmes/physical-education-primary-ks1/units/health-and-wellbeing-the-effects-of-exercise/lessons" TargetMode="External"/><Relationship Id="rId23" Type="http://schemas.openxmlformats.org/officeDocument/2006/relationships/hyperlink" Target="https://www.thenational.academy/teachers/programmes/physical-education-primary-ks1/units/dance-my-moves-my-journeys/lessons" TargetMode="External"/><Relationship Id="rId28" Type="http://schemas.openxmlformats.org/officeDocument/2006/relationships/hyperlink" Target="https://www.thenational.academy/teachers/programmes/physical-education-primary-ks1/units/ball-skills-pushing-and-striking/lessons" TargetMode="External"/><Relationship Id="rId36" Type="http://schemas.openxmlformats.org/officeDocument/2006/relationships/hyperlink" Target="https://www.thenational.academy/teachers/programmes/physical-education-primary-ks1/units/ball-skills-passing-dribbling-and-scoring/lessons" TargetMode="External"/><Relationship Id="rId49" Type="http://schemas.openxmlformats.org/officeDocument/2006/relationships/hyperlink" Target="https://www.thenational.academy/teachers/programmes/physical-education-primary-ks2/units/invasion-games-principles-of-attack-and-defence-in-netball/lessons" TargetMode="External"/><Relationship Id="rId57" Type="http://schemas.openxmlformats.org/officeDocument/2006/relationships/hyperlink" Target="https://stroudvalley.sharepoint.com/sites/all_staff_teams/Shared%20Documents/General/PE/Oak%20National%20Academy/Circuits%20planning/Year%204%20circuits%20planning" TargetMode="External"/><Relationship Id="rId106" Type="http://schemas.openxmlformats.org/officeDocument/2006/relationships/hyperlink" Target="https://www.thenational.academy/teachers/programmes/physical-education-primary-ks2/units/striking-and-fielding-games-striking-and-fielding-tactics-through-rounders/lessons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www.thenational.academy/teachers/programmes/physical-education-primary-ks1/units/dance-my-moves-my-brilliant-body/lessons" TargetMode="External"/><Relationship Id="rId31" Type="http://schemas.openxmlformats.org/officeDocument/2006/relationships/hyperlink" Target="https://www.thenational.academy/teachers/programmes/physical-education-primary-ks1/units/gymnastics-linking-movements-and-balances/lessons" TargetMode="External"/><Relationship Id="rId44" Type="http://schemas.openxmlformats.org/officeDocument/2006/relationships/hyperlink" Target="https://www.thenational.academy/teachers/programmes/physical-education-primary-ks2/units/striking-and-fielding-games-fielding-vs-batting/lessons" TargetMode="External"/><Relationship Id="rId52" Type="http://schemas.openxmlformats.org/officeDocument/2006/relationships/image" Target="media/image1.png"/><Relationship Id="rId60" Type="http://schemas.openxmlformats.org/officeDocument/2006/relationships/customXml" Target="ink/ink2.xml"/><Relationship Id="rId65" Type="http://schemas.openxmlformats.org/officeDocument/2006/relationships/hyperlink" Target="https://stroudvalley.sharepoint.com/sites/all_staff_teams/Shared%20Documents/General/PE/Oak%20National%20Academy/Archery%20planning%20KS2.pdf" TargetMode="External"/><Relationship Id="rId73" Type="http://schemas.openxmlformats.org/officeDocument/2006/relationships/customXml" Target="ink/ink7.xml"/><Relationship Id="rId78" Type="http://schemas.openxmlformats.org/officeDocument/2006/relationships/hyperlink" Target="https://stroudvalley.sharepoint.com/sites/all_staff_teams/Shared%20Documents/General/PE/Oak%20National%20Academy/Circuits%20planning/Year%205%20circuits%20planning" TargetMode="External"/><Relationship Id="rId81" Type="http://schemas.openxmlformats.org/officeDocument/2006/relationships/hyperlink" Target="https://www.thenational.academy/teachers/programmes/physical-education-primary-ks2/units/invasion-games-shooting-scoring-and-denying-space-in-ball-games/lessons" TargetMode="External"/><Relationship Id="rId86" Type="http://schemas.openxmlformats.org/officeDocument/2006/relationships/hyperlink" Target="https://www.thenational.academy/teachers/programmes/physical-education-primary-ks2/units/outdoor-adventurous-activities-solving-problems/lessons" TargetMode="External"/><Relationship Id="rId94" Type="http://schemas.openxmlformats.org/officeDocument/2006/relationships/hyperlink" Target="https://www.thenational.academy/teachers/programmes/physical-education-primary-ks2/units/invasion-games-shooting-scoring-and-denying-space-in-ball-games/lessons" TargetMode="External"/><Relationship Id="rId99" Type="http://schemas.openxmlformats.org/officeDocument/2006/relationships/hyperlink" Target="https://www.thenational.academy/teachers/programmes/physical-education-primary-ks2/units/outdoor-adventurous-activities-orienteering/lessons" TargetMode="External"/><Relationship Id="rId101" Type="http://schemas.openxmlformats.org/officeDocument/2006/relationships/hyperlink" Target="https://www.thenational.academy/teachers/programmes/physical-education-primary-ks2/units/dance-the-power-of-unity/lesson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thenational.academy/teachers/programmes/physical-education-primary-ks1/units/locomotion-running-and-jumping/lessons" TargetMode="External"/><Relationship Id="rId13" Type="http://schemas.openxmlformats.org/officeDocument/2006/relationships/hyperlink" Target="https://www.thenational.academy/teachers/programmes/physical-education-primary-ks1/units/dance-my-moves-my-journeys/lessons" TargetMode="External"/><Relationship Id="rId18" Type="http://schemas.openxmlformats.org/officeDocument/2006/relationships/hyperlink" Target="https://www.thenational.academy/teachers/programmes/physical-education-primary-ks1/units/ball-skills-pushing-and-striking/lessons" TargetMode="External"/><Relationship Id="rId39" Type="http://schemas.openxmlformats.org/officeDocument/2006/relationships/hyperlink" Target="https://www.thenational.academy/teachers/programmes/physical-education-primary-ks2/units/dance-my-word-links-to-language/lessons" TargetMode="External"/><Relationship Id="rId109" Type="http://schemas.openxmlformats.org/officeDocument/2006/relationships/hyperlink" Target="https://stroudvalley.sharepoint.com/:f:/s/all_staff_teams/IgCKqzqFfcF1R7wmCBkY6i3YAejtoeQi_qWtkdiomThAUP4?e=0VOXqe" TargetMode="External"/><Relationship Id="rId34" Type="http://schemas.openxmlformats.org/officeDocument/2006/relationships/hyperlink" Target="https://www.thenational.academy/teachers/programmes/physical-education-primary-ks1/units/outdoor-adventurous-activities-team-building/lessons" TargetMode="External"/><Relationship Id="rId50" Type="http://schemas.openxmlformats.org/officeDocument/2006/relationships/hyperlink" Target="https://www.thenational.academy/teachers/programmes/physical-education-primary-ks2/units/outdoor-adventurous-activities-team-challenges/lessons" TargetMode="External"/><Relationship Id="rId55" Type="http://schemas.openxmlformats.org/officeDocument/2006/relationships/hyperlink" Target="https://www.thenational.academy/teachers/programmes/physical-education-primary-ks2/units/gymnastics-symmetry-and-asymmetry/lessons" TargetMode="External"/><Relationship Id="rId76" Type="http://schemas.openxmlformats.org/officeDocument/2006/relationships/hyperlink" Target="https://www.thenational.academy/teachers/programmes/physical-education-primary-ks2/units/gymnastics-counter-balance-and-counter-tension/lessons" TargetMode="External"/><Relationship Id="rId97" Type="http://schemas.openxmlformats.org/officeDocument/2006/relationships/hyperlink" Target="https://stroudvalley.sharepoint.com/:b:/s/all_staff_teams/IQDFu-tVSFVaQ6lL1zMYUcOJAUdYTyJatw1axTl1PSa1bZU?e=4xuVBT" TargetMode="External"/><Relationship Id="rId104" Type="http://schemas.openxmlformats.org/officeDocument/2006/relationships/hyperlink" Target="https://www.thenational.academy/teachers/programmes/physical-education-primary-ks2/units/health-and-wellbeing-stamina-strength-and-flexibility-refined/lessons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thenational.academy/teachers/programmes/physical-education-primary-ks2/units/outdoor-adventurous-activities-solving-problems/lessons" TargetMode="External"/><Relationship Id="rId92" Type="http://schemas.openxmlformats.org/officeDocument/2006/relationships/hyperlink" Target="https://teach.englandhandball.com/pe-curriculum-primary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thenational.academy/teachers/programmes/physical-education-primary-ks1/units/locomotion-running-jumping-and-dodging/lessons" TargetMode="External"/><Relationship Id="rId24" Type="http://schemas.openxmlformats.org/officeDocument/2006/relationships/hyperlink" Target="https://www.thenational.academy/teachers/programmes/physical-education-primary-ks1/units/outdoor-adventurous-activities-working-with-others/lessons" TargetMode="External"/><Relationship Id="rId40" Type="http://schemas.openxmlformats.org/officeDocument/2006/relationships/hyperlink" Target="https://www.thenational.academy/teachers/programmes/physical-education-primary-ks2/units/gymnastics-movements-balances-and-sequence-composition/lessons" TargetMode="External"/><Relationship Id="rId45" Type="http://schemas.openxmlformats.org/officeDocument/2006/relationships/hyperlink" Target="https://www.thenational.academy/teachers/programmes/physical-education-primary-ks2/units/invasion-games-principles-of-attack-and-defence-through-ball-games/lessons" TargetMode="External"/><Relationship Id="rId66" Type="http://schemas.openxmlformats.org/officeDocument/2006/relationships/hyperlink" Target="https://www.thenational.academy/teachers/programmes/physical-education-primary-ks2/units/health-and-wellbeing-mindfulness-meditative-balances-and-relaxation-techniques/lessons" TargetMode="External"/><Relationship Id="rId87" Type="http://schemas.openxmlformats.org/officeDocument/2006/relationships/hyperlink" Target="https://www.thenational.academy/teachers/programmes/physical-education-primary-ks2/units/athletics-athletic-challenges-developed/lessons" TargetMode="External"/><Relationship Id="rId110" Type="http://schemas.openxmlformats.org/officeDocument/2006/relationships/hyperlink" Target="https://stroudvalley.sharepoint.com/:b:/s/all_staff_teams/IQDWe6j_vz4JQIVKjqNUlKtZAa8PPqq00s5LGeFsOhXHVIA?e=xJ5t6a" TargetMode="External"/><Relationship Id="rId115" Type="http://schemas.openxmlformats.org/officeDocument/2006/relationships/theme" Target="theme/theme1.xml"/><Relationship Id="rId61" Type="http://schemas.openxmlformats.org/officeDocument/2006/relationships/image" Target="media/image11.png"/><Relationship Id="rId82" Type="http://schemas.openxmlformats.org/officeDocument/2006/relationships/hyperlink" Target="https://www.thenational.academy/teachers/programmes/physical-education-primary-ks2/units/invasion-games-shooting-scoring-and-denying-space-through-hockey/lessons" TargetMode="External"/><Relationship Id="rId19" Type="http://schemas.openxmlformats.org/officeDocument/2006/relationships/hyperlink" Target="https://www.thenational.academy/teachers/programmes/physical-education-primary-ks1/units/locomotion-running-and-jumping/lessons" TargetMode="External"/><Relationship Id="rId14" Type="http://schemas.openxmlformats.org/officeDocument/2006/relationships/hyperlink" Target="https://www.thenational.academy/teachers/programmes/physical-education-primary-ks1/units/outdoor-adventurous-activities-working-with-others/lessons" TargetMode="External"/><Relationship Id="rId30" Type="http://schemas.openxmlformats.org/officeDocument/2006/relationships/hyperlink" Target="https://www.thenational.academy/teachers/programmes/physical-education-primary-ks1/units/dance-my-world-weather/lessons" TargetMode="External"/><Relationship Id="rId35" Type="http://schemas.openxmlformats.org/officeDocument/2006/relationships/hyperlink" Target="https://www.thenational.academy/teachers/programmes/physical-education-primary-ks1/units/health-and-wellbeing-agility-balance-and-coordination/lessons" TargetMode="External"/><Relationship Id="rId56" Type="http://schemas.openxmlformats.org/officeDocument/2006/relationships/hyperlink" Target="https://stroudvalley.sharepoint.com/sites/all_staff_teams/Shared%20Documents/General/PE/Oak%20National%20Academy/Badminton%20lesson%20plans%20KS2.pdf" TargetMode="External"/><Relationship Id="rId77" Type="http://schemas.openxmlformats.org/officeDocument/2006/relationships/hyperlink" Target="https://stroudvalley.sharepoint.com/sites/all_staff_teams/Shared%20Documents/General/PE/Oak%20National%20Academy/Badminton%20lesson%20plans%20KS2.pdf" TargetMode="External"/><Relationship Id="rId100" Type="http://schemas.openxmlformats.org/officeDocument/2006/relationships/hyperlink" Target="https://www.thenational.academy/teachers/programmes/physical-education-primary-ks2/units/athletics-enhanced-athletic-challenges/lessons" TargetMode="External"/><Relationship Id="rId105" Type="http://schemas.openxmlformats.org/officeDocument/2006/relationships/hyperlink" Target="https://stroudvalley.sharepoint.com/:f:/s/all_staff_teams/IgBSVAd4VtJkTKxebZLxCZgPAXNWmtHXj1PIZGix999jjQA?e=GoEugT" TargetMode="External"/><Relationship Id="rId8" Type="http://schemas.openxmlformats.org/officeDocument/2006/relationships/webSettings" Target="webSettings.xml"/><Relationship Id="rId51" Type="http://schemas.openxmlformats.org/officeDocument/2006/relationships/customXml" Target="ink/ink1.xml"/><Relationship Id="rId72" Type="http://schemas.openxmlformats.org/officeDocument/2006/relationships/customXml" Target="ink/ink6.xml"/><Relationship Id="rId93" Type="http://schemas.openxmlformats.org/officeDocument/2006/relationships/hyperlink" Target="https://www.thenational.academy/teachers/programmes/physical-education-primary-ks2/units/striking-and-fielding-games-striking-and-fielding-skills-through-cricket/lessons" TargetMode="External"/><Relationship Id="rId98" Type="http://schemas.openxmlformats.org/officeDocument/2006/relationships/hyperlink" Target="https://www.thenational.academy/teachers/programmes/physical-education-primary-ks2/units/net-and-wall-games-tactics-to-overcome-an-opponent-through-tennis/lessons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thenational.academy/teachers/programmes/physical-education-primary-ks1/units/health-and-wellbeing-the-effects-of-exercise/lessons" TargetMode="External"/><Relationship Id="rId46" Type="http://schemas.openxmlformats.org/officeDocument/2006/relationships/hyperlink" Target="https://www.thenational.academy/teachers/programmes/physical-education-primary-ks2/units/net-and-wall-games-tactics-and-strategies-to-overcome-an-opponent/lessons" TargetMode="External"/><Relationship Id="rId67" Type="http://schemas.openxmlformats.org/officeDocument/2006/relationships/hyperlink" Target="https://www.thenational.academy/teachers/programmes/physical-education-primary-ks2/units/invasion-games-maintaining-possession-and-stopping-an-attack-through-basketball/lessons" TargetMode="External"/><Relationship Id="rId20" Type="http://schemas.openxmlformats.org/officeDocument/2006/relationships/hyperlink" Target="https://www.thenational.academy/teachers/programmes/physical-education-primary-ks1/units/dance-my-moves-my-brilliant-body/lessons" TargetMode="External"/><Relationship Id="rId41" Type="http://schemas.openxmlformats.org/officeDocument/2006/relationships/hyperlink" Target="https://stroudvalley.sharepoint.com/sites/all_staff_teams/Shared%20Documents/General/PE/Oak%20National%20Academy/Badminton%20lesson%20plans%20KS2.pdf" TargetMode="External"/><Relationship Id="rId62" Type="http://schemas.openxmlformats.org/officeDocument/2006/relationships/customXml" Target="ink/ink3.xml"/><Relationship Id="rId83" Type="http://schemas.openxmlformats.org/officeDocument/2006/relationships/hyperlink" Target="https://stroudvalley.sharepoint.com/:f:/s/all_staff_teams/IgCKqzqFfcF1R7wmCBkY6i3YAejtoeQi_qWtkdiomThAUP4?e=0VOXqe" TargetMode="External"/><Relationship Id="rId88" Type="http://schemas.openxmlformats.org/officeDocument/2006/relationships/hyperlink" Target="https://www.thenational.academy/teachers/programmes/physical-education-primary-ks2/units/dance-your-tag-everyday-art/lessons" TargetMode="External"/><Relationship Id="rId111" Type="http://schemas.openxmlformats.org/officeDocument/2006/relationships/hyperlink" Target="https://teach.englandhandball.com/pe-curriculum-primary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6-16T10:49:13.024"/>
    </inkml:context>
    <inkml:brush xml:id="br0">
      <inkml:brushProperty name="width" value="0.025" units="cm"/>
      <inkml:brushProperty name="height" value="0.025" units="cm"/>
      <inkml:brushProperty name="color" value="#AB008B"/>
      <inkml:brushProperty name="ignorePressure" value="1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6-01T14:55:15.390"/>
    </inkml:context>
    <inkml:brush xml:id="br0">
      <inkml:brushProperty name="width" value="0.025" units="cm"/>
      <inkml:brushProperty name="height" value="0.025" units="cm"/>
      <inkml:brushProperty name="color" value="#AB008B"/>
      <inkml:brushProperty name="ignorePressure" value="1"/>
    </inkml:brush>
  </inkml:definitions>
  <inkml:trace contextRef="#ctx0" brushRef="#br0">0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6-01T14:55:16.118"/>
    </inkml:context>
    <inkml:brush xml:id="br0">
      <inkml:brushProperty name="width" value="0.025" units="cm"/>
      <inkml:brushProperty name="height" value="0.025" units="cm"/>
      <inkml:brushProperty name="color" value="#AB008B"/>
      <inkml:brushProperty name="ignorePressure" value="1"/>
    </inkml:brush>
  </inkml:definitions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4-15T11:09:38.808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4-15T11:09:37.620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6-01T14:55:24.752"/>
    </inkml:context>
    <inkml:brush xml:id="br0">
      <inkml:brushProperty name="width" value="0.025" units="cm"/>
      <inkml:brushProperty name="height" value="0.025" units="cm"/>
      <inkml:brushProperty name="color" value="#AB008B"/>
      <inkml:brushProperty name="ignorePressure" value="1"/>
    </inkml:brush>
  </inkml:definitions>
  <inkml:trace contextRef="#ctx0" brushRef="#br0">1 1,'0'0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6-01T14:55:14.368"/>
    </inkml:context>
    <inkml:brush xml:id="br0">
      <inkml:brushProperty name="width" value="0.025" units="cm"/>
      <inkml:brushProperty name="height" value="0.025" units="cm"/>
      <inkml:brushProperty name="color" value="#AB008B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3D61C6A1EC1478F6AA7A806ECDB49" ma:contentTypeVersion="18" ma:contentTypeDescription="Create a new document." ma:contentTypeScope="" ma:versionID="c243d6d954407cc38a58de0a2839a856">
  <xsd:schema xmlns:xsd="http://www.w3.org/2001/XMLSchema" xmlns:xs="http://www.w3.org/2001/XMLSchema" xmlns:p="http://schemas.microsoft.com/office/2006/metadata/properties" xmlns:ns2="72d86421-52d8-4280-b913-5a0ed773f6f6" xmlns:ns3="9bd1b028-a70d-4d16-8635-ece67c8f0de0" targetNamespace="http://schemas.microsoft.com/office/2006/metadata/properties" ma:root="true" ma:fieldsID="7b6091acb0ef4eb3ddc24af97341526b" ns2:_="" ns3:_="">
    <xsd:import namespace="72d86421-52d8-4280-b913-5a0ed773f6f6"/>
    <xsd:import namespace="9bd1b028-a70d-4d16-8635-ece67c8f0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86421-52d8-4280-b913-5a0ed773f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830c0d-24d0-4618-9088-e2cb02fe9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1b028-a70d-4d16-8635-ece67c8f0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b1452a4-90c1-4524-8f96-89af81b78c84}" ma:internalName="TaxCatchAll" ma:showField="CatchAllData" ma:web="9bd1b028-a70d-4d16-8635-ece67c8f0d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d1b028-a70d-4d16-8635-ece67c8f0de0" xsi:nil="true"/>
    <lcf76f155ced4ddcb4097134ff3c332f xmlns="72d86421-52d8-4280-b913-5a0ed773f6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48FF65-564D-4520-AFE3-7D5452636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86421-52d8-4280-b913-5a0ed773f6f6"/>
    <ds:schemaRef ds:uri="9bd1b028-a70d-4d16-8635-ece67c8f0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5B561-2E91-4642-B950-99B18A31E9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3560F6-9E11-4E26-967B-694A95A12210}">
  <ds:schemaRefs>
    <ds:schemaRef ds:uri="http://schemas.microsoft.com/office/2006/metadata/properties"/>
    <ds:schemaRef ds:uri="http://schemas.microsoft.com/office/infopath/2007/PartnerControls"/>
    <ds:schemaRef ds:uri="9bd1b028-a70d-4d16-8635-ece67c8f0de0"/>
    <ds:schemaRef ds:uri="72d86421-52d8-4280-b913-5a0ed773f6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Burley</cp:lastModifiedBy>
  <cp:revision>130</cp:revision>
  <dcterms:created xsi:type="dcterms:W3CDTF">2026-03-19T10:07:00Z</dcterms:created>
  <dcterms:modified xsi:type="dcterms:W3CDTF">2026-07-17T11:39:00Z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0x0101002903D61C6A1EC1478F6AA7A806ECDB49</vt:lpwstr>
  </property>
  <property fmtid="{D5CDD505-2E9C-101B-9397-08002B2CF9AE}" pid="3" name="MediaServiceImageTags">
    <vt:lpwstr/>
  </property>
</Properties>
</file>