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771" w:rsidRDefault="006B6771">
      <w:pPr>
        <w:rPr>
          <w:rFonts w:ascii="Arial" w:eastAsiaTheme="majorEastAsia" w:hAnsi="Arial" w:cs="Arial"/>
          <w:b/>
          <w:bCs/>
          <w:color w:val="19415D"/>
          <w:sz w:val="28"/>
          <w:szCs w:val="28"/>
        </w:rPr>
      </w:pPr>
    </w:p>
    <w:p w:rsidR="006B6771" w:rsidRDefault="006B6771">
      <w:pPr>
        <w:rPr>
          <w:rFonts w:ascii="Arial" w:eastAsiaTheme="majorEastAsia" w:hAnsi="Arial" w:cs="Arial"/>
          <w:b/>
          <w:bCs/>
          <w:sz w:val="24"/>
          <w:szCs w:val="24"/>
          <w:u w:val="single"/>
        </w:rPr>
      </w:pPr>
      <w:r w:rsidRPr="006B6771">
        <w:rPr>
          <w:rFonts w:ascii="Arial" w:eastAsiaTheme="majorEastAsia" w:hAnsi="Arial" w:cs="Arial"/>
          <w:b/>
          <w:bCs/>
          <w:sz w:val="24"/>
          <w:szCs w:val="24"/>
          <w:u w:val="single"/>
        </w:rPr>
        <w:t>SEND Pupil Voice July 2026</w:t>
      </w:r>
    </w:p>
    <w:p w:rsidR="00A17805" w:rsidRPr="00A17805" w:rsidRDefault="00A17805">
      <w:pPr>
        <w:rPr>
          <w:rFonts w:ascii="Arial" w:eastAsiaTheme="majorEastAsia" w:hAnsi="Arial" w:cs="Arial"/>
          <w:bCs/>
          <w:sz w:val="24"/>
          <w:szCs w:val="24"/>
        </w:rPr>
      </w:pPr>
    </w:p>
    <w:p w:rsidR="003824EC" w:rsidRPr="00A17805" w:rsidRDefault="006B6771">
      <w:pPr>
        <w:rPr>
          <w:rFonts w:ascii="Arial" w:hAnsi="Arial" w:cs="Arial"/>
          <w:b/>
          <w:sz w:val="24"/>
          <w:u w:val="single"/>
        </w:rPr>
      </w:pPr>
      <w:r w:rsidRPr="006B6771">
        <w:rPr>
          <w:rFonts w:ascii="Arial" w:hAnsi="Arial" w:cs="Arial"/>
          <w:b/>
          <w:sz w:val="24"/>
          <w:u w:val="single"/>
        </w:rPr>
        <w:t>Reception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</w:tblGrid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Question / finding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Yes (%)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School understands my needs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88%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School tells me about my learning and progress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12% this was left blank by most pupils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Teachers give support when I need help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Teachers listen to my concerns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75%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pleased with the progress I am making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75%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happy at school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88%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know the teachers who support me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happy with the help I receive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involved in reviewing my needs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12% most children left this blank</w:t>
            </w:r>
          </w:p>
        </w:tc>
      </w:tr>
    </w:tbl>
    <w:p w:rsidR="003824EC" w:rsidRPr="006B6771" w:rsidRDefault="006B6771">
      <w:pPr>
        <w:pStyle w:val="Heading2"/>
        <w:rPr>
          <w:rFonts w:ascii="Arial" w:hAnsi="Arial" w:cs="Arial"/>
          <w:sz w:val="36"/>
        </w:rPr>
      </w:pPr>
      <w:r w:rsidRPr="006B6771">
        <w:rPr>
          <w:rFonts w:ascii="Arial" w:eastAsiaTheme="minorEastAsia" w:hAnsi="Arial" w:cs="Arial"/>
          <w:bCs w:val="0"/>
          <w:color w:val="auto"/>
          <w:sz w:val="24"/>
          <w:szCs w:val="22"/>
        </w:rPr>
        <w:t>Overall Rating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</w:tblGrid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Rating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% of reviewed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Excellent only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50%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Good only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38%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Satisfactory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12%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Poor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0%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No rating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12%</w:t>
            </w:r>
          </w:p>
        </w:tc>
      </w:tr>
    </w:tbl>
    <w:p w:rsidR="006B6771" w:rsidRDefault="006B6771">
      <w:pPr>
        <w:pStyle w:val="Quote"/>
        <w:rPr>
          <w:i w:val="0"/>
          <w:iCs w:val="0"/>
          <w:color w:val="auto"/>
        </w:rPr>
      </w:pPr>
    </w:p>
    <w:p w:rsidR="006B6771" w:rsidRPr="006B6771" w:rsidRDefault="006B6771" w:rsidP="006B6771">
      <w:pPr>
        <w:rPr>
          <w:rFonts w:ascii="Arial" w:hAnsi="Arial" w:cs="Arial"/>
          <w:b/>
          <w:sz w:val="24"/>
        </w:rPr>
      </w:pPr>
      <w:r w:rsidRPr="006B6771">
        <w:rPr>
          <w:rFonts w:ascii="Arial" w:hAnsi="Arial" w:cs="Arial"/>
          <w:b/>
          <w:sz w:val="24"/>
        </w:rPr>
        <w:t>Pupil Comments</w:t>
      </w:r>
    </w:p>
    <w:p w:rsidR="003824EC" w:rsidRPr="00484E6F" w:rsidRDefault="006B6771">
      <w:pPr>
        <w:pStyle w:val="Quote"/>
        <w:rPr>
          <w:rFonts w:ascii="Arial" w:hAnsi="Arial" w:cs="Arial"/>
        </w:rPr>
      </w:pPr>
      <w:r w:rsidRPr="00484E6F">
        <w:rPr>
          <w:rFonts w:ascii="Arial" w:hAnsi="Arial" w:cs="Arial"/>
        </w:rPr>
        <w:t xml:space="preserve"> </w:t>
      </w:r>
      <w:r w:rsidR="00456D9A" w:rsidRPr="00484E6F">
        <w:rPr>
          <w:rFonts w:ascii="Arial" w:hAnsi="Arial" w:cs="Arial"/>
        </w:rPr>
        <w:t>“I don’t know what the challenges are.”</w:t>
      </w:r>
    </w:p>
    <w:p w:rsidR="003824EC" w:rsidRPr="00484E6F" w:rsidRDefault="00080845">
      <w:pPr>
        <w:pStyle w:val="Quote"/>
        <w:rPr>
          <w:rFonts w:ascii="Arial" w:hAnsi="Arial" w:cs="Arial"/>
        </w:rPr>
      </w:pPr>
      <w:r w:rsidRPr="00484E6F">
        <w:rPr>
          <w:rFonts w:ascii="Arial" w:hAnsi="Arial" w:cs="Arial"/>
        </w:rPr>
        <w:t xml:space="preserve">“You </w:t>
      </w:r>
      <w:r w:rsidR="00456D9A" w:rsidRPr="00484E6F">
        <w:rPr>
          <w:rFonts w:ascii="Arial" w:hAnsi="Arial" w:cs="Arial"/>
        </w:rPr>
        <w:t>don’t help me tidy up.”</w:t>
      </w:r>
    </w:p>
    <w:p w:rsidR="003824EC" w:rsidRPr="00A17805" w:rsidRDefault="006B6771">
      <w:pPr>
        <w:rPr>
          <w:rFonts w:ascii="Arial" w:hAnsi="Arial" w:cs="Arial"/>
          <w:b/>
          <w:sz w:val="24"/>
          <w:u w:val="single"/>
        </w:rPr>
      </w:pPr>
      <w:r w:rsidRPr="006B6771">
        <w:rPr>
          <w:rFonts w:ascii="Arial" w:hAnsi="Arial" w:cs="Arial"/>
          <w:b/>
          <w:sz w:val="24"/>
          <w:u w:val="single"/>
        </w:rPr>
        <w:t>Year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</w:tblGrid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Question / finding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Yes (%)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School understands my needs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School tells me about my learning and progress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Teachers give support when I need help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Teachers listen to my concerns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pleased with the progress I am making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happy at school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know the teachers who support me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happy with the help I receive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involved in reviewing my needs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</w:tbl>
    <w:p w:rsidR="00484E6F" w:rsidRDefault="00484E6F">
      <w:pPr>
        <w:rPr>
          <w:rFonts w:ascii="Arial" w:hAnsi="Arial" w:cs="Arial"/>
        </w:rPr>
      </w:pPr>
    </w:p>
    <w:p w:rsidR="003824EC" w:rsidRPr="006B6771" w:rsidRDefault="006B6771">
      <w:pPr>
        <w:pStyle w:val="Heading2"/>
        <w:rPr>
          <w:rFonts w:ascii="Arial" w:hAnsi="Arial" w:cs="Arial"/>
          <w:sz w:val="36"/>
        </w:rPr>
      </w:pPr>
      <w:r w:rsidRPr="006B6771">
        <w:rPr>
          <w:rFonts w:ascii="Arial" w:eastAsiaTheme="minorEastAsia" w:hAnsi="Arial" w:cs="Arial"/>
          <w:bCs w:val="0"/>
          <w:color w:val="auto"/>
          <w:sz w:val="24"/>
          <w:szCs w:val="22"/>
        </w:rPr>
        <w:t>Overall Rating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</w:tblGrid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Rating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% of reviewed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Excellent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67%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6B6771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 xml:space="preserve">OK 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33%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Satisfactory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0%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Poor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0%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Rating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% of reviewed</w:t>
            </w:r>
          </w:p>
        </w:tc>
      </w:tr>
    </w:tbl>
    <w:p w:rsidR="006B6771" w:rsidRPr="00484E6F" w:rsidRDefault="006B6771">
      <w:pPr>
        <w:rPr>
          <w:rFonts w:ascii="Arial" w:hAnsi="Arial" w:cs="Arial"/>
        </w:rPr>
      </w:pPr>
    </w:p>
    <w:p w:rsidR="003824EC" w:rsidRPr="00A17805" w:rsidRDefault="006B6771">
      <w:pPr>
        <w:rPr>
          <w:rFonts w:ascii="Arial" w:hAnsi="Arial" w:cs="Arial"/>
          <w:b/>
          <w:sz w:val="24"/>
          <w:szCs w:val="24"/>
          <w:u w:val="single"/>
        </w:rPr>
      </w:pPr>
      <w:r w:rsidRPr="006B6771">
        <w:rPr>
          <w:rFonts w:ascii="Arial" w:hAnsi="Arial" w:cs="Arial"/>
          <w:b/>
          <w:sz w:val="24"/>
          <w:szCs w:val="24"/>
          <w:u w:val="single"/>
        </w:rPr>
        <w:t>Year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</w:tblGrid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Question / finding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Yes (%)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School understands my needs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School tells me about my learning and progress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Teachers give support when I need help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Teachers listen to my concerns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pleased with the progress I am making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happy at school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know the teachers who support me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happy with the help I receive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involved in reviewing my needs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</w:tbl>
    <w:p w:rsidR="006B6771" w:rsidRDefault="006B6771" w:rsidP="006B6771">
      <w:pPr>
        <w:pStyle w:val="Heading2"/>
        <w:rPr>
          <w:rFonts w:ascii="Arial" w:eastAsiaTheme="minorEastAsia" w:hAnsi="Arial" w:cs="Arial"/>
          <w:bCs w:val="0"/>
          <w:color w:val="auto"/>
          <w:sz w:val="24"/>
          <w:szCs w:val="22"/>
        </w:rPr>
      </w:pPr>
    </w:p>
    <w:p w:rsidR="006B6771" w:rsidRPr="006B6771" w:rsidRDefault="006B6771" w:rsidP="006B6771">
      <w:pPr>
        <w:pStyle w:val="Heading2"/>
        <w:rPr>
          <w:rFonts w:ascii="Arial" w:eastAsiaTheme="minorEastAsia" w:hAnsi="Arial" w:cs="Arial"/>
          <w:bCs w:val="0"/>
          <w:color w:val="auto"/>
          <w:sz w:val="24"/>
          <w:szCs w:val="22"/>
        </w:rPr>
      </w:pPr>
      <w:r w:rsidRPr="006B6771">
        <w:rPr>
          <w:rFonts w:ascii="Arial" w:eastAsiaTheme="minorEastAsia" w:hAnsi="Arial" w:cs="Arial"/>
          <w:bCs w:val="0"/>
          <w:color w:val="auto"/>
          <w:sz w:val="24"/>
          <w:szCs w:val="22"/>
        </w:rPr>
        <w:t>Overall Rating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</w:tblGrid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Rating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% of reviewed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Excellent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83%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Good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17%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Satisfactory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0%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Poor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0%</w:t>
            </w:r>
          </w:p>
        </w:tc>
      </w:tr>
    </w:tbl>
    <w:p w:rsidR="00C07C38" w:rsidRPr="00C07C38" w:rsidRDefault="00C07C38" w:rsidP="00C07C38"/>
    <w:p w:rsidR="006B6771" w:rsidRPr="006B6771" w:rsidRDefault="006B6771">
      <w:pPr>
        <w:pStyle w:val="Quote"/>
        <w:rPr>
          <w:rFonts w:ascii="Arial" w:hAnsi="Arial" w:cs="Arial"/>
          <w:b/>
          <w:i w:val="0"/>
          <w:sz w:val="24"/>
        </w:rPr>
      </w:pPr>
      <w:r w:rsidRPr="006B6771">
        <w:rPr>
          <w:rFonts w:ascii="Arial" w:hAnsi="Arial" w:cs="Arial"/>
          <w:b/>
          <w:i w:val="0"/>
          <w:sz w:val="24"/>
        </w:rPr>
        <w:t>Pupil Comments</w:t>
      </w:r>
    </w:p>
    <w:p w:rsidR="003824EC" w:rsidRPr="00484E6F" w:rsidRDefault="006B6771">
      <w:pPr>
        <w:pStyle w:val="Quote"/>
        <w:rPr>
          <w:rFonts w:ascii="Arial" w:hAnsi="Arial" w:cs="Arial"/>
        </w:rPr>
      </w:pPr>
      <w:r w:rsidRPr="00484E6F">
        <w:rPr>
          <w:rFonts w:ascii="Arial" w:hAnsi="Arial" w:cs="Arial"/>
        </w:rPr>
        <w:t xml:space="preserve"> </w:t>
      </w:r>
      <w:r w:rsidR="00456D9A" w:rsidRPr="00484E6F">
        <w:rPr>
          <w:rFonts w:ascii="Arial" w:hAnsi="Arial" w:cs="Arial"/>
        </w:rPr>
        <w:t>“The teachers are kind.”</w:t>
      </w:r>
    </w:p>
    <w:p w:rsidR="003824EC" w:rsidRPr="00484E6F" w:rsidRDefault="00456D9A">
      <w:pPr>
        <w:pStyle w:val="Quote"/>
        <w:rPr>
          <w:rFonts w:ascii="Arial" w:hAnsi="Arial" w:cs="Arial"/>
        </w:rPr>
      </w:pPr>
      <w:r w:rsidRPr="00484E6F">
        <w:rPr>
          <w:rFonts w:ascii="Arial" w:hAnsi="Arial" w:cs="Arial"/>
        </w:rPr>
        <w:t>“Not sure how to go from good to excellent. I am happy.”</w:t>
      </w:r>
    </w:p>
    <w:p w:rsidR="00484E6F" w:rsidRDefault="00456D9A" w:rsidP="00A17805">
      <w:pPr>
        <w:pStyle w:val="Quote"/>
        <w:rPr>
          <w:rFonts w:ascii="Arial" w:hAnsi="Arial" w:cs="Arial"/>
        </w:rPr>
      </w:pPr>
      <w:r w:rsidRPr="00484E6F">
        <w:rPr>
          <w:rFonts w:ascii="Arial" w:hAnsi="Arial" w:cs="Arial"/>
        </w:rPr>
        <w:t>“I am really happy at school because the teachers are really nice and help me.”</w:t>
      </w:r>
    </w:p>
    <w:p w:rsidR="00A17805" w:rsidRPr="00A17805" w:rsidRDefault="00A17805" w:rsidP="00A17805"/>
    <w:p w:rsidR="003824EC" w:rsidRPr="00A17805" w:rsidRDefault="006B6771">
      <w:pPr>
        <w:rPr>
          <w:rFonts w:ascii="Arial" w:hAnsi="Arial" w:cs="Arial"/>
          <w:b/>
          <w:sz w:val="24"/>
          <w:u w:val="single"/>
        </w:rPr>
      </w:pPr>
      <w:r w:rsidRPr="006B6771">
        <w:rPr>
          <w:rFonts w:ascii="Arial" w:hAnsi="Arial" w:cs="Arial"/>
          <w:b/>
          <w:sz w:val="24"/>
          <w:u w:val="single"/>
        </w:rPr>
        <w:t xml:space="preserve">Year 3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</w:tblGrid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Question / finding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Yes (%)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School understands my needs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85%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School tells me about my learning and progress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85%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Teachers give support when I need help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Teachers listen to my concerns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pleased with the progress I am making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85%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happy at school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71%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know the teachers who support me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happy with the help I receive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71%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involved in reviewing my needs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57%</w:t>
            </w:r>
          </w:p>
        </w:tc>
      </w:tr>
    </w:tbl>
    <w:p w:rsidR="00484E6F" w:rsidRPr="00484E6F" w:rsidRDefault="00484E6F">
      <w:pPr>
        <w:rPr>
          <w:rFonts w:ascii="Arial" w:hAnsi="Arial" w:cs="Arial"/>
        </w:rPr>
      </w:pPr>
    </w:p>
    <w:p w:rsidR="003824EC" w:rsidRPr="006B6771" w:rsidRDefault="00456D9A">
      <w:pPr>
        <w:pStyle w:val="Heading2"/>
        <w:rPr>
          <w:rFonts w:ascii="Arial" w:hAnsi="Arial" w:cs="Arial"/>
          <w:color w:val="auto"/>
          <w:sz w:val="24"/>
        </w:rPr>
      </w:pPr>
      <w:r w:rsidRPr="006B6771">
        <w:rPr>
          <w:rFonts w:ascii="Arial" w:hAnsi="Arial" w:cs="Arial"/>
          <w:color w:val="auto"/>
          <w:sz w:val="24"/>
        </w:rPr>
        <w:t>Overall rating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</w:tblGrid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Rating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% of reviewed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Excellent only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  <w:r w:rsidRPr="00484E6F">
              <w:rPr>
                <w:rFonts w:ascii="Arial" w:hAnsi="Arial" w:cs="Arial"/>
              </w:rPr>
              <w:t>%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Good only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  <w:r w:rsidRPr="00484E6F">
              <w:rPr>
                <w:rFonts w:ascii="Arial" w:hAnsi="Arial" w:cs="Arial"/>
              </w:rPr>
              <w:t>%</w:t>
            </w:r>
          </w:p>
        </w:tc>
      </w:tr>
      <w:tr w:rsidR="00A17805" w:rsidTr="00C07C38">
        <w:tc>
          <w:tcPr>
            <w:tcW w:w="2876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Satisfactory</w:t>
            </w:r>
          </w:p>
        </w:tc>
        <w:tc>
          <w:tcPr>
            <w:tcW w:w="2877" w:type="dxa"/>
          </w:tcPr>
          <w:p w:rsidR="00A17805" w:rsidRPr="00484E6F" w:rsidRDefault="00A17805" w:rsidP="00C07C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  <w:r w:rsidRPr="00484E6F">
              <w:rPr>
                <w:rFonts w:ascii="Arial" w:hAnsi="Arial" w:cs="Arial"/>
              </w:rPr>
              <w:t>%</w:t>
            </w:r>
          </w:p>
        </w:tc>
      </w:tr>
    </w:tbl>
    <w:p w:rsidR="003824EC" w:rsidRDefault="003824EC">
      <w:pPr>
        <w:pStyle w:val="Heading2"/>
        <w:rPr>
          <w:rFonts w:ascii="Aptos" w:eastAsiaTheme="minorEastAsia" w:hAnsi="Aptos" w:cstheme="minorBidi"/>
          <w:b w:val="0"/>
          <w:bCs w:val="0"/>
          <w:color w:val="auto"/>
          <w:sz w:val="18"/>
          <w:szCs w:val="22"/>
        </w:rPr>
      </w:pPr>
    </w:p>
    <w:p w:rsidR="006B6771" w:rsidRPr="006B6771" w:rsidRDefault="006B6771" w:rsidP="006B6771">
      <w:pPr>
        <w:rPr>
          <w:rFonts w:ascii="Arial" w:hAnsi="Arial" w:cs="Arial"/>
          <w:b/>
          <w:sz w:val="24"/>
        </w:rPr>
      </w:pPr>
      <w:r w:rsidRPr="006B6771">
        <w:rPr>
          <w:rFonts w:ascii="Arial" w:hAnsi="Arial" w:cs="Arial"/>
          <w:b/>
          <w:sz w:val="24"/>
        </w:rPr>
        <w:t>Pupil Comments</w:t>
      </w:r>
    </w:p>
    <w:p w:rsidR="003824EC" w:rsidRDefault="00B9297A">
      <w:pPr>
        <w:pStyle w:val="Quote"/>
        <w:rPr>
          <w:rFonts w:ascii="Arial" w:hAnsi="Arial" w:cs="Arial"/>
        </w:rPr>
      </w:pPr>
      <w:r>
        <w:rPr>
          <w:rFonts w:ascii="Arial" w:hAnsi="Arial" w:cs="Arial"/>
        </w:rPr>
        <w:t>None</w:t>
      </w:r>
      <w:bookmarkStart w:id="0" w:name="_GoBack"/>
      <w:bookmarkEnd w:id="0"/>
    </w:p>
    <w:p w:rsidR="00A17805" w:rsidRPr="00A17805" w:rsidRDefault="00A17805" w:rsidP="00A17805"/>
    <w:p w:rsidR="003824EC" w:rsidRPr="00A17805" w:rsidRDefault="006B6771">
      <w:pPr>
        <w:rPr>
          <w:rFonts w:ascii="Arial" w:hAnsi="Arial" w:cs="Arial"/>
          <w:b/>
          <w:sz w:val="24"/>
          <w:u w:val="single"/>
        </w:rPr>
      </w:pPr>
      <w:r w:rsidRPr="006B6771">
        <w:rPr>
          <w:rFonts w:ascii="Arial" w:hAnsi="Arial" w:cs="Arial"/>
          <w:b/>
          <w:sz w:val="24"/>
          <w:u w:val="single"/>
        </w:rPr>
        <w:t>Year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</w:tblGrid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Question / finding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Yes (%)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School understands my needs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60%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School tells me about my learning and progress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Teachers give support when I need help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Teachers listen to my concerns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80%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pleased with the progress I am making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60%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happy at school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60%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know the teachers who support me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happy with the help I receive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80%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involved in reviewing my needs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</w:tbl>
    <w:p w:rsidR="003824EC" w:rsidRDefault="003824EC">
      <w:pPr>
        <w:pStyle w:val="Heading2"/>
        <w:rPr>
          <w:rFonts w:ascii="Arial" w:eastAsiaTheme="minorEastAsia" w:hAnsi="Arial" w:cs="Arial"/>
          <w:b w:val="0"/>
          <w:bCs w:val="0"/>
          <w:color w:val="auto"/>
          <w:sz w:val="18"/>
          <w:szCs w:val="22"/>
        </w:rPr>
      </w:pPr>
    </w:p>
    <w:p w:rsidR="006B6771" w:rsidRPr="006B6771" w:rsidRDefault="006B6771" w:rsidP="006B6771">
      <w:pPr>
        <w:rPr>
          <w:rFonts w:ascii="Arial" w:hAnsi="Arial" w:cs="Arial"/>
          <w:b/>
          <w:sz w:val="24"/>
        </w:rPr>
      </w:pPr>
      <w:r w:rsidRPr="006B6771">
        <w:rPr>
          <w:rFonts w:ascii="Arial" w:hAnsi="Arial" w:cs="Arial"/>
          <w:b/>
          <w:sz w:val="24"/>
        </w:rPr>
        <w:t>Overall Rating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</w:tblGrid>
      <w:tr w:rsidR="00A17805" w:rsidTr="00C07C38">
        <w:trPr>
          <w:trHeight w:val="56"/>
        </w:trPr>
        <w:tc>
          <w:tcPr>
            <w:tcW w:w="2876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Rating</w:t>
            </w:r>
          </w:p>
        </w:tc>
        <w:tc>
          <w:tcPr>
            <w:tcW w:w="2877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% of reviewed</w:t>
            </w:r>
          </w:p>
        </w:tc>
      </w:tr>
      <w:tr w:rsidR="00A17805" w:rsidTr="00C07C38">
        <w:tc>
          <w:tcPr>
            <w:tcW w:w="2876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Excellent</w:t>
            </w:r>
          </w:p>
        </w:tc>
        <w:tc>
          <w:tcPr>
            <w:tcW w:w="2877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40%</w:t>
            </w:r>
          </w:p>
        </w:tc>
      </w:tr>
      <w:tr w:rsidR="00A17805" w:rsidTr="00C07C38">
        <w:tc>
          <w:tcPr>
            <w:tcW w:w="2876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Good</w:t>
            </w:r>
          </w:p>
        </w:tc>
        <w:tc>
          <w:tcPr>
            <w:tcW w:w="2877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60%</w:t>
            </w:r>
          </w:p>
        </w:tc>
      </w:tr>
      <w:tr w:rsidR="00A17805" w:rsidTr="00C07C38">
        <w:tc>
          <w:tcPr>
            <w:tcW w:w="2876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Satisfactory</w:t>
            </w:r>
          </w:p>
        </w:tc>
        <w:tc>
          <w:tcPr>
            <w:tcW w:w="2877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0%</w:t>
            </w:r>
          </w:p>
        </w:tc>
      </w:tr>
      <w:tr w:rsidR="00A17805" w:rsidTr="00C07C38">
        <w:tc>
          <w:tcPr>
            <w:tcW w:w="2876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Poor</w:t>
            </w:r>
          </w:p>
        </w:tc>
        <w:tc>
          <w:tcPr>
            <w:tcW w:w="2877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0%</w:t>
            </w:r>
          </w:p>
        </w:tc>
      </w:tr>
    </w:tbl>
    <w:p w:rsidR="006B6771" w:rsidRDefault="006B6771">
      <w:pPr>
        <w:pStyle w:val="Quote"/>
        <w:rPr>
          <w:rFonts w:ascii="Arial" w:hAnsi="Arial" w:cs="Arial"/>
        </w:rPr>
      </w:pPr>
    </w:p>
    <w:p w:rsidR="006B6771" w:rsidRPr="006B6771" w:rsidRDefault="006B6771">
      <w:pPr>
        <w:pStyle w:val="Quote"/>
        <w:rPr>
          <w:rFonts w:ascii="Arial" w:hAnsi="Arial" w:cs="Arial"/>
          <w:b/>
          <w:i w:val="0"/>
          <w:sz w:val="22"/>
        </w:rPr>
      </w:pPr>
      <w:r w:rsidRPr="006B6771">
        <w:rPr>
          <w:rFonts w:ascii="Arial" w:hAnsi="Arial" w:cs="Arial"/>
          <w:b/>
          <w:i w:val="0"/>
          <w:sz w:val="22"/>
        </w:rPr>
        <w:t>Pupil Comments</w:t>
      </w:r>
    </w:p>
    <w:p w:rsidR="003824EC" w:rsidRPr="00484E6F" w:rsidRDefault="006B6771">
      <w:pPr>
        <w:pStyle w:val="Quote"/>
        <w:rPr>
          <w:rFonts w:ascii="Arial" w:hAnsi="Arial" w:cs="Arial"/>
        </w:rPr>
      </w:pPr>
      <w:r w:rsidRPr="00484E6F">
        <w:rPr>
          <w:rFonts w:ascii="Arial" w:hAnsi="Arial" w:cs="Arial"/>
        </w:rPr>
        <w:t xml:space="preserve"> </w:t>
      </w:r>
      <w:r w:rsidR="00456D9A" w:rsidRPr="00484E6F">
        <w:rPr>
          <w:rFonts w:ascii="Arial" w:hAnsi="Arial" w:cs="Arial"/>
        </w:rPr>
        <w:t>“This is the best school!”</w:t>
      </w:r>
    </w:p>
    <w:p w:rsidR="003824EC" w:rsidRPr="00A17805" w:rsidRDefault="00456D9A">
      <w:pPr>
        <w:rPr>
          <w:rFonts w:ascii="Arial" w:hAnsi="Arial" w:cs="Arial"/>
          <w:b/>
          <w:u w:val="single"/>
        </w:rPr>
      </w:pPr>
      <w:r w:rsidRPr="006B6771">
        <w:rPr>
          <w:rFonts w:ascii="Arial" w:hAnsi="Arial" w:cs="Arial"/>
          <w:b/>
          <w:sz w:val="24"/>
          <w:u w:val="single"/>
        </w:rPr>
        <w:t>Year 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</w:tblGrid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Question / finding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Yes (%)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School understands my needs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57%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School tells me about my learning and progress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Teachers give support when I need help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Teachers listen to my concerns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pleased with the progress I am making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86%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happy at school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43% 3 children wrote ‘sometimes’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know the teachers who support me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86%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happy with the help I receive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86%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involved in reviewing my needs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86%</w:t>
            </w:r>
          </w:p>
        </w:tc>
      </w:tr>
    </w:tbl>
    <w:p w:rsidR="00484E6F" w:rsidRDefault="00484E6F">
      <w:pPr>
        <w:rPr>
          <w:rFonts w:ascii="Arial" w:hAnsi="Arial" w:cs="Arial"/>
        </w:rPr>
      </w:pPr>
    </w:p>
    <w:p w:rsidR="00C07C38" w:rsidRPr="006B6771" w:rsidRDefault="00C07C38">
      <w:pPr>
        <w:rPr>
          <w:rFonts w:ascii="Arial" w:hAnsi="Arial" w:cs="Arial"/>
          <w:b/>
          <w:sz w:val="24"/>
        </w:rPr>
      </w:pPr>
      <w:r w:rsidRPr="006B6771">
        <w:rPr>
          <w:rFonts w:ascii="Arial" w:hAnsi="Arial" w:cs="Arial"/>
          <w:b/>
          <w:sz w:val="24"/>
        </w:rPr>
        <w:t>Overall Rating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</w:tblGrid>
      <w:tr w:rsidR="00A17805" w:rsidTr="00C07C38">
        <w:tc>
          <w:tcPr>
            <w:tcW w:w="2876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Rating</w:t>
            </w:r>
          </w:p>
        </w:tc>
        <w:tc>
          <w:tcPr>
            <w:tcW w:w="2877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% of reviewed</w:t>
            </w:r>
          </w:p>
        </w:tc>
      </w:tr>
      <w:tr w:rsidR="00A17805" w:rsidTr="00C07C38">
        <w:tc>
          <w:tcPr>
            <w:tcW w:w="2876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Excellent</w:t>
            </w:r>
          </w:p>
        </w:tc>
        <w:tc>
          <w:tcPr>
            <w:tcW w:w="2877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29%</w:t>
            </w:r>
          </w:p>
        </w:tc>
      </w:tr>
      <w:tr w:rsidR="00A17805" w:rsidTr="00C07C38">
        <w:tc>
          <w:tcPr>
            <w:tcW w:w="2876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Good</w:t>
            </w:r>
          </w:p>
        </w:tc>
        <w:tc>
          <w:tcPr>
            <w:tcW w:w="2877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14%</w:t>
            </w:r>
          </w:p>
        </w:tc>
      </w:tr>
      <w:tr w:rsidR="00A17805" w:rsidTr="00C07C38">
        <w:tc>
          <w:tcPr>
            <w:tcW w:w="2876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Satisfactory</w:t>
            </w:r>
          </w:p>
        </w:tc>
        <w:tc>
          <w:tcPr>
            <w:tcW w:w="2877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57%</w:t>
            </w:r>
          </w:p>
        </w:tc>
      </w:tr>
      <w:tr w:rsidR="00A17805" w:rsidTr="00C07C38">
        <w:tc>
          <w:tcPr>
            <w:tcW w:w="2876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Poor</w:t>
            </w:r>
          </w:p>
        </w:tc>
        <w:tc>
          <w:tcPr>
            <w:tcW w:w="2877" w:type="dxa"/>
          </w:tcPr>
          <w:p w:rsidR="00A17805" w:rsidRPr="00C07C38" w:rsidRDefault="00A17805" w:rsidP="00C07C38">
            <w:pPr>
              <w:rPr>
                <w:rFonts w:ascii="Arial" w:hAnsi="Arial" w:cs="Arial"/>
              </w:rPr>
            </w:pPr>
            <w:r w:rsidRPr="00C07C38">
              <w:rPr>
                <w:rFonts w:ascii="Arial" w:hAnsi="Arial" w:cs="Arial"/>
              </w:rPr>
              <w:t>0%</w:t>
            </w:r>
          </w:p>
        </w:tc>
      </w:tr>
    </w:tbl>
    <w:p w:rsidR="00C07C38" w:rsidRPr="00484E6F" w:rsidRDefault="00C07C38">
      <w:pPr>
        <w:rPr>
          <w:rFonts w:ascii="Arial" w:hAnsi="Arial" w:cs="Arial"/>
        </w:rPr>
      </w:pPr>
    </w:p>
    <w:p w:rsidR="006B6771" w:rsidRPr="006B6771" w:rsidRDefault="006B6771">
      <w:pPr>
        <w:pStyle w:val="Quote"/>
        <w:rPr>
          <w:rFonts w:ascii="Arial" w:hAnsi="Arial" w:cs="Arial"/>
          <w:b/>
          <w:i w:val="0"/>
          <w:sz w:val="24"/>
        </w:rPr>
      </w:pPr>
      <w:r w:rsidRPr="006B6771">
        <w:rPr>
          <w:rFonts w:ascii="Arial" w:hAnsi="Arial" w:cs="Arial"/>
          <w:b/>
          <w:i w:val="0"/>
          <w:sz w:val="24"/>
        </w:rPr>
        <w:t>Pupil comments</w:t>
      </w:r>
    </w:p>
    <w:p w:rsidR="003824EC" w:rsidRPr="00484E6F" w:rsidRDefault="006B6771">
      <w:pPr>
        <w:pStyle w:val="Quote"/>
        <w:rPr>
          <w:rFonts w:ascii="Arial" w:hAnsi="Arial" w:cs="Arial"/>
        </w:rPr>
      </w:pPr>
      <w:r w:rsidRPr="00484E6F">
        <w:rPr>
          <w:rFonts w:ascii="Arial" w:hAnsi="Arial" w:cs="Arial"/>
        </w:rPr>
        <w:t xml:space="preserve"> </w:t>
      </w:r>
      <w:r w:rsidR="00456D9A" w:rsidRPr="00484E6F">
        <w:rPr>
          <w:rFonts w:ascii="Arial" w:hAnsi="Arial" w:cs="Arial"/>
        </w:rPr>
        <w:t>“Can you help me more with dyslexia”</w:t>
      </w:r>
    </w:p>
    <w:p w:rsidR="003824EC" w:rsidRPr="00484E6F" w:rsidRDefault="00456D9A">
      <w:pPr>
        <w:pStyle w:val="Quote"/>
        <w:rPr>
          <w:rFonts w:ascii="Arial" w:hAnsi="Arial" w:cs="Arial"/>
        </w:rPr>
      </w:pPr>
      <w:r w:rsidRPr="00484E6F">
        <w:rPr>
          <w:rFonts w:ascii="Arial" w:hAnsi="Arial" w:cs="Arial"/>
        </w:rPr>
        <w:t>“I think I am dumb because I can</w:t>
      </w:r>
      <w:r w:rsidR="00C07C38">
        <w:rPr>
          <w:rFonts w:ascii="Arial" w:hAnsi="Arial" w:cs="Arial"/>
        </w:rPr>
        <w:t>’</w:t>
      </w:r>
      <w:r w:rsidRPr="00484E6F">
        <w:rPr>
          <w:rFonts w:ascii="Arial" w:hAnsi="Arial" w:cs="Arial"/>
        </w:rPr>
        <w:t>t answer any of the questions.”</w:t>
      </w:r>
    </w:p>
    <w:p w:rsidR="003824EC" w:rsidRPr="00A17805" w:rsidRDefault="006B6771">
      <w:pPr>
        <w:rPr>
          <w:rFonts w:ascii="Arial" w:hAnsi="Arial" w:cs="Arial"/>
          <w:b/>
          <w:sz w:val="24"/>
          <w:u w:val="single"/>
        </w:rPr>
      </w:pPr>
      <w:r w:rsidRPr="006B6771">
        <w:rPr>
          <w:rFonts w:ascii="Arial" w:hAnsi="Arial" w:cs="Arial"/>
          <w:b/>
          <w:sz w:val="24"/>
          <w:u w:val="single"/>
        </w:rPr>
        <w:t>Year 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</w:tblGrid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Question / finding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Yes (%)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School understands my needs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School tells me about my learning and progress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Teachers give support when I need help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Teachers listen to my concerns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pleased with the progress I am making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happy at school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know the teachers who support me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happy with the help I receive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  <w:tr w:rsidR="00A17805" w:rsidTr="00484E6F">
        <w:tc>
          <w:tcPr>
            <w:tcW w:w="2876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I am involved in reviewing my needs</w:t>
            </w:r>
          </w:p>
        </w:tc>
        <w:tc>
          <w:tcPr>
            <w:tcW w:w="2877" w:type="dxa"/>
          </w:tcPr>
          <w:p w:rsidR="00A17805" w:rsidRPr="00484E6F" w:rsidRDefault="00A17805" w:rsidP="00484E6F">
            <w:pPr>
              <w:rPr>
                <w:rFonts w:ascii="Arial" w:hAnsi="Arial" w:cs="Arial"/>
              </w:rPr>
            </w:pPr>
            <w:r w:rsidRPr="00484E6F">
              <w:rPr>
                <w:rFonts w:ascii="Arial" w:hAnsi="Arial" w:cs="Arial"/>
              </w:rPr>
              <w:t>100%</w:t>
            </w:r>
          </w:p>
        </w:tc>
      </w:tr>
    </w:tbl>
    <w:p w:rsidR="00484E6F" w:rsidRDefault="00484E6F">
      <w:pPr>
        <w:rPr>
          <w:rFonts w:ascii="Arial" w:hAnsi="Arial" w:cs="Arial"/>
        </w:rPr>
      </w:pPr>
    </w:p>
    <w:p w:rsidR="00C07C38" w:rsidRPr="00A17805" w:rsidRDefault="00A17805">
      <w:pPr>
        <w:rPr>
          <w:rFonts w:ascii="Arial" w:hAnsi="Arial" w:cs="Arial"/>
          <w:b/>
          <w:sz w:val="24"/>
        </w:rPr>
      </w:pPr>
      <w:r w:rsidRPr="00A17805">
        <w:rPr>
          <w:rFonts w:ascii="Arial" w:hAnsi="Arial" w:cs="Arial"/>
          <w:b/>
          <w:sz w:val="24"/>
        </w:rPr>
        <w:t>Overall Rating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</w:tblGrid>
      <w:tr w:rsidR="00A17805" w:rsidTr="00C07C38">
        <w:tc>
          <w:tcPr>
            <w:tcW w:w="2876" w:type="dxa"/>
          </w:tcPr>
          <w:p w:rsidR="00A17805" w:rsidRPr="005D73EA" w:rsidRDefault="00A17805" w:rsidP="00C07C38">
            <w:r w:rsidRPr="005D73EA">
              <w:t>Rating</w:t>
            </w:r>
          </w:p>
        </w:tc>
        <w:tc>
          <w:tcPr>
            <w:tcW w:w="2877" w:type="dxa"/>
          </w:tcPr>
          <w:p w:rsidR="00A17805" w:rsidRPr="005D73EA" w:rsidRDefault="00A17805" w:rsidP="00C07C38">
            <w:r w:rsidRPr="005D73EA">
              <w:t>% of reviewed</w:t>
            </w:r>
          </w:p>
        </w:tc>
      </w:tr>
      <w:tr w:rsidR="00A17805" w:rsidTr="00C07C38">
        <w:tc>
          <w:tcPr>
            <w:tcW w:w="2876" w:type="dxa"/>
          </w:tcPr>
          <w:p w:rsidR="00A17805" w:rsidRPr="005D73EA" w:rsidRDefault="00A17805" w:rsidP="00C07C38">
            <w:r w:rsidRPr="005D73EA">
              <w:t>Excellent</w:t>
            </w:r>
          </w:p>
        </w:tc>
        <w:tc>
          <w:tcPr>
            <w:tcW w:w="2877" w:type="dxa"/>
          </w:tcPr>
          <w:p w:rsidR="00A17805" w:rsidRPr="005D73EA" w:rsidRDefault="00A17805" w:rsidP="00C07C38">
            <w:r>
              <w:t>50</w:t>
            </w:r>
            <w:r w:rsidRPr="005D73EA">
              <w:t>%</w:t>
            </w:r>
          </w:p>
        </w:tc>
      </w:tr>
      <w:tr w:rsidR="00A17805" w:rsidTr="00C07C38">
        <w:tc>
          <w:tcPr>
            <w:tcW w:w="2876" w:type="dxa"/>
          </w:tcPr>
          <w:p w:rsidR="00A17805" w:rsidRPr="005D73EA" w:rsidRDefault="00A17805" w:rsidP="00C07C38">
            <w:r w:rsidRPr="005D73EA">
              <w:t>Good</w:t>
            </w:r>
          </w:p>
        </w:tc>
        <w:tc>
          <w:tcPr>
            <w:tcW w:w="2877" w:type="dxa"/>
          </w:tcPr>
          <w:p w:rsidR="00A17805" w:rsidRPr="005D73EA" w:rsidRDefault="00A17805" w:rsidP="00C07C38">
            <w:r>
              <w:t>50</w:t>
            </w:r>
            <w:r w:rsidRPr="005D73EA">
              <w:t>%</w:t>
            </w:r>
          </w:p>
        </w:tc>
      </w:tr>
      <w:tr w:rsidR="00A17805" w:rsidTr="00C07C38">
        <w:tc>
          <w:tcPr>
            <w:tcW w:w="2876" w:type="dxa"/>
          </w:tcPr>
          <w:p w:rsidR="00A17805" w:rsidRPr="005D73EA" w:rsidRDefault="00A17805" w:rsidP="00C07C38">
            <w:r w:rsidRPr="005D73EA">
              <w:t>Satisfactory</w:t>
            </w:r>
          </w:p>
        </w:tc>
        <w:tc>
          <w:tcPr>
            <w:tcW w:w="2877" w:type="dxa"/>
          </w:tcPr>
          <w:p w:rsidR="00A17805" w:rsidRPr="005D73EA" w:rsidRDefault="00A17805" w:rsidP="00C07C38">
            <w:r w:rsidRPr="005D73EA">
              <w:t>0%</w:t>
            </w:r>
          </w:p>
        </w:tc>
      </w:tr>
      <w:tr w:rsidR="00A17805" w:rsidTr="00C07C38">
        <w:tc>
          <w:tcPr>
            <w:tcW w:w="2876" w:type="dxa"/>
          </w:tcPr>
          <w:p w:rsidR="00A17805" w:rsidRPr="005D73EA" w:rsidRDefault="00A17805" w:rsidP="00C07C38">
            <w:r w:rsidRPr="005D73EA">
              <w:t>Poor</w:t>
            </w:r>
          </w:p>
        </w:tc>
        <w:tc>
          <w:tcPr>
            <w:tcW w:w="2877" w:type="dxa"/>
          </w:tcPr>
          <w:p w:rsidR="00A17805" w:rsidRDefault="00A17805" w:rsidP="00C07C38">
            <w:r w:rsidRPr="005D73EA">
              <w:t>0%</w:t>
            </w:r>
          </w:p>
        </w:tc>
      </w:tr>
    </w:tbl>
    <w:p w:rsidR="00C07C38" w:rsidRDefault="00C07C38">
      <w:pPr>
        <w:rPr>
          <w:rFonts w:ascii="Arial" w:hAnsi="Arial" w:cs="Arial"/>
        </w:rPr>
      </w:pPr>
    </w:p>
    <w:p w:rsidR="00A17805" w:rsidRPr="00A17805" w:rsidRDefault="00A17805">
      <w:pPr>
        <w:pStyle w:val="Quote"/>
        <w:rPr>
          <w:rFonts w:ascii="Arial" w:hAnsi="Arial" w:cs="Arial"/>
          <w:b/>
          <w:i w:val="0"/>
          <w:iCs w:val="0"/>
          <w:color w:val="auto"/>
          <w:sz w:val="24"/>
        </w:rPr>
      </w:pPr>
      <w:r w:rsidRPr="00A17805">
        <w:rPr>
          <w:rFonts w:ascii="Arial" w:hAnsi="Arial" w:cs="Arial"/>
          <w:b/>
          <w:i w:val="0"/>
          <w:iCs w:val="0"/>
          <w:color w:val="auto"/>
          <w:sz w:val="24"/>
        </w:rPr>
        <w:t>Pupil Comments</w:t>
      </w:r>
    </w:p>
    <w:p w:rsidR="003824EC" w:rsidRPr="00484E6F" w:rsidRDefault="00A17805">
      <w:pPr>
        <w:pStyle w:val="Quote"/>
        <w:rPr>
          <w:rFonts w:ascii="Arial" w:hAnsi="Arial" w:cs="Arial"/>
        </w:rPr>
      </w:pPr>
      <w:r w:rsidRPr="00484E6F">
        <w:rPr>
          <w:rFonts w:ascii="Arial" w:hAnsi="Arial" w:cs="Arial"/>
        </w:rPr>
        <w:t xml:space="preserve"> </w:t>
      </w:r>
      <w:r w:rsidR="00456D9A" w:rsidRPr="00484E6F">
        <w:rPr>
          <w:rFonts w:ascii="Arial" w:hAnsi="Arial" w:cs="Arial"/>
        </w:rPr>
        <w:t>“I feel safe here.”</w:t>
      </w:r>
    </w:p>
    <w:p w:rsidR="003824EC" w:rsidRPr="00484E6F" w:rsidRDefault="00456D9A">
      <w:pPr>
        <w:pStyle w:val="Quote"/>
        <w:rPr>
          <w:rFonts w:ascii="Arial" w:hAnsi="Arial" w:cs="Arial"/>
        </w:rPr>
      </w:pPr>
      <w:r w:rsidRPr="00484E6F">
        <w:rPr>
          <w:rFonts w:ascii="Arial" w:hAnsi="Arial" w:cs="Arial"/>
        </w:rPr>
        <w:t>“Feel sad about leaving.”</w:t>
      </w:r>
    </w:p>
    <w:p w:rsidR="003824EC" w:rsidRPr="00484E6F" w:rsidRDefault="003824EC">
      <w:pPr>
        <w:rPr>
          <w:rFonts w:ascii="Arial" w:hAnsi="Arial" w:cs="Arial"/>
        </w:rPr>
      </w:pPr>
    </w:p>
    <w:sectPr w:rsidR="003824EC" w:rsidRPr="00484E6F" w:rsidSect="00034616">
      <w:pgSz w:w="12240" w:h="15840"/>
      <w:pgMar w:top="1008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0845"/>
    <w:rsid w:val="0015074B"/>
    <w:rsid w:val="0029639D"/>
    <w:rsid w:val="00326F90"/>
    <w:rsid w:val="003824EC"/>
    <w:rsid w:val="00456D9A"/>
    <w:rsid w:val="00484E6F"/>
    <w:rsid w:val="004C1781"/>
    <w:rsid w:val="006B6771"/>
    <w:rsid w:val="00A17805"/>
    <w:rsid w:val="00AA1D8D"/>
    <w:rsid w:val="00B47730"/>
    <w:rsid w:val="00B9297A"/>
    <w:rsid w:val="00C07C3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18BDA9"/>
  <w14:defaultImageDpi w14:val="300"/>
  <w15:docId w15:val="{B253AB11-344C-478C-9F56-ADD5E72CE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941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415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C65260-6BCD-463F-8849-1F6096A44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Hannah McGuire</cp:lastModifiedBy>
  <cp:revision>5</cp:revision>
  <dcterms:created xsi:type="dcterms:W3CDTF">2026-10-10T11:30:00Z</dcterms:created>
  <dcterms:modified xsi:type="dcterms:W3CDTF">2026-10-14T19:37:00Z</dcterms:modified>
  <cp:category/>
</cp:coreProperties>
</file>