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0067C5" w14:textId="77777777" w:rsidR="00A23CCA" w:rsidRDefault="00C84512">
      <w:pPr>
        <w:spacing w:after="40"/>
        <w:jc w:val="center"/>
      </w:pPr>
      <w:bookmarkStart w:id="0" w:name="_GoBack"/>
      <w:bookmarkEnd w:id="0"/>
      <w:r>
        <w:rPr>
          <w:rFonts w:ascii="Aptos Display" w:hAnsi="Aptos Display"/>
          <w:b/>
          <w:color w:val="1F4E79"/>
          <w:sz w:val="50"/>
        </w:rPr>
        <w:t>Breakfast Club &amp;</w:t>
      </w:r>
    </w:p>
    <w:p w14:paraId="4199A936" w14:textId="77777777" w:rsidR="00A23CCA" w:rsidRDefault="00C84512">
      <w:pPr>
        <w:spacing w:after="160"/>
        <w:jc w:val="center"/>
      </w:pPr>
      <w:r>
        <w:rPr>
          <w:rFonts w:ascii="Aptos Display" w:hAnsi="Aptos Display"/>
          <w:b/>
          <w:color w:val="1F4E79"/>
          <w:sz w:val="50"/>
        </w:rPr>
        <w:t>After School Club</w:t>
      </w:r>
    </w:p>
    <w:p w14:paraId="3EFD62BF" w14:textId="77777777" w:rsidR="00A23CCA" w:rsidRDefault="00C84512">
      <w:pPr>
        <w:jc w:val="center"/>
      </w:pPr>
      <w:r>
        <w:rPr>
          <w:i/>
          <w:color w:val="595959"/>
          <w:sz w:val="26"/>
        </w:rPr>
        <w:t>Parent / Carer Agreement</w:t>
      </w:r>
    </w:p>
    <w:tbl>
      <w:tblPr>
        <w:tblW w:w="0" w:type="auto"/>
        <w:jc w:val="center"/>
        <w:tblLook w:val="04A0" w:firstRow="1" w:lastRow="0" w:firstColumn="1" w:lastColumn="0" w:noHBand="0" w:noVBand="1"/>
      </w:tblPr>
      <w:tblGrid>
        <w:gridCol w:w="10080"/>
      </w:tblGrid>
      <w:tr w:rsidR="00A23CCA" w14:paraId="466B1E1A" w14:textId="77777777">
        <w:trPr>
          <w:jc w:val="center"/>
        </w:trPr>
        <w:tc>
          <w:tcPr>
            <w:tcW w:w="10080" w:type="dxa"/>
            <w:shd w:val="clear" w:color="auto" w:fill="EAF2F8"/>
            <w:vAlign w:val="center"/>
          </w:tcPr>
          <w:p w14:paraId="19C219F9" w14:textId="77777777" w:rsidR="00A23CCA" w:rsidRDefault="00C84512">
            <w:pPr>
              <w:spacing w:after="0"/>
              <w:jc w:val="center"/>
            </w:pPr>
            <w:r>
              <w:rPr>
                <w:color w:val="1F2937"/>
                <w:sz w:val="20"/>
              </w:rPr>
              <w:t xml:space="preserve">This agreement sets out the responsibilities of the school and parents/carers in relation to the provision of the Breakfast Club and After School Club. Its purpose is to ensure that the clubs </w:t>
            </w:r>
            <w:r>
              <w:rPr>
                <w:color w:val="1F2937"/>
                <w:sz w:val="20"/>
              </w:rPr>
              <w:t>operate safely, consistently and smoothly for all children, families and staff.</w:t>
            </w:r>
          </w:p>
        </w:tc>
      </w:tr>
    </w:tbl>
    <w:p w14:paraId="166EB193" w14:textId="77777777" w:rsidR="00A23CCA" w:rsidRDefault="00C84512">
      <w:pPr>
        <w:jc w:val="center"/>
      </w:pPr>
      <w:r>
        <w:rPr>
          <w:b/>
        </w:rPr>
        <w:t>Please read the following information carefully before registering your child.</w:t>
      </w:r>
    </w:p>
    <w:p w14:paraId="2F9F1DFC" w14:textId="77777777" w:rsidR="00A23CCA" w:rsidRDefault="00C84512">
      <w:pPr>
        <w:spacing w:before="240" w:after="120"/>
      </w:pPr>
      <w:r>
        <w:rPr>
          <w:rFonts w:ascii="Aptos Display" w:hAnsi="Aptos Display"/>
          <w:b/>
          <w:color w:val="1F4E79"/>
          <w:sz w:val="28"/>
        </w:rPr>
        <w:t>1. Registration</w:t>
      </w:r>
    </w:p>
    <w:p w14:paraId="064E0E43" w14:textId="77777777" w:rsidR="00A23CCA" w:rsidRDefault="00C84512">
      <w:r>
        <w:t>Parents/carers wishing to use the Breakfast Club and/or After School Club must c</w:t>
      </w:r>
      <w:r>
        <w:t>omplete the school's registration information before their child attends.</w:t>
      </w:r>
    </w:p>
    <w:p w14:paraId="7B85DF47" w14:textId="77777777" w:rsidR="00A23CCA" w:rsidRDefault="00C84512">
      <w:r>
        <w:t>The registration form will ask for:</w:t>
      </w:r>
    </w:p>
    <w:p w14:paraId="59D396CF" w14:textId="77777777" w:rsidR="00A23CCA" w:rsidRDefault="00C84512">
      <w:pPr>
        <w:spacing w:after="60"/>
        <w:ind w:left="317" w:hanging="202"/>
      </w:pPr>
      <w:r>
        <w:rPr>
          <w:b/>
        </w:rPr>
        <w:t xml:space="preserve">• </w:t>
      </w:r>
      <w:r>
        <w:t>Child's full name and date of birth</w:t>
      </w:r>
    </w:p>
    <w:p w14:paraId="254D7252" w14:textId="77777777" w:rsidR="00A23CCA" w:rsidRDefault="00C84512">
      <w:pPr>
        <w:spacing w:after="60"/>
        <w:ind w:left="317" w:hanging="202"/>
      </w:pPr>
      <w:r>
        <w:rPr>
          <w:b/>
        </w:rPr>
        <w:t xml:space="preserve">• </w:t>
      </w:r>
      <w:r>
        <w:t>Parent/carer contact details</w:t>
      </w:r>
    </w:p>
    <w:p w14:paraId="27277594" w14:textId="77777777" w:rsidR="00A23CCA" w:rsidRDefault="00C84512">
      <w:pPr>
        <w:spacing w:after="60"/>
        <w:ind w:left="317" w:hanging="202"/>
      </w:pPr>
      <w:r>
        <w:rPr>
          <w:b/>
        </w:rPr>
        <w:t xml:space="preserve">• </w:t>
      </w:r>
      <w:r>
        <w:t>Emergency contact details</w:t>
      </w:r>
    </w:p>
    <w:p w14:paraId="2FD674AD" w14:textId="77777777" w:rsidR="00A23CCA" w:rsidRDefault="00C84512">
      <w:pPr>
        <w:spacing w:after="60"/>
        <w:ind w:left="317" w:hanging="202"/>
      </w:pPr>
      <w:r>
        <w:rPr>
          <w:b/>
        </w:rPr>
        <w:t xml:space="preserve">• </w:t>
      </w:r>
      <w:r>
        <w:t xml:space="preserve">The name, telephone number and relationship of </w:t>
      </w:r>
      <w:r>
        <w:t>any adult regularly dropping off or collecting the child</w:t>
      </w:r>
    </w:p>
    <w:p w14:paraId="5146D661" w14:textId="77777777" w:rsidR="00A23CCA" w:rsidRDefault="00C84512">
      <w:pPr>
        <w:spacing w:after="60"/>
        <w:ind w:left="317" w:hanging="202"/>
      </w:pPr>
      <w:r>
        <w:rPr>
          <w:b/>
        </w:rPr>
        <w:t xml:space="preserve">• </w:t>
      </w:r>
      <w:r>
        <w:t>Whether the child requires the Breakfast Club, After School Club or both</w:t>
      </w:r>
    </w:p>
    <w:p w14:paraId="259B36A9" w14:textId="77777777" w:rsidR="00A23CCA" w:rsidRDefault="00C84512">
      <w:pPr>
        <w:spacing w:after="60"/>
        <w:ind w:left="317" w:hanging="202"/>
      </w:pPr>
      <w:r>
        <w:rPr>
          <w:b/>
        </w:rPr>
        <w:t xml:space="preserve">• </w:t>
      </w:r>
      <w:r>
        <w:t>Details of any special dietary requirements or allergies</w:t>
      </w:r>
    </w:p>
    <w:p w14:paraId="4E8CA8B1" w14:textId="77777777" w:rsidR="00A23CCA" w:rsidRDefault="00C84512">
      <w:pPr>
        <w:spacing w:after="60"/>
        <w:ind w:left="317" w:hanging="202"/>
      </w:pPr>
      <w:r>
        <w:rPr>
          <w:b/>
        </w:rPr>
        <w:t xml:space="preserve">• </w:t>
      </w:r>
      <w:r>
        <w:t>Any relevant special educational needs and/or physical disabili</w:t>
      </w:r>
      <w:r>
        <w:t>ties that the school needs to be aware of.</w:t>
      </w:r>
    </w:p>
    <w:p w14:paraId="05306A18" w14:textId="77777777" w:rsidR="00A23CCA" w:rsidRDefault="00C84512">
      <w:r>
        <w:t>Parents/carers must ensure that all information provided to the school is accurate and kept up to date.</w:t>
      </w:r>
    </w:p>
    <w:p w14:paraId="2D62BB64" w14:textId="77777777" w:rsidR="00A23CCA" w:rsidRDefault="00C84512">
      <w:pPr>
        <w:spacing w:before="240" w:after="120"/>
      </w:pPr>
      <w:r>
        <w:rPr>
          <w:rFonts w:ascii="Aptos Display" w:hAnsi="Aptos Display"/>
          <w:b/>
          <w:color w:val="1F4E79"/>
          <w:sz w:val="28"/>
        </w:rPr>
        <w:t>2. Bookings</w:t>
      </w:r>
    </w:p>
    <w:p w14:paraId="3FBBA64C" w14:textId="77777777" w:rsidR="00A23CCA" w:rsidRDefault="00C84512">
      <w:r>
        <w:t>Bookings for the Breakfast Club and After School Club are made through School Spider.</w:t>
      </w:r>
    </w:p>
    <w:p w14:paraId="1CE78994" w14:textId="77777777" w:rsidR="00A23CCA" w:rsidRDefault="00C84512">
      <w:r>
        <w:t>Parents/carers are responsible for making the appropriate bookings for the sessions their child requires. Bookings should be made in advance wherever possible.</w:t>
      </w:r>
    </w:p>
    <w:p w14:paraId="7995AFAE" w14:textId="77777777" w:rsidR="00A23CCA" w:rsidRDefault="00C84512">
      <w:r>
        <w:t xml:space="preserve">Once a booking has been made, parents/carers should ensure that their child attends the session </w:t>
      </w:r>
      <w:r>
        <w:t>booked and that the school is informed of any changes or cancellations as soon as possible.</w:t>
      </w:r>
    </w:p>
    <w:p w14:paraId="7E8199E6" w14:textId="77777777" w:rsidR="00A23CCA" w:rsidRDefault="00C84512">
      <w:r>
        <w:t>The school may need to make changes to the provision in certain circumstances. Where the school has to cancel a session, parents/carers will be informed and any app</w:t>
      </w:r>
      <w:r>
        <w:t>licable refund will be arranged.</w:t>
      </w:r>
    </w:p>
    <w:p w14:paraId="4CF9F7C7" w14:textId="77777777" w:rsidR="00A23CCA" w:rsidRDefault="00C84512">
      <w:pPr>
        <w:spacing w:before="240" w:after="120"/>
      </w:pPr>
      <w:r>
        <w:rPr>
          <w:rFonts w:ascii="Aptos Display" w:hAnsi="Aptos Display"/>
          <w:b/>
          <w:color w:val="1F4E79"/>
          <w:sz w:val="28"/>
        </w:rPr>
        <w:t>3. Payments and Fees</w:t>
      </w:r>
    </w:p>
    <w:p w14:paraId="2CA36470" w14:textId="77777777" w:rsidR="00A23CCA" w:rsidRDefault="00C84512">
      <w:r>
        <w:t>All payments for Breakfast Club and After School Club sessions are made through School Spider.</w:t>
      </w:r>
    </w:p>
    <w:p w14:paraId="1350D9AF" w14:textId="77777777" w:rsidR="00A23CCA" w:rsidRDefault="00C84512">
      <w:r>
        <w:t xml:space="preserve">Parents/carers are responsible for ensuring that payments are made in accordance with the school's current </w:t>
      </w:r>
      <w:r>
        <w:t>fees and payment arrangements.</w:t>
      </w:r>
    </w:p>
    <w:p w14:paraId="1FBBBC82" w14:textId="77777777" w:rsidR="00A23CCA" w:rsidRDefault="00C84512">
      <w:r>
        <w:t>A child should not attend a booked session where the required payment arrangements have not been made, unless an alternative arrangement has been agreed with the school.</w:t>
      </w:r>
    </w:p>
    <w:p w14:paraId="003B87F8" w14:textId="77777777" w:rsidR="00A23CCA" w:rsidRDefault="00C84512">
      <w:r>
        <w:lastRenderedPageBreak/>
        <w:t>The school reserves the right to review fees and arrang</w:t>
      </w:r>
      <w:r>
        <w:t>ements for the provision. Parents/carers will be given appropriate notice of any changes.</w:t>
      </w:r>
    </w:p>
    <w:p w14:paraId="06DBE62D" w14:textId="77777777" w:rsidR="00A23CCA" w:rsidRDefault="00C84512">
      <w:pPr>
        <w:spacing w:before="240" w:after="120"/>
      </w:pPr>
      <w:r>
        <w:rPr>
          <w:rFonts w:ascii="Aptos Display" w:hAnsi="Aptos Display"/>
          <w:b/>
          <w:color w:val="1F4E79"/>
          <w:sz w:val="28"/>
        </w:rPr>
        <w:t>4. Session Times</w:t>
      </w:r>
    </w:p>
    <w:p w14:paraId="3D19FEDA" w14:textId="77777777" w:rsidR="00A23CCA" w:rsidRDefault="00C84512">
      <w:r>
        <w:t xml:space="preserve">To help us manage the clubs safely and ensure that we have the correct staffing in place, children must only attend the session that has been booked </w:t>
      </w:r>
      <w:r>
        <w:t>through School Spider.</w:t>
      </w:r>
    </w:p>
    <w:tbl>
      <w:tblPr>
        <w:tblStyle w:val="TableGrid"/>
        <w:tblW w:w="0" w:type="auto"/>
        <w:jc w:val="center"/>
        <w:tblLook w:val="04A0" w:firstRow="1" w:lastRow="0" w:firstColumn="1" w:lastColumn="0" w:noHBand="0" w:noVBand="1"/>
      </w:tblPr>
      <w:tblGrid>
        <w:gridCol w:w="3360"/>
        <w:gridCol w:w="3360"/>
        <w:gridCol w:w="3360"/>
      </w:tblGrid>
      <w:tr w:rsidR="00A23CCA" w14:paraId="4DA9545C" w14:textId="77777777">
        <w:trPr>
          <w:jc w:val="center"/>
        </w:trPr>
        <w:tc>
          <w:tcPr>
            <w:tcW w:w="3360" w:type="dxa"/>
            <w:shd w:val="clear" w:color="auto" w:fill="1F4E79"/>
            <w:vAlign w:val="center"/>
          </w:tcPr>
          <w:p w14:paraId="2952C362" w14:textId="77777777" w:rsidR="00A23CCA" w:rsidRDefault="00C84512">
            <w:pPr>
              <w:spacing w:after="0"/>
            </w:pPr>
            <w:r>
              <w:rPr>
                <w:b/>
                <w:color w:val="FFFFFF"/>
                <w:sz w:val="20"/>
              </w:rPr>
              <w:t>Club</w:t>
            </w:r>
          </w:p>
        </w:tc>
        <w:tc>
          <w:tcPr>
            <w:tcW w:w="3360" w:type="dxa"/>
            <w:shd w:val="clear" w:color="auto" w:fill="1F4E79"/>
            <w:vAlign w:val="center"/>
          </w:tcPr>
          <w:p w14:paraId="671E5B1E" w14:textId="77777777" w:rsidR="00A23CCA" w:rsidRDefault="00C84512">
            <w:pPr>
              <w:spacing w:after="0"/>
            </w:pPr>
            <w:r>
              <w:rPr>
                <w:b/>
                <w:color w:val="FFFFFF"/>
                <w:sz w:val="20"/>
              </w:rPr>
              <w:t>Session / Collection Time</w:t>
            </w:r>
          </w:p>
        </w:tc>
        <w:tc>
          <w:tcPr>
            <w:tcW w:w="3360" w:type="dxa"/>
            <w:shd w:val="clear" w:color="auto" w:fill="1F4E79"/>
            <w:vAlign w:val="center"/>
          </w:tcPr>
          <w:p w14:paraId="129A89E8" w14:textId="77777777" w:rsidR="00A23CCA" w:rsidRDefault="00C84512">
            <w:pPr>
              <w:spacing w:after="0"/>
            </w:pPr>
            <w:r>
              <w:rPr>
                <w:b/>
                <w:color w:val="FFFFFF"/>
                <w:sz w:val="20"/>
              </w:rPr>
              <w:t>Important Information</w:t>
            </w:r>
          </w:p>
        </w:tc>
      </w:tr>
      <w:tr w:rsidR="00A23CCA" w14:paraId="7019F850" w14:textId="77777777">
        <w:trPr>
          <w:jc w:val="center"/>
        </w:trPr>
        <w:tc>
          <w:tcPr>
            <w:tcW w:w="3360" w:type="dxa"/>
            <w:shd w:val="clear" w:color="auto" w:fill="F3F7FA"/>
            <w:vAlign w:val="center"/>
          </w:tcPr>
          <w:p w14:paraId="74162768" w14:textId="77777777" w:rsidR="00A23CCA" w:rsidRDefault="00C84512">
            <w:pPr>
              <w:spacing w:after="0"/>
            </w:pPr>
            <w:r>
              <w:rPr>
                <w:color w:val="1F2937"/>
                <w:sz w:val="19"/>
              </w:rPr>
              <w:t>Breakfast Club</w:t>
            </w:r>
          </w:p>
        </w:tc>
        <w:tc>
          <w:tcPr>
            <w:tcW w:w="3360" w:type="dxa"/>
            <w:shd w:val="clear" w:color="auto" w:fill="F3F7FA"/>
            <w:vAlign w:val="center"/>
          </w:tcPr>
          <w:p w14:paraId="10F2C6C2" w14:textId="77777777" w:rsidR="00A23CCA" w:rsidRDefault="00C84512">
            <w:pPr>
              <w:spacing w:after="0"/>
            </w:pPr>
            <w:r>
              <w:rPr>
                <w:color w:val="1F2937"/>
                <w:sz w:val="19"/>
              </w:rPr>
              <w:t>7:45am – 8:10am</w:t>
            </w:r>
          </w:p>
        </w:tc>
        <w:tc>
          <w:tcPr>
            <w:tcW w:w="3360" w:type="dxa"/>
            <w:shd w:val="clear" w:color="auto" w:fill="F3F7FA"/>
            <w:vAlign w:val="center"/>
          </w:tcPr>
          <w:p w14:paraId="4CBFAB43" w14:textId="77777777" w:rsidR="00A23CCA" w:rsidRDefault="00C84512">
            <w:pPr>
              <w:spacing w:after="0"/>
            </w:pPr>
            <w:r>
              <w:rPr>
                <w:color w:val="1F2937"/>
                <w:sz w:val="19"/>
              </w:rPr>
              <w:t>Breakfast is served during this session.</w:t>
            </w:r>
          </w:p>
        </w:tc>
      </w:tr>
      <w:tr w:rsidR="00A23CCA" w14:paraId="16C4D6A4" w14:textId="77777777">
        <w:trPr>
          <w:jc w:val="center"/>
        </w:trPr>
        <w:tc>
          <w:tcPr>
            <w:tcW w:w="3360" w:type="dxa"/>
            <w:vAlign w:val="center"/>
          </w:tcPr>
          <w:p w14:paraId="2F580023" w14:textId="77777777" w:rsidR="00A23CCA" w:rsidRDefault="00C84512">
            <w:pPr>
              <w:spacing w:after="0"/>
            </w:pPr>
            <w:r>
              <w:rPr>
                <w:color w:val="1F2937"/>
                <w:sz w:val="19"/>
              </w:rPr>
              <w:t>Breakfast Club</w:t>
            </w:r>
          </w:p>
        </w:tc>
        <w:tc>
          <w:tcPr>
            <w:tcW w:w="3360" w:type="dxa"/>
            <w:vAlign w:val="center"/>
          </w:tcPr>
          <w:p w14:paraId="5E0A07EB" w14:textId="77777777" w:rsidR="00A23CCA" w:rsidRDefault="00C84512">
            <w:pPr>
              <w:spacing w:after="0"/>
            </w:pPr>
            <w:r>
              <w:rPr>
                <w:color w:val="1F2937"/>
                <w:sz w:val="19"/>
              </w:rPr>
              <w:t>8:10am – 9:00am</w:t>
            </w:r>
          </w:p>
        </w:tc>
        <w:tc>
          <w:tcPr>
            <w:tcW w:w="3360" w:type="dxa"/>
            <w:vAlign w:val="center"/>
          </w:tcPr>
          <w:p w14:paraId="41DEADF8" w14:textId="77777777" w:rsidR="00A23CCA" w:rsidRDefault="00C84512">
            <w:pPr>
              <w:spacing w:after="0"/>
            </w:pPr>
            <w:r>
              <w:rPr>
                <w:color w:val="1F2937"/>
                <w:sz w:val="19"/>
              </w:rPr>
              <w:t>Supervision and activities provided; breakfast is not served.</w:t>
            </w:r>
          </w:p>
        </w:tc>
      </w:tr>
      <w:tr w:rsidR="00A23CCA" w14:paraId="3C8A2BD3" w14:textId="77777777">
        <w:trPr>
          <w:jc w:val="center"/>
        </w:trPr>
        <w:tc>
          <w:tcPr>
            <w:tcW w:w="3360" w:type="dxa"/>
            <w:vAlign w:val="center"/>
          </w:tcPr>
          <w:p w14:paraId="186B195D" w14:textId="77777777" w:rsidR="00A23CCA" w:rsidRDefault="00C84512">
            <w:pPr>
              <w:spacing w:after="0"/>
            </w:pPr>
            <w:r>
              <w:rPr>
                <w:color w:val="1F2937"/>
                <w:sz w:val="19"/>
              </w:rPr>
              <w:t>After School</w:t>
            </w:r>
            <w:r>
              <w:rPr>
                <w:color w:val="1F2937"/>
                <w:sz w:val="19"/>
              </w:rPr>
              <w:t xml:space="preserve"> Club</w:t>
            </w:r>
          </w:p>
        </w:tc>
        <w:tc>
          <w:tcPr>
            <w:tcW w:w="3360" w:type="dxa"/>
            <w:vAlign w:val="center"/>
          </w:tcPr>
          <w:p w14:paraId="5FB8B8B5" w14:textId="77777777" w:rsidR="00A23CCA" w:rsidRDefault="00C84512">
            <w:pPr>
              <w:spacing w:after="0"/>
            </w:pPr>
            <w:r>
              <w:rPr>
                <w:color w:val="1F2937"/>
                <w:sz w:val="19"/>
              </w:rPr>
              <w:t>4:30pm collection</w:t>
            </w:r>
          </w:p>
        </w:tc>
        <w:tc>
          <w:tcPr>
            <w:tcW w:w="3360" w:type="dxa"/>
            <w:vAlign w:val="center"/>
          </w:tcPr>
          <w:p w14:paraId="4C92F33C" w14:textId="77777777" w:rsidR="00A23CCA" w:rsidRDefault="00C84512">
            <w:pPr>
              <w:spacing w:after="0"/>
            </w:pPr>
            <w:r>
              <w:rPr>
                <w:color w:val="1F2937"/>
                <w:sz w:val="19"/>
              </w:rPr>
              <w:t>Please collect at the booked time.</w:t>
            </w:r>
          </w:p>
        </w:tc>
      </w:tr>
      <w:tr w:rsidR="00A23CCA" w14:paraId="1BDEF7B8" w14:textId="77777777">
        <w:trPr>
          <w:jc w:val="center"/>
        </w:trPr>
        <w:tc>
          <w:tcPr>
            <w:tcW w:w="3360" w:type="dxa"/>
            <w:vAlign w:val="center"/>
          </w:tcPr>
          <w:p w14:paraId="1BC00E21" w14:textId="77777777" w:rsidR="00A23CCA" w:rsidRDefault="00C84512">
            <w:pPr>
              <w:spacing w:after="0"/>
            </w:pPr>
            <w:r>
              <w:rPr>
                <w:color w:val="1F2937"/>
                <w:sz w:val="19"/>
              </w:rPr>
              <w:t>After School Club</w:t>
            </w:r>
          </w:p>
        </w:tc>
        <w:tc>
          <w:tcPr>
            <w:tcW w:w="3360" w:type="dxa"/>
            <w:vAlign w:val="center"/>
          </w:tcPr>
          <w:p w14:paraId="31EABE9D" w14:textId="77777777" w:rsidR="00A23CCA" w:rsidRDefault="00C84512">
            <w:pPr>
              <w:spacing w:after="0"/>
            </w:pPr>
            <w:r>
              <w:rPr>
                <w:color w:val="1F2937"/>
                <w:sz w:val="19"/>
              </w:rPr>
              <w:t>5:30pm collection</w:t>
            </w:r>
          </w:p>
        </w:tc>
        <w:tc>
          <w:tcPr>
            <w:tcW w:w="3360" w:type="dxa"/>
            <w:vAlign w:val="center"/>
          </w:tcPr>
          <w:p w14:paraId="159F5079" w14:textId="77777777" w:rsidR="00A23CCA" w:rsidRDefault="00C84512">
            <w:pPr>
              <w:spacing w:after="0"/>
            </w:pPr>
            <w:r>
              <w:rPr>
                <w:color w:val="1F2937"/>
                <w:sz w:val="19"/>
              </w:rPr>
              <w:t>Please collect at the booked time.</w:t>
            </w:r>
          </w:p>
        </w:tc>
      </w:tr>
      <w:tr w:rsidR="00A23CCA" w14:paraId="2E4A8D5B" w14:textId="77777777">
        <w:trPr>
          <w:jc w:val="center"/>
        </w:trPr>
        <w:tc>
          <w:tcPr>
            <w:tcW w:w="3360" w:type="dxa"/>
            <w:vAlign w:val="center"/>
          </w:tcPr>
          <w:p w14:paraId="53D20571" w14:textId="77777777" w:rsidR="00A23CCA" w:rsidRDefault="00C84512">
            <w:pPr>
              <w:spacing w:after="0"/>
            </w:pPr>
            <w:r>
              <w:rPr>
                <w:color w:val="1F2937"/>
                <w:sz w:val="19"/>
              </w:rPr>
              <w:t>After School Club</w:t>
            </w:r>
          </w:p>
        </w:tc>
        <w:tc>
          <w:tcPr>
            <w:tcW w:w="3360" w:type="dxa"/>
            <w:vAlign w:val="center"/>
          </w:tcPr>
          <w:p w14:paraId="3B279159" w14:textId="77777777" w:rsidR="00A23CCA" w:rsidRDefault="00C84512">
            <w:pPr>
              <w:spacing w:after="0"/>
            </w:pPr>
            <w:r>
              <w:rPr>
                <w:color w:val="1F2937"/>
                <w:sz w:val="19"/>
              </w:rPr>
              <w:t>6:00pm collection</w:t>
            </w:r>
          </w:p>
        </w:tc>
        <w:tc>
          <w:tcPr>
            <w:tcW w:w="3360" w:type="dxa"/>
            <w:vAlign w:val="center"/>
          </w:tcPr>
          <w:p w14:paraId="77FFE03D" w14:textId="77777777" w:rsidR="00A23CCA" w:rsidRDefault="00C84512">
            <w:pPr>
              <w:spacing w:after="0"/>
            </w:pPr>
            <w:r>
              <w:rPr>
                <w:color w:val="1F2937"/>
                <w:sz w:val="19"/>
              </w:rPr>
              <w:t>Please collect at the booked time.</w:t>
            </w:r>
          </w:p>
        </w:tc>
      </w:tr>
    </w:tbl>
    <w:p w14:paraId="7D1DA602" w14:textId="77777777" w:rsidR="00A23CCA" w:rsidRDefault="00A23CCA"/>
    <w:p w14:paraId="7576A5A4" w14:textId="77777777" w:rsidR="00A23CCA" w:rsidRDefault="00C84512">
      <w:r>
        <w:rPr>
          <w:b/>
        </w:rPr>
        <w:t xml:space="preserve">5-minute grace period: </w:t>
      </w:r>
      <w:r>
        <w:t xml:space="preserve">There is a 5-minute grace </w:t>
      </w:r>
      <w:r>
        <w:t>period for arrival and collection. If a child arrives earlier than the booked Breakfast Club session, the earlier session fee will apply. If a child is collected earlier than the booked After School Club time, the fee for the earlier collection session wil</w:t>
      </w:r>
      <w:r>
        <w:t>l apply.</w:t>
      </w:r>
    </w:p>
    <w:p w14:paraId="63BD7BCA" w14:textId="77777777" w:rsidR="00A23CCA" w:rsidRDefault="00C84512">
      <w:pPr>
        <w:ind w:left="288"/>
      </w:pPr>
      <w:r>
        <w:rPr>
          <w:b/>
        </w:rPr>
        <w:t xml:space="preserve">Example: </w:t>
      </w:r>
      <w:r>
        <w:t>If the 5:30pm collection is booked but the child is collected at 5:15pm, the 4:30pm–5:30pm session fee will apply.</w:t>
      </w:r>
    </w:p>
    <w:p w14:paraId="7742CDEB" w14:textId="77777777" w:rsidR="00A23CCA" w:rsidRDefault="00C84512">
      <w:r>
        <w:t xml:space="preserve">We appreciate that occasionally plans can change, so please let us know as soon as possible if you are going to be delayed </w:t>
      </w:r>
      <w:r>
        <w:t>or need to make a change to your booking. This helps us ensure that we have the correct staffing and arrangements in place for all children.</w:t>
      </w:r>
    </w:p>
    <w:p w14:paraId="58E2B2E5" w14:textId="77777777" w:rsidR="00A23CCA" w:rsidRDefault="00C84512">
      <w:r>
        <w:t>Thank you for your cooperation and for helping us to keep the Breakfast Club and After School Club running smoothly</w:t>
      </w:r>
      <w:r>
        <w:t xml:space="preserve"> and safely for everyone.</w:t>
      </w:r>
    </w:p>
    <w:p w14:paraId="0BF5E538" w14:textId="77777777" w:rsidR="00A23CCA" w:rsidRDefault="00C84512">
      <w:pPr>
        <w:spacing w:before="240" w:after="120"/>
      </w:pPr>
      <w:r>
        <w:rPr>
          <w:rFonts w:ascii="Aptos Display" w:hAnsi="Aptos Display"/>
          <w:b/>
          <w:color w:val="1F4E79"/>
          <w:sz w:val="28"/>
        </w:rPr>
        <w:t>5. Breakfast Club Arrangements</w:t>
      </w:r>
    </w:p>
    <w:p w14:paraId="736749A4" w14:textId="77777777" w:rsidR="00A23CCA" w:rsidRDefault="00C84512">
      <w:r>
        <w:t>The Breakfast Club provides children with appropriate supervision and opportunities for activities before the start of the school day.</w:t>
      </w:r>
    </w:p>
    <w:p w14:paraId="5C811089" w14:textId="77777777" w:rsidR="00A23CCA" w:rsidRDefault="00C84512">
      <w:r>
        <w:t>Children attending Breakfast Club must arrive at the agreed open</w:t>
      </w:r>
      <w:r>
        <w:t>ing time unless an alternative arrangement has been made with the school.</w:t>
      </w:r>
    </w:p>
    <w:p w14:paraId="5E6450A1" w14:textId="77777777" w:rsidR="00A23CCA" w:rsidRDefault="00C84512">
      <w:r>
        <w:t>Parents/carers are responsible for ensuring that children are brought to the club safely and that any agreed drop-off arrangements are followed.</w:t>
      </w:r>
    </w:p>
    <w:p w14:paraId="497609CD" w14:textId="77777777" w:rsidR="00A23CCA" w:rsidRDefault="00C84512">
      <w:r>
        <w:t>Children will remain under the superv</w:t>
      </w:r>
      <w:r>
        <w:t>ision of club staff until they are transferred into the care of the school for the normal school day.</w:t>
      </w:r>
    </w:p>
    <w:p w14:paraId="5062EB18" w14:textId="77777777" w:rsidR="00A23CCA" w:rsidRDefault="00C84512">
      <w:pPr>
        <w:spacing w:before="240" w:after="120"/>
      </w:pPr>
      <w:r>
        <w:rPr>
          <w:rFonts w:ascii="Aptos Display" w:hAnsi="Aptos Display"/>
          <w:b/>
          <w:color w:val="1F4E79"/>
          <w:sz w:val="28"/>
        </w:rPr>
        <w:t>6. After School Club Arrangements</w:t>
      </w:r>
    </w:p>
    <w:p w14:paraId="7DE1C797" w14:textId="77777777" w:rsidR="00A23CCA" w:rsidRDefault="00C84512">
      <w:r>
        <w:t>The After School Club provides supervised care and play activities after the normal school day.</w:t>
      </w:r>
    </w:p>
    <w:p w14:paraId="59B2DDD2" w14:textId="77777777" w:rsidR="00A23CCA" w:rsidRDefault="00C84512">
      <w:r>
        <w:t>Children will be supervi</w:t>
      </w:r>
      <w:r>
        <w:t>sed by the club staff and provided with suitable activities.</w:t>
      </w:r>
    </w:p>
    <w:p w14:paraId="3DF4A5C5" w14:textId="77777777" w:rsidR="00A23CCA" w:rsidRDefault="00C84512">
      <w:r>
        <w:t>Parents/carers must ensure that their child is collected at the agreed collection time. Children must not be collected after the agreed closing time unless this has been discussed and agreed with</w:t>
      </w:r>
      <w:r>
        <w:t xml:space="preserve"> the school in advance.</w:t>
      </w:r>
    </w:p>
    <w:p w14:paraId="6D88404B" w14:textId="77777777" w:rsidR="00A23CCA" w:rsidRDefault="00C84512">
      <w:r>
        <w:t>Parents/carers should notify the school as soon as possible if they are unexpectedly delayed.</w:t>
      </w:r>
    </w:p>
    <w:p w14:paraId="1F177343" w14:textId="77777777" w:rsidR="00A23CCA" w:rsidRDefault="00C84512">
      <w:pPr>
        <w:spacing w:before="240" w:after="120"/>
      </w:pPr>
      <w:r>
        <w:rPr>
          <w:rFonts w:ascii="Aptos Display" w:hAnsi="Aptos Display"/>
          <w:b/>
          <w:color w:val="1F4E79"/>
          <w:sz w:val="28"/>
        </w:rPr>
        <w:t>7. Collection of Children</w:t>
      </w:r>
    </w:p>
    <w:p w14:paraId="61AD881C" w14:textId="77777777" w:rsidR="00A23CCA" w:rsidRDefault="00C84512">
      <w:r>
        <w:lastRenderedPageBreak/>
        <w:t>Parents/carers must provide the school with the details of the adult or adults authorised to collect their child</w:t>
      </w:r>
      <w:r>
        <w:t>.</w:t>
      </w:r>
    </w:p>
    <w:p w14:paraId="594B91E8" w14:textId="77777777" w:rsidR="00A23CCA" w:rsidRDefault="00C84512">
      <w:r>
        <w:t>If someone other than the usual collecting adult is collecting the child, parents/carers should inform the school in advance and provide the relevant details.</w:t>
      </w:r>
    </w:p>
    <w:p w14:paraId="43295529" w14:textId="77777777" w:rsidR="00A23CCA" w:rsidRDefault="00C84512">
      <w:r>
        <w:t>The school may ask for identification or confirmation of collection arrangements where necessar</w:t>
      </w:r>
      <w:r>
        <w:t>y to safeguard the child.</w:t>
      </w:r>
    </w:p>
    <w:p w14:paraId="23B4E49B" w14:textId="77777777" w:rsidR="00A23CCA" w:rsidRDefault="00C84512">
      <w:r>
        <w:t>Children will only be released in accordance with the school's agreed collection arrangements.</w:t>
      </w:r>
    </w:p>
    <w:p w14:paraId="6DB2D88F" w14:textId="77777777" w:rsidR="00A23CCA" w:rsidRDefault="00C84512">
      <w:pPr>
        <w:spacing w:before="240" w:after="120"/>
      </w:pPr>
      <w:r>
        <w:rPr>
          <w:rFonts w:ascii="Aptos Display" w:hAnsi="Aptos Display"/>
          <w:b/>
          <w:color w:val="1F4E79"/>
          <w:sz w:val="28"/>
        </w:rPr>
        <w:t>8. Late Collection</w:t>
      </w:r>
    </w:p>
    <w:p w14:paraId="012AE661" w14:textId="77777777" w:rsidR="00A23CCA" w:rsidRDefault="00C84512">
      <w:r>
        <w:t>Parents/carers are expected to collect their child promptly at the agreed collection time.</w:t>
      </w:r>
    </w:p>
    <w:p w14:paraId="65D4D79A" w14:textId="77777777" w:rsidR="00A23CCA" w:rsidRDefault="00C84512">
      <w:r>
        <w:t>Where a parent/carer is u</w:t>
      </w:r>
      <w:r>
        <w:t>navoidably delayed, the school should be contacted as soon as possible.</w:t>
      </w:r>
    </w:p>
    <w:p w14:paraId="316009E9" w14:textId="77777777" w:rsidR="00A23CCA" w:rsidRDefault="00C84512">
      <w:r>
        <w:t>Repeated late collection may result in the school reviewing the family's use of the provision.</w:t>
      </w:r>
    </w:p>
    <w:p w14:paraId="4C690237" w14:textId="77777777" w:rsidR="00A23CCA" w:rsidRDefault="00C84512">
      <w:r>
        <w:t>The school will discuss any concerns about repeated late collection with the parent/carer</w:t>
      </w:r>
      <w:r>
        <w:t xml:space="preserve"> and may take appropriate action where necessary.</w:t>
      </w:r>
    </w:p>
    <w:p w14:paraId="7386D843" w14:textId="77777777" w:rsidR="00A23CCA" w:rsidRDefault="00C84512">
      <w:pPr>
        <w:spacing w:before="240" w:after="120"/>
      </w:pPr>
      <w:r>
        <w:rPr>
          <w:rFonts w:ascii="Aptos Display" w:hAnsi="Aptos Display"/>
          <w:b/>
          <w:color w:val="1F4E79"/>
          <w:sz w:val="28"/>
        </w:rPr>
        <w:t>9. Changes and Cancellations</w:t>
      </w:r>
    </w:p>
    <w:p w14:paraId="17236BD7" w14:textId="77777777" w:rsidR="00A23CCA" w:rsidRDefault="00C84512">
      <w:r>
        <w:t>Parents/carers should notify the school as soon as possible if a booked session is no longer required.</w:t>
      </w:r>
    </w:p>
    <w:p w14:paraId="44ECE75B" w14:textId="77777777" w:rsidR="00A23CCA" w:rsidRDefault="00C84512">
      <w:r>
        <w:t>The school requires 24 hours’ notice for cancellation. For less than 24 ho</w:t>
      </w:r>
      <w:r>
        <w:t>urs notice, the relevant fee is still chargeable.</w:t>
      </w:r>
    </w:p>
    <w:p w14:paraId="4F745624" w14:textId="77777777" w:rsidR="00A23CCA" w:rsidRDefault="00C84512">
      <w:r>
        <w:t>Where the school needs to cancel a session, parents/carers will be informed as soon as reasonably possible.</w:t>
      </w:r>
    </w:p>
    <w:p w14:paraId="3D1972E1" w14:textId="77777777" w:rsidR="00A23CCA" w:rsidRDefault="00C84512">
      <w:r>
        <w:t>Where appropriate, refunds will be provided for sessions cancelled by the school.</w:t>
      </w:r>
    </w:p>
    <w:p w14:paraId="1458E660" w14:textId="77777777" w:rsidR="00A23CCA" w:rsidRDefault="00C84512">
      <w:pPr>
        <w:spacing w:before="240" w:after="120"/>
      </w:pPr>
      <w:r>
        <w:rPr>
          <w:rFonts w:ascii="Aptos Display" w:hAnsi="Aptos Display"/>
          <w:b/>
          <w:color w:val="1F4E79"/>
          <w:sz w:val="28"/>
        </w:rPr>
        <w:t>10. Child Safety</w:t>
      </w:r>
      <w:r>
        <w:rPr>
          <w:rFonts w:ascii="Aptos Display" w:hAnsi="Aptos Display"/>
          <w:b/>
          <w:color w:val="1F4E79"/>
          <w:sz w:val="28"/>
        </w:rPr>
        <w:t xml:space="preserve"> and Supervision</w:t>
      </w:r>
    </w:p>
    <w:p w14:paraId="318AB30A" w14:textId="77777777" w:rsidR="00A23CCA" w:rsidRDefault="00C84512">
      <w:r>
        <w:t>The school will provide appropriate supervision for children attending the Breakfast Club and After School Club.</w:t>
      </w:r>
    </w:p>
    <w:p w14:paraId="31034905" w14:textId="77777777" w:rsidR="00A23CCA" w:rsidRDefault="00C84512">
      <w:r>
        <w:t>Parents/carers must provide the school with all information that may affect their child's safety, welfare or ability to partic</w:t>
      </w:r>
      <w:r>
        <w:t>ipate fully in the provision.</w:t>
      </w:r>
    </w:p>
    <w:p w14:paraId="66151C1B" w14:textId="77777777" w:rsidR="00A23CCA" w:rsidRDefault="00C84512">
      <w:r>
        <w:t>This includes information about:</w:t>
      </w:r>
    </w:p>
    <w:p w14:paraId="52E42919" w14:textId="77777777" w:rsidR="00A23CCA" w:rsidRDefault="00C84512">
      <w:pPr>
        <w:spacing w:after="60"/>
        <w:ind w:left="317" w:hanging="202"/>
      </w:pPr>
      <w:r>
        <w:rPr>
          <w:b/>
        </w:rPr>
        <w:t xml:space="preserve">• </w:t>
      </w:r>
      <w:r>
        <w:t>Medical needs</w:t>
      </w:r>
    </w:p>
    <w:p w14:paraId="16099680" w14:textId="77777777" w:rsidR="00A23CCA" w:rsidRDefault="00C84512">
      <w:pPr>
        <w:spacing w:after="60"/>
        <w:ind w:left="317" w:hanging="202"/>
      </w:pPr>
      <w:r>
        <w:rPr>
          <w:b/>
        </w:rPr>
        <w:t xml:space="preserve">• </w:t>
      </w:r>
      <w:r>
        <w:t>Allergies</w:t>
      </w:r>
    </w:p>
    <w:p w14:paraId="08DF6DFE" w14:textId="77777777" w:rsidR="00A23CCA" w:rsidRDefault="00C84512">
      <w:pPr>
        <w:spacing w:after="60"/>
        <w:ind w:left="317" w:hanging="202"/>
      </w:pPr>
      <w:r>
        <w:rPr>
          <w:b/>
        </w:rPr>
        <w:t xml:space="preserve">• </w:t>
      </w:r>
      <w:r>
        <w:t>Special dietary requirements</w:t>
      </w:r>
    </w:p>
    <w:p w14:paraId="7E8B534E" w14:textId="77777777" w:rsidR="00A23CCA" w:rsidRDefault="00C84512">
      <w:pPr>
        <w:spacing w:after="60"/>
        <w:ind w:left="317" w:hanging="202"/>
      </w:pPr>
      <w:r>
        <w:rPr>
          <w:b/>
        </w:rPr>
        <w:t xml:space="preserve">• </w:t>
      </w:r>
      <w:r>
        <w:t>Special educational needs</w:t>
      </w:r>
    </w:p>
    <w:p w14:paraId="4207D3B8" w14:textId="77777777" w:rsidR="00A23CCA" w:rsidRDefault="00C84512">
      <w:pPr>
        <w:spacing w:after="60"/>
        <w:ind w:left="317" w:hanging="202"/>
      </w:pPr>
      <w:r>
        <w:rPr>
          <w:b/>
        </w:rPr>
        <w:t xml:space="preserve">• </w:t>
      </w:r>
      <w:r>
        <w:t>Physical disabilities</w:t>
      </w:r>
    </w:p>
    <w:p w14:paraId="41520167" w14:textId="77777777" w:rsidR="00A23CCA" w:rsidRDefault="00C84512">
      <w:pPr>
        <w:spacing w:after="60"/>
        <w:ind w:left="317" w:hanging="202"/>
      </w:pPr>
      <w:r>
        <w:rPr>
          <w:b/>
        </w:rPr>
        <w:t xml:space="preserve">• </w:t>
      </w:r>
      <w:r>
        <w:t>Emergency contacts</w:t>
      </w:r>
    </w:p>
    <w:p w14:paraId="020C91CE" w14:textId="77777777" w:rsidR="00A23CCA" w:rsidRDefault="00C84512">
      <w:pPr>
        <w:spacing w:after="60"/>
        <w:ind w:left="317" w:hanging="202"/>
      </w:pPr>
      <w:r>
        <w:rPr>
          <w:b/>
        </w:rPr>
        <w:t xml:space="preserve">• </w:t>
      </w:r>
      <w:r>
        <w:t>Collection arrangements</w:t>
      </w:r>
    </w:p>
    <w:p w14:paraId="374246F5" w14:textId="77777777" w:rsidR="00A23CCA" w:rsidRDefault="00C84512">
      <w:pPr>
        <w:spacing w:after="60"/>
        <w:ind w:left="317" w:hanging="202"/>
      </w:pPr>
      <w:r>
        <w:rPr>
          <w:b/>
        </w:rPr>
        <w:t xml:space="preserve">• </w:t>
      </w:r>
      <w:r>
        <w:t>Any other relevant information th</w:t>
      </w:r>
      <w:r>
        <w:t>at may affect the child's welfare.</w:t>
      </w:r>
    </w:p>
    <w:p w14:paraId="04A8E48D" w14:textId="77777777" w:rsidR="00A23CCA" w:rsidRDefault="00C84512">
      <w:r>
        <w:t>Parents/carers must inform the school promptly if any of this information changes.</w:t>
      </w:r>
    </w:p>
    <w:p w14:paraId="5E549A89" w14:textId="77777777" w:rsidR="00A23CCA" w:rsidRDefault="00C84512">
      <w:pPr>
        <w:spacing w:before="240" w:after="120"/>
      </w:pPr>
      <w:r>
        <w:rPr>
          <w:rFonts w:ascii="Aptos Display" w:hAnsi="Aptos Display"/>
          <w:b/>
          <w:color w:val="1F4E79"/>
          <w:sz w:val="28"/>
        </w:rPr>
        <w:t>11. Behaviour</w:t>
      </w:r>
    </w:p>
    <w:p w14:paraId="6EB96524" w14:textId="77777777" w:rsidR="00A23CCA" w:rsidRDefault="00C84512">
      <w:r>
        <w:t xml:space="preserve">Children attending the clubs are expected to follow the school's behaviour expectations and treat other children and adults </w:t>
      </w:r>
      <w:r>
        <w:t>with respect.</w:t>
      </w:r>
    </w:p>
    <w:p w14:paraId="5969FB15" w14:textId="77777777" w:rsidR="00A23CCA" w:rsidRDefault="00C84512">
      <w:r>
        <w:t>The school will encourage positive behaviour and provide a safe and supportive environment.</w:t>
      </w:r>
    </w:p>
    <w:p w14:paraId="51D228C6" w14:textId="77777777" w:rsidR="00A23CCA" w:rsidRDefault="00C84512">
      <w:r>
        <w:lastRenderedPageBreak/>
        <w:t>Parents/carers agree to support the school in addressing any behavioural concerns and to work with staff to ensure that the clubs remain a safe and en</w:t>
      </w:r>
      <w:r>
        <w:t>joyable environment for everyone.</w:t>
      </w:r>
    </w:p>
    <w:p w14:paraId="06730D19" w14:textId="77777777" w:rsidR="00A23CCA" w:rsidRDefault="00C84512">
      <w:r>
        <w:t>If a child's behaviour presents a significant concern for their own safety or the safety of others, the school may need to review the child's continued use of the provision.</w:t>
      </w:r>
    </w:p>
    <w:p w14:paraId="06CA3168" w14:textId="77777777" w:rsidR="00A23CCA" w:rsidRDefault="00C84512">
      <w:pPr>
        <w:spacing w:before="240" w:after="120"/>
      </w:pPr>
      <w:r>
        <w:rPr>
          <w:rFonts w:ascii="Aptos Display" w:hAnsi="Aptos Display"/>
          <w:b/>
          <w:color w:val="1F4E79"/>
          <w:sz w:val="28"/>
        </w:rPr>
        <w:t>12. Changes to the Provision</w:t>
      </w:r>
    </w:p>
    <w:p w14:paraId="15D61489" w14:textId="77777777" w:rsidR="00A23CCA" w:rsidRDefault="00C84512">
      <w:r>
        <w:t>The school may need</w:t>
      </w:r>
      <w:r>
        <w:t xml:space="preserve"> to make reasonable changes to the organisation, staffing, activities or arrangements of the Breakfast Club and After School Club.</w:t>
      </w:r>
    </w:p>
    <w:p w14:paraId="50DE969F" w14:textId="77777777" w:rsidR="00A23CCA" w:rsidRDefault="00C84512">
      <w:r>
        <w:t>Where significant changes are required, parents/carers will be informed before the changes are implemented wherever possible.</w:t>
      </w:r>
    </w:p>
    <w:p w14:paraId="06453D36" w14:textId="77777777" w:rsidR="00A23CCA" w:rsidRDefault="00C84512">
      <w:r>
        <w:t>The school will continue to prioritise the safety and wellbeing of children when making decisions about the provision.</w:t>
      </w:r>
    </w:p>
    <w:p w14:paraId="294A063A" w14:textId="77777777" w:rsidR="00A23CCA" w:rsidRDefault="00C84512">
      <w:pPr>
        <w:spacing w:before="240" w:after="120"/>
      </w:pPr>
      <w:r>
        <w:rPr>
          <w:rFonts w:ascii="Aptos Display" w:hAnsi="Aptos Display"/>
          <w:b/>
          <w:color w:val="1F4E79"/>
          <w:sz w:val="28"/>
        </w:rPr>
        <w:t>13. Parent/Carer Responsibilities</w:t>
      </w:r>
    </w:p>
    <w:p w14:paraId="17DDAF19" w14:textId="77777777" w:rsidR="00A23CCA" w:rsidRDefault="00C84512">
      <w:r>
        <w:t>By registering a child for the Breakfast Club and/or After School Club, parents/carers agree to:</w:t>
      </w:r>
    </w:p>
    <w:p w14:paraId="2E930542" w14:textId="77777777" w:rsidR="00A23CCA" w:rsidRDefault="00C84512">
      <w:pPr>
        <w:spacing w:after="60"/>
        <w:ind w:left="317" w:hanging="202"/>
      </w:pPr>
      <w:r>
        <w:rPr>
          <w:b/>
        </w:rPr>
        <w:t xml:space="preserve">• </w:t>
      </w:r>
      <w:r>
        <w:t>Pro</w:t>
      </w:r>
      <w:r>
        <w:t>vide accurate and up-to-date information about their child.</w:t>
      </w:r>
    </w:p>
    <w:p w14:paraId="593D9123" w14:textId="77777777" w:rsidR="00A23CCA" w:rsidRDefault="00C84512">
      <w:pPr>
        <w:spacing w:after="60"/>
        <w:ind w:left="317" w:hanging="202"/>
      </w:pPr>
      <w:r>
        <w:rPr>
          <w:b/>
        </w:rPr>
        <w:t xml:space="preserve">• </w:t>
      </w:r>
      <w:r>
        <w:t>Inform the school of any medical, dietary, educational or welfare needs.</w:t>
      </w:r>
    </w:p>
    <w:p w14:paraId="29F5D597" w14:textId="77777777" w:rsidR="00A23CCA" w:rsidRDefault="00C84512">
      <w:pPr>
        <w:spacing w:after="60"/>
        <w:ind w:left="317" w:hanging="202"/>
      </w:pPr>
      <w:r>
        <w:rPr>
          <w:b/>
        </w:rPr>
        <w:t xml:space="preserve">• </w:t>
      </w:r>
      <w:r>
        <w:t>Keep emergency contact details up to date.</w:t>
      </w:r>
    </w:p>
    <w:p w14:paraId="570FCE95" w14:textId="77777777" w:rsidR="00A23CCA" w:rsidRDefault="00C84512">
      <w:pPr>
        <w:spacing w:after="60"/>
        <w:ind w:left="317" w:hanging="202"/>
      </w:pPr>
      <w:r>
        <w:rPr>
          <w:b/>
        </w:rPr>
        <w:t xml:space="preserve">• </w:t>
      </w:r>
      <w:r>
        <w:t>Make bookings through School Spider.</w:t>
      </w:r>
    </w:p>
    <w:p w14:paraId="147503F9" w14:textId="77777777" w:rsidR="00A23CCA" w:rsidRDefault="00C84512">
      <w:pPr>
        <w:spacing w:after="60"/>
        <w:ind w:left="317" w:hanging="202"/>
      </w:pPr>
      <w:r>
        <w:rPr>
          <w:b/>
        </w:rPr>
        <w:t xml:space="preserve">• </w:t>
      </w:r>
      <w:r>
        <w:t>Make payments through School Spider</w:t>
      </w:r>
      <w:r>
        <w:t xml:space="preserve"> in accordance with the school's arrangements.</w:t>
      </w:r>
    </w:p>
    <w:p w14:paraId="682612C3" w14:textId="77777777" w:rsidR="00A23CCA" w:rsidRDefault="00C84512">
      <w:pPr>
        <w:spacing w:after="60"/>
        <w:ind w:left="317" w:hanging="202"/>
      </w:pPr>
      <w:r>
        <w:rPr>
          <w:b/>
        </w:rPr>
        <w:t xml:space="preserve">• </w:t>
      </w:r>
      <w:r>
        <w:t>Ensure that their child attends only the sessions that have been booked.</w:t>
      </w:r>
    </w:p>
    <w:p w14:paraId="17AAC298" w14:textId="77777777" w:rsidR="00A23CCA" w:rsidRDefault="00C84512">
      <w:pPr>
        <w:spacing w:after="60"/>
        <w:ind w:left="317" w:hanging="202"/>
      </w:pPr>
      <w:r>
        <w:rPr>
          <w:b/>
        </w:rPr>
        <w:t xml:space="preserve">• </w:t>
      </w:r>
      <w:r>
        <w:t>Inform the school as soon as possible about cancellations or changes.</w:t>
      </w:r>
    </w:p>
    <w:p w14:paraId="0CF80F73" w14:textId="77777777" w:rsidR="00A23CCA" w:rsidRDefault="00C84512">
      <w:pPr>
        <w:spacing w:after="60"/>
        <w:ind w:left="317" w:hanging="202"/>
      </w:pPr>
      <w:r>
        <w:rPr>
          <w:b/>
        </w:rPr>
        <w:t xml:space="preserve">• </w:t>
      </w:r>
      <w:r>
        <w:t>Follow the school's collection arrangements.</w:t>
      </w:r>
    </w:p>
    <w:p w14:paraId="2375542B" w14:textId="77777777" w:rsidR="00A23CCA" w:rsidRDefault="00C84512">
      <w:pPr>
        <w:spacing w:after="60"/>
        <w:ind w:left="317" w:hanging="202"/>
      </w:pPr>
      <w:r>
        <w:rPr>
          <w:b/>
        </w:rPr>
        <w:t xml:space="preserve">• </w:t>
      </w:r>
      <w:r>
        <w:t>Collect their</w:t>
      </w:r>
      <w:r>
        <w:t xml:space="preserve"> child promptly at the agreed time.</w:t>
      </w:r>
    </w:p>
    <w:p w14:paraId="672AC199" w14:textId="77777777" w:rsidR="00A23CCA" w:rsidRDefault="00C84512">
      <w:pPr>
        <w:spacing w:after="60"/>
        <w:ind w:left="317" w:hanging="202"/>
      </w:pPr>
      <w:r>
        <w:rPr>
          <w:b/>
        </w:rPr>
        <w:t xml:space="preserve">• </w:t>
      </w:r>
      <w:r>
        <w:t>Inform the school if they are unexpectedly delayed.</w:t>
      </w:r>
    </w:p>
    <w:p w14:paraId="6E51EB76" w14:textId="77777777" w:rsidR="00A23CCA" w:rsidRDefault="00C84512">
      <w:pPr>
        <w:spacing w:after="60"/>
        <w:ind w:left="317" w:hanging="202"/>
      </w:pPr>
      <w:r>
        <w:rPr>
          <w:b/>
        </w:rPr>
        <w:t xml:space="preserve">• </w:t>
      </w:r>
      <w:r>
        <w:t>Provide the details of authorised adults who may collect their child.</w:t>
      </w:r>
    </w:p>
    <w:p w14:paraId="57C308C0" w14:textId="77777777" w:rsidR="00A23CCA" w:rsidRDefault="00C84512">
      <w:pPr>
        <w:spacing w:after="60"/>
        <w:ind w:left="317" w:hanging="202"/>
      </w:pPr>
      <w:r>
        <w:rPr>
          <w:b/>
        </w:rPr>
        <w:t xml:space="preserve">• </w:t>
      </w:r>
      <w:r>
        <w:t>Support the school's behaviour expectations.</w:t>
      </w:r>
    </w:p>
    <w:p w14:paraId="70338364" w14:textId="77777777" w:rsidR="00A23CCA" w:rsidRDefault="00C84512">
      <w:pPr>
        <w:spacing w:after="60"/>
        <w:ind w:left="317" w:hanging="202"/>
      </w:pPr>
      <w:r>
        <w:rPr>
          <w:b/>
        </w:rPr>
        <w:t xml:space="preserve">• </w:t>
      </w:r>
      <w:r>
        <w:t xml:space="preserve">Work cooperatively with school staff to </w:t>
      </w:r>
      <w:r>
        <w:t>resolve any concerns.</w:t>
      </w:r>
    </w:p>
    <w:p w14:paraId="034484C6" w14:textId="77777777" w:rsidR="00A23CCA" w:rsidRDefault="00C84512">
      <w:pPr>
        <w:spacing w:after="60"/>
        <w:ind w:left="317" w:hanging="202"/>
      </w:pPr>
      <w:r>
        <w:rPr>
          <w:b/>
        </w:rPr>
        <w:t xml:space="preserve">• </w:t>
      </w:r>
      <w:r>
        <w:t>Inform the school promptly of any changes that may affect their child's safety or wellbeing.</w:t>
      </w:r>
    </w:p>
    <w:p w14:paraId="76A653B4" w14:textId="77777777" w:rsidR="00A23CCA" w:rsidRDefault="00C84512">
      <w:pPr>
        <w:spacing w:before="240" w:after="120"/>
      </w:pPr>
      <w:r>
        <w:rPr>
          <w:rFonts w:ascii="Aptos Display" w:hAnsi="Aptos Display"/>
          <w:b/>
          <w:color w:val="1F4E79"/>
          <w:sz w:val="28"/>
        </w:rPr>
        <w:t>14. School Responsibilities</w:t>
      </w:r>
    </w:p>
    <w:p w14:paraId="65E60DF0" w14:textId="77777777" w:rsidR="00A23CCA" w:rsidRDefault="00C84512">
      <w:r>
        <w:t>The school agrees to:</w:t>
      </w:r>
    </w:p>
    <w:p w14:paraId="45B1902C" w14:textId="77777777" w:rsidR="00A23CCA" w:rsidRDefault="00C84512">
      <w:pPr>
        <w:spacing w:after="60"/>
        <w:ind w:left="317" w:hanging="202"/>
      </w:pPr>
      <w:r>
        <w:rPr>
          <w:b/>
        </w:rPr>
        <w:t xml:space="preserve">• </w:t>
      </w:r>
      <w:r>
        <w:t>Provide appropriate supervision for children attending the clubs.</w:t>
      </w:r>
    </w:p>
    <w:p w14:paraId="47F4B59C" w14:textId="77777777" w:rsidR="00A23CCA" w:rsidRDefault="00C84512">
      <w:pPr>
        <w:spacing w:after="60"/>
        <w:ind w:left="317" w:hanging="202"/>
      </w:pPr>
      <w:r>
        <w:rPr>
          <w:b/>
        </w:rPr>
        <w:t xml:space="preserve">• </w:t>
      </w:r>
      <w:r>
        <w:t xml:space="preserve">Provide a safe and </w:t>
      </w:r>
      <w:r>
        <w:t>supportive environment.</w:t>
      </w:r>
    </w:p>
    <w:p w14:paraId="11E80268" w14:textId="77777777" w:rsidR="00A23CCA" w:rsidRDefault="00C84512">
      <w:pPr>
        <w:spacing w:after="60"/>
        <w:ind w:left="317" w:hanging="202"/>
      </w:pPr>
      <w:r>
        <w:rPr>
          <w:b/>
        </w:rPr>
        <w:t xml:space="preserve">• </w:t>
      </w:r>
      <w:r>
        <w:t>Provide suitable play and other activities.</w:t>
      </w:r>
    </w:p>
    <w:p w14:paraId="0CB1165E" w14:textId="77777777" w:rsidR="00A23CCA" w:rsidRDefault="00C84512">
      <w:pPr>
        <w:spacing w:after="60"/>
        <w:ind w:left="317" w:hanging="202"/>
      </w:pPr>
      <w:r>
        <w:rPr>
          <w:b/>
        </w:rPr>
        <w:t xml:space="preserve">• </w:t>
      </w:r>
      <w:r>
        <w:t>Maintain appropriate records relating to attendance and collection.</w:t>
      </w:r>
    </w:p>
    <w:p w14:paraId="00B3CBAD" w14:textId="77777777" w:rsidR="00A23CCA" w:rsidRDefault="00C84512">
      <w:pPr>
        <w:spacing w:after="60"/>
        <w:ind w:left="317" w:hanging="202"/>
      </w:pPr>
      <w:r>
        <w:rPr>
          <w:b/>
        </w:rPr>
        <w:t xml:space="preserve">• </w:t>
      </w:r>
      <w:r>
        <w:t>Follow the school's safeguarding and safety procedures.</w:t>
      </w:r>
    </w:p>
    <w:p w14:paraId="0C994FD1" w14:textId="77777777" w:rsidR="00A23CCA" w:rsidRDefault="00C84512">
      <w:pPr>
        <w:spacing w:after="60"/>
        <w:ind w:left="317" w:hanging="202"/>
      </w:pPr>
      <w:r>
        <w:rPr>
          <w:b/>
        </w:rPr>
        <w:t xml:space="preserve">• </w:t>
      </w:r>
      <w:r>
        <w:t>Take account of relevant medical, dietary and additional</w:t>
      </w:r>
      <w:r>
        <w:t xml:space="preserve"> needs information provided by parents/carers.</w:t>
      </w:r>
    </w:p>
    <w:p w14:paraId="7097BF98" w14:textId="77777777" w:rsidR="00A23CCA" w:rsidRDefault="00C84512">
      <w:pPr>
        <w:spacing w:after="60"/>
        <w:ind w:left="317" w:hanging="202"/>
      </w:pPr>
      <w:r>
        <w:rPr>
          <w:b/>
        </w:rPr>
        <w:t xml:space="preserve">• </w:t>
      </w:r>
      <w:r>
        <w:t>Communicate important changes or cancellations to parents/carers.</w:t>
      </w:r>
    </w:p>
    <w:p w14:paraId="089E182E" w14:textId="77777777" w:rsidR="00A23CCA" w:rsidRDefault="00C84512">
      <w:pPr>
        <w:spacing w:after="60"/>
        <w:ind w:left="317" w:hanging="202"/>
      </w:pPr>
      <w:r>
        <w:rPr>
          <w:b/>
        </w:rPr>
        <w:t xml:space="preserve">• </w:t>
      </w:r>
      <w:r>
        <w:t>Deal with concerns or complaints in accordance with the school's procedures.</w:t>
      </w:r>
    </w:p>
    <w:p w14:paraId="34125270" w14:textId="77777777" w:rsidR="00A23CCA" w:rsidRDefault="00C84512">
      <w:pPr>
        <w:spacing w:after="60"/>
        <w:ind w:left="317" w:hanging="202"/>
      </w:pPr>
      <w:r>
        <w:rPr>
          <w:b/>
        </w:rPr>
        <w:lastRenderedPageBreak/>
        <w:t xml:space="preserve">• </w:t>
      </w:r>
      <w:r>
        <w:t>Inform parents/carers where there are concerns about attenda</w:t>
      </w:r>
      <w:r>
        <w:t>nce, behaviour, late collection or other matters relating to the use of the provision.</w:t>
      </w:r>
    </w:p>
    <w:p w14:paraId="3DF14F3B" w14:textId="77777777" w:rsidR="00A23CCA" w:rsidRDefault="00C84512">
      <w:pPr>
        <w:spacing w:after="60"/>
        <w:ind w:left="317" w:hanging="202"/>
      </w:pPr>
      <w:r>
        <w:rPr>
          <w:b/>
        </w:rPr>
        <w:t xml:space="preserve">• </w:t>
      </w:r>
      <w:r>
        <w:t>Review the provision and make reasonable changes where necessary to ensure its safe and effective operation.</w:t>
      </w:r>
    </w:p>
    <w:p w14:paraId="6D795B47" w14:textId="77777777" w:rsidR="00A23CCA" w:rsidRDefault="00C84512">
      <w:pPr>
        <w:spacing w:before="240" w:after="120"/>
      </w:pPr>
      <w:r>
        <w:rPr>
          <w:rFonts w:ascii="Aptos Display" w:hAnsi="Aptos Display"/>
          <w:b/>
          <w:color w:val="1F4E79"/>
          <w:sz w:val="28"/>
        </w:rPr>
        <w:t xml:space="preserve">Parent/Carer Declaration. </w:t>
      </w:r>
    </w:p>
    <w:p w14:paraId="63AFB29E" w14:textId="77777777" w:rsidR="00A23CCA" w:rsidRDefault="00C84512">
      <w:r>
        <w:rPr>
          <w:b/>
        </w:rPr>
        <w:t xml:space="preserve">I confirm that I have read and </w:t>
      </w:r>
      <w:r>
        <w:rPr>
          <w:b/>
        </w:rPr>
        <w:t>understood the Breakfast Club and After School Club Parent/Carer Agreement.</w:t>
      </w:r>
    </w:p>
    <w:p w14:paraId="6664531A" w14:textId="77777777" w:rsidR="00A23CCA" w:rsidRDefault="00C84512">
      <w:r>
        <w:t>I understand that:</w:t>
      </w:r>
    </w:p>
    <w:p w14:paraId="31D50861" w14:textId="77777777" w:rsidR="00A23CCA" w:rsidRDefault="00C84512">
      <w:pPr>
        <w:spacing w:after="60"/>
        <w:ind w:left="317" w:hanging="202"/>
      </w:pPr>
      <w:r>
        <w:rPr>
          <w:b/>
        </w:rPr>
        <w:t xml:space="preserve">• </w:t>
      </w:r>
      <w:r>
        <w:t>I am responsible for making bookings through School Spider.</w:t>
      </w:r>
    </w:p>
    <w:p w14:paraId="54AF3559" w14:textId="77777777" w:rsidR="00A23CCA" w:rsidRDefault="00C84512">
      <w:pPr>
        <w:spacing w:after="60"/>
        <w:ind w:left="317" w:hanging="202"/>
      </w:pPr>
      <w:r>
        <w:rPr>
          <w:b/>
        </w:rPr>
        <w:t xml:space="preserve">• </w:t>
      </w:r>
      <w:r>
        <w:t>I am responsible for making payments through School Spider.</w:t>
      </w:r>
    </w:p>
    <w:p w14:paraId="609E7571" w14:textId="77777777" w:rsidR="00A23CCA" w:rsidRDefault="00C84512">
      <w:pPr>
        <w:spacing w:after="60"/>
        <w:ind w:left="317" w:hanging="202"/>
      </w:pPr>
      <w:r>
        <w:rPr>
          <w:b/>
        </w:rPr>
        <w:t xml:space="preserve">• </w:t>
      </w:r>
      <w:r>
        <w:t xml:space="preserve">I must provide accurate and </w:t>
      </w:r>
      <w:r>
        <w:t>up-to-date information about my child.</w:t>
      </w:r>
    </w:p>
    <w:p w14:paraId="3A0C4F49" w14:textId="77777777" w:rsidR="00A23CCA" w:rsidRDefault="00C84512">
      <w:pPr>
        <w:spacing w:after="60"/>
        <w:ind w:left="317" w:hanging="202"/>
      </w:pPr>
      <w:r>
        <w:rPr>
          <w:b/>
        </w:rPr>
        <w:t xml:space="preserve">• </w:t>
      </w:r>
      <w:r>
        <w:t>I must inform the school of any changes to my child's circumstances, medical needs, dietary requirements or collection arrangements.</w:t>
      </w:r>
    </w:p>
    <w:p w14:paraId="054A7831" w14:textId="77777777" w:rsidR="00A23CCA" w:rsidRDefault="00C84512">
      <w:pPr>
        <w:spacing w:after="60"/>
        <w:ind w:left="317" w:hanging="202"/>
      </w:pPr>
      <w:r>
        <w:rPr>
          <w:b/>
        </w:rPr>
        <w:t xml:space="preserve">• </w:t>
      </w:r>
      <w:r>
        <w:t>I must ensure that my child is collected promptly at the agreed time.</w:t>
      </w:r>
    </w:p>
    <w:p w14:paraId="14F1AD05" w14:textId="77777777" w:rsidR="00A23CCA" w:rsidRDefault="00C84512">
      <w:pPr>
        <w:spacing w:after="60"/>
        <w:ind w:left="317" w:hanging="202"/>
      </w:pPr>
      <w:r>
        <w:rPr>
          <w:b/>
        </w:rPr>
        <w:t xml:space="preserve">• </w:t>
      </w:r>
      <w:r>
        <w:t>I will s</w:t>
      </w:r>
      <w:r>
        <w:t>upport the school in maintaining appropriate standards of behaviour and safeguarding.</w:t>
      </w:r>
    </w:p>
    <w:p w14:paraId="16875BA8" w14:textId="77777777" w:rsidR="00A23CCA" w:rsidRDefault="00C84512">
      <w:pPr>
        <w:spacing w:after="60"/>
        <w:ind w:left="317" w:hanging="202"/>
      </w:pPr>
      <w:r>
        <w:rPr>
          <w:b/>
        </w:rPr>
        <w:t xml:space="preserve">• </w:t>
      </w:r>
      <w:r>
        <w:t>I will contact the school as soon as possible if there is a problem with a booking, collection or payment.</w:t>
      </w:r>
    </w:p>
    <w:p w14:paraId="61D3F068" w14:textId="77777777" w:rsidR="00A23CCA" w:rsidRDefault="00C84512">
      <w:r>
        <w:t>I agree to comply with the terms and conditions set out in th</w:t>
      </w:r>
      <w:r>
        <w:t>is agreement.</w:t>
      </w:r>
    </w:p>
    <w:tbl>
      <w:tblPr>
        <w:tblStyle w:val="TableGrid"/>
        <w:tblW w:w="0" w:type="auto"/>
        <w:jc w:val="center"/>
        <w:tblLook w:val="04A0" w:firstRow="1" w:lastRow="0" w:firstColumn="1" w:lastColumn="0" w:noHBand="0" w:noVBand="1"/>
      </w:tblPr>
      <w:tblGrid>
        <w:gridCol w:w="5040"/>
        <w:gridCol w:w="5040"/>
      </w:tblGrid>
      <w:tr w:rsidR="00A23CCA" w14:paraId="7A283B92" w14:textId="77777777">
        <w:trPr>
          <w:jc w:val="center"/>
        </w:trPr>
        <w:tc>
          <w:tcPr>
            <w:tcW w:w="5040" w:type="dxa"/>
            <w:vAlign w:val="center"/>
          </w:tcPr>
          <w:p w14:paraId="1ABA9E59" w14:textId="77777777" w:rsidR="00A23CCA" w:rsidRDefault="00C84512">
            <w:pPr>
              <w:spacing w:after="0"/>
            </w:pPr>
            <w:r>
              <w:rPr>
                <w:b/>
                <w:color w:val="1F2937"/>
                <w:sz w:val="20"/>
              </w:rPr>
              <w:t>Child's name</w:t>
            </w:r>
          </w:p>
        </w:tc>
        <w:tc>
          <w:tcPr>
            <w:tcW w:w="5040" w:type="dxa"/>
            <w:vAlign w:val="center"/>
          </w:tcPr>
          <w:p w14:paraId="04598AA3" w14:textId="77777777" w:rsidR="00A23CCA" w:rsidRDefault="00C84512">
            <w:pPr>
              <w:spacing w:after="0"/>
            </w:pPr>
            <w:r>
              <w:rPr>
                <w:color w:val="1F2937"/>
                <w:sz w:val="20"/>
              </w:rPr>
              <w:t>____________________________________________</w:t>
            </w:r>
          </w:p>
        </w:tc>
      </w:tr>
      <w:tr w:rsidR="00A23CCA" w14:paraId="37A4EDBE" w14:textId="77777777">
        <w:trPr>
          <w:jc w:val="center"/>
        </w:trPr>
        <w:tc>
          <w:tcPr>
            <w:tcW w:w="5040" w:type="dxa"/>
            <w:vAlign w:val="center"/>
          </w:tcPr>
          <w:p w14:paraId="74823E41" w14:textId="77777777" w:rsidR="00A23CCA" w:rsidRDefault="00C84512">
            <w:pPr>
              <w:spacing w:after="0"/>
            </w:pPr>
            <w:r>
              <w:rPr>
                <w:b/>
                <w:color w:val="1F2937"/>
                <w:sz w:val="20"/>
              </w:rPr>
              <w:t>Child's date of birth</w:t>
            </w:r>
          </w:p>
        </w:tc>
        <w:tc>
          <w:tcPr>
            <w:tcW w:w="5040" w:type="dxa"/>
            <w:vAlign w:val="center"/>
          </w:tcPr>
          <w:p w14:paraId="439B4B4F" w14:textId="77777777" w:rsidR="00A23CCA" w:rsidRDefault="00C84512">
            <w:pPr>
              <w:spacing w:after="0"/>
            </w:pPr>
            <w:r>
              <w:rPr>
                <w:color w:val="1F2937"/>
                <w:sz w:val="20"/>
              </w:rPr>
              <w:t>____________________________________________</w:t>
            </w:r>
          </w:p>
        </w:tc>
      </w:tr>
      <w:tr w:rsidR="00A23CCA" w14:paraId="5F20346D" w14:textId="77777777">
        <w:trPr>
          <w:jc w:val="center"/>
        </w:trPr>
        <w:tc>
          <w:tcPr>
            <w:tcW w:w="5040" w:type="dxa"/>
            <w:vAlign w:val="center"/>
          </w:tcPr>
          <w:p w14:paraId="4D4155E8" w14:textId="77777777" w:rsidR="00A23CCA" w:rsidRDefault="00C84512">
            <w:pPr>
              <w:spacing w:after="0"/>
            </w:pPr>
            <w:r>
              <w:rPr>
                <w:b/>
                <w:color w:val="1F2937"/>
                <w:sz w:val="20"/>
              </w:rPr>
              <w:t>Parent/Carer's name</w:t>
            </w:r>
          </w:p>
        </w:tc>
        <w:tc>
          <w:tcPr>
            <w:tcW w:w="5040" w:type="dxa"/>
            <w:vAlign w:val="center"/>
          </w:tcPr>
          <w:p w14:paraId="5E8994D9" w14:textId="77777777" w:rsidR="00A23CCA" w:rsidRDefault="00C84512">
            <w:pPr>
              <w:spacing w:after="0"/>
            </w:pPr>
            <w:r>
              <w:rPr>
                <w:color w:val="1F2937"/>
                <w:sz w:val="20"/>
              </w:rPr>
              <w:t>____________________________________________</w:t>
            </w:r>
          </w:p>
        </w:tc>
      </w:tr>
      <w:tr w:rsidR="00A23CCA" w14:paraId="7E4E8929" w14:textId="77777777">
        <w:trPr>
          <w:jc w:val="center"/>
        </w:trPr>
        <w:tc>
          <w:tcPr>
            <w:tcW w:w="5040" w:type="dxa"/>
            <w:vAlign w:val="center"/>
          </w:tcPr>
          <w:p w14:paraId="71883381" w14:textId="77777777" w:rsidR="00A23CCA" w:rsidRDefault="00C84512">
            <w:pPr>
              <w:spacing w:after="0"/>
            </w:pPr>
            <w:r>
              <w:rPr>
                <w:b/>
                <w:color w:val="1F2937"/>
                <w:sz w:val="20"/>
              </w:rPr>
              <w:t>Parent/Carer's signature</w:t>
            </w:r>
          </w:p>
        </w:tc>
        <w:tc>
          <w:tcPr>
            <w:tcW w:w="5040" w:type="dxa"/>
            <w:vAlign w:val="center"/>
          </w:tcPr>
          <w:p w14:paraId="112CCA03" w14:textId="77777777" w:rsidR="00A23CCA" w:rsidRDefault="00C84512">
            <w:pPr>
              <w:spacing w:after="0"/>
            </w:pPr>
            <w:r>
              <w:rPr>
                <w:color w:val="1F2937"/>
                <w:sz w:val="20"/>
              </w:rPr>
              <w:t>________________________</w:t>
            </w:r>
            <w:r>
              <w:rPr>
                <w:color w:val="1F2937"/>
                <w:sz w:val="20"/>
              </w:rPr>
              <w:t>____________________</w:t>
            </w:r>
          </w:p>
        </w:tc>
      </w:tr>
    </w:tbl>
    <w:p w14:paraId="25F0F351" w14:textId="77777777" w:rsidR="00A23CCA" w:rsidRDefault="00A23CCA"/>
    <w:tbl>
      <w:tblPr>
        <w:tblStyle w:val="TableGrid"/>
        <w:tblW w:w="0" w:type="auto"/>
        <w:tblLook w:val="04A0" w:firstRow="1" w:lastRow="0" w:firstColumn="1" w:lastColumn="0" w:noHBand="0" w:noVBand="1"/>
      </w:tblPr>
      <w:tblGrid>
        <w:gridCol w:w="5040"/>
        <w:gridCol w:w="5040"/>
      </w:tblGrid>
      <w:tr w:rsidR="00A23CCA" w14:paraId="5B97B2CF" w14:textId="77777777">
        <w:tc>
          <w:tcPr>
            <w:tcW w:w="5040" w:type="dxa"/>
            <w:vAlign w:val="center"/>
          </w:tcPr>
          <w:p w14:paraId="27B32300" w14:textId="77777777" w:rsidR="00A23CCA" w:rsidRDefault="00C84512">
            <w:pPr>
              <w:spacing w:after="0"/>
            </w:pPr>
            <w:r>
              <w:rPr>
                <w:b/>
                <w:color w:val="1F2937"/>
                <w:sz w:val="20"/>
              </w:rPr>
              <w:t>Date</w:t>
            </w:r>
          </w:p>
        </w:tc>
        <w:tc>
          <w:tcPr>
            <w:tcW w:w="5040" w:type="dxa"/>
            <w:vAlign w:val="center"/>
          </w:tcPr>
          <w:p w14:paraId="1E526FCC" w14:textId="77777777" w:rsidR="00A23CCA" w:rsidRDefault="00C84512">
            <w:pPr>
              <w:spacing w:after="0"/>
            </w:pPr>
            <w:r>
              <w:rPr>
                <w:color w:val="1F2937"/>
                <w:sz w:val="20"/>
              </w:rPr>
              <w:t>____________________________________________</w:t>
            </w:r>
          </w:p>
        </w:tc>
      </w:tr>
      <w:tr w:rsidR="00A23CCA" w14:paraId="5D500D7F" w14:textId="77777777">
        <w:tc>
          <w:tcPr>
            <w:tcW w:w="5040" w:type="dxa"/>
            <w:vAlign w:val="center"/>
          </w:tcPr>
          <w:p w14:paraId="65B396E6" w14:textId="77777777" w:rsidR="00A23CCA" w:rsidRDefault="00C84512">
            <w:pPr>
              <w:spacing w:after="0"/>
            </w:pPr>
            <w:r>
              <w:rPr>
                <w:b/>
                <w:color w:val="1F2937"/>
                <w:sz w:val="20"/>
              </w:rPr>
              <w:t>School representative</w:t>
            </w:r>
          </w:p>
        </w:tc>
        <w:tc>
          <w:tcPr>
            <w:tcW w:w="5040" w:type="dxa"/>
            <w:vAlign w:val="center"/>
          </w:tcPr>
          <w:p w14:paraId="35B0DE61" w14:textId="77777777" w:rsidR="00A23CCA" w:rsidRDefault="00C84512">
            <w:pPr>
              <w:spacing w:after="0"/>
            </w:pPr>
            <w:r>
              <w:rPr>
                <w:color w:val="1F2937"/>
                <w:sz w:val="20"/>
              </w:rPr>
              <w:t>____________________________________________</w:t>
            </w:r>
          </w:p>
        </w:tc>
      </w:tr>
      <w:tr w:rsidR="00A23CCA" w14:paraId="5DE784F4" w14:textId="77777777">
        <w:tc>
          <w:tcPr>
            <w:tcW w:w="5040" w:type="dxa"/>
            <w:vAlign w:val="center"/>
          </w:tcPr>
          <w:p w14:paraId="6322AE4E" w14:textId="77777777" w:rsidR="00A23CCA" w:rsidRDefault="00C84512">
            <w:pPr>
              <w:spacing w:after="0"/>
            </w:pPr>
            <w:r>
              <w:rPr>
                <w:b/>
                <w:color w:val="1F2937"/>
                <w:sz w:val="20"/>
              </w:rPr>
              <w:t>Signature / Date</w:t>
            </w:r>
          </w:p>
        </w:tc>
        <w:tc>
          <w:tcPr>
            <w:tcW w:w="5040" w:type="dxa"/>
            <w:vAlign w:val="center"/>
          </w:tcPr>
          <w:p w14:paraId="4485D920" w14:textId="77777777" w:rsidR="00A23CCA" w:rsidRDefault="00C84512">
            <w:pPr>
              <w:spacing w:after="0"/>
            </w:pPr>
            <w:r>
              <w:rPr>
                <w:color w:val="1F2937"/>
                <w:sz w:val="20"/>
              </w:rPr>
              <w:t>____________________________________________</w:t>
            </w:r>
          </w:p>
        </w:tc>
      </w:tr>
    </w:tbl>
    <w:p w14:paraId="15E466CD" w14:textId="77777777" w:rsidR="00A23CCA" w:rsidRDefault="00A23CCA"/>
    <w:tbl>
      <w:tblPr>
        <w:tblW w:w="0" w:type="auto"/>
        <w:tblLook w:val="04A0" w:firstRow="1" w:lastRow="0" w:firstColumn="1" w:lastColumn="0" w:noHBand="0" w:noVBand="1"/>
      </w:tblPr>
      <w:tblGrid>
        <w:gridCol w:w="10080"/>
      </w:tblGrid>
      <w:tr w:rsidR="00A23CCA" w14:paraId="3EEAF283" w14:textId="77777777">
        <w:tc>
          <w:tcPr>
            <w:tcW w:w="10080" w:type="dxa"/>
            <w:shd w:val="clear" w:color="auto" w:fill="FFF4CC"/>
            <w:vAlign w:val="center"/>
          </w:tcPr>
          <w:p w14:paraId="764877FF" w14:textId="77777777" w:rsidR="00A23CCA" w:rsidRDefault="00C84512">
            <w:pPr>
              <w:spacing w:after="0"/>
              <w:jc w:val="center"/>
            </w:pPr>
            <w:r>
              <w:rPr>
                <w:b/>
                <w:color w:val="805800"/>
                <w:sz w:val="24"/>
              </w:rPr>
              <w:t>IMPORTANT</w:t>
            </w:r>
          </w:p>
          <w:p w14:paraId="55307450" w14:textId="77777777" w:rsidR="00A23CCA" w:rsidRDefault="00C84512">
            <w:pPr>
              <w:jc w:val="center"/>
            </w:pPr>
            <w:r>
              <w:t xml:space="preserve">Please retain a copy of this agreement </w:t>
            </w:r>
            <w:r>
              <w:t>for your records.</w:t>
            </w:r>
            <w:r>
              <w:br/>
              <w:t>Bookings and payments for the Breakfast Club and After School Club are made through School Spider.</w:t>
            </w:r>
          </w:p>
        </w:tc>
      </w:tr>
    </w:tbl>
    <w:p w14:paraId="56665013" w14:textId="77777777" w:rsidR="00000000" w:rsidRDefault="00C84512"/>
    <w:sectPr w:rsidR="00000000" w:rsidSect="00034616">
      <w:headerReference w:type="default" r:id="rId11"/>
      <w:footerReference w:type="default" r:id="rId12"/>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4863F8" w14:textId="77777777" w:rsidR="00000000" w:rsidRDefault="00C84512">
      <w:pPr>
        <w:spacing w:after="0" w:line="240" w:lineRule="auto"/>
      </w:pPr>
      <w:r>
        <w:separator/>
      </w:r>
    </w:p>
  </w:endnote>
  <w:endnote w:type="continuationSeparator" w:id="0">
    <w:p w14:paraId="1FD78A3A" w14:textId="77777777" w:rsidR="00000000" w:rsidRDefault="00C84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4DFFC" w14:textId="77777777" w:rsidR="00A23CCA" w:rsidRDefault="00C84512">
    <w:pPr>
      <w:pStyle w:val="Footer"/>
      <w:jc w:val="center"/>
    </w:pPr>
    <w:r>
      <w:rPr>
        <w:color w:val="646464"/>
        <w:sz w:val="16"/>
      </w:rPr>
      <w:t xml:space="preserve">Corringham Church of </w:t>
    </w:r>
    <w:r>
      <w:rPr>
        <w:color w:val="646464"/>
        <w:sz w:val="16"/>
      </w:rPr>
      <w:t>England Primary School  •  Breakfast Club &amp; After School Club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CA8367" w14:textId="77777777" w:rsidR="00000000" w:rsidRDefault="00C84512">
      <w:pPr>
        <w:spacing w:after="0" w:line="240" w:lineRule="auto"/>
      </w:pPr>
      <w:r>
        <w:separator/>
      </w:r>
    </w:p>
  </w:footnote>
  <w:footnote w:type="continuationSeparator" w:id="0">
    <w:p w14:paraId="306C9B57" w14:textId="77777777" w:rsidR="00000000" w:rsidRDefault="00C84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103834" w14:textId="77777777" w:rsidR="00A23CCA" w:rsidRDefault="00C84512">
    <w:pPr>
      <w:pStyle w:val="Header"/>
      <w:jc w:val="center"/>
    </w:pPr>
    <w:r>
      <w:rPr>
        <w:b/>
        <w:color w:val="1F4E79"/>
        <w:sz w:val="17"/>
      </w:rPr>
      <w:t>CORRINGHAM CHURCH OF ENGLAND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A23CCA"/>
    <w:rsid w:val="00AA1D8D"/>
    <w:rsid w:val="00B47730"/>
    <w:rsid w:val="00C84512"/>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D09383"/>
  <w14:defaultImageDpi w14:val="300"/>
  <w15:docId w15:val="{07E64334-BEF8-491A-BE63-8150F44C6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pPr>
      <w:spacing w:after="100"/>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E78CD9AD30544D9D51F7700684059D" ma:contentTypeVersion="11" ma:contentTypeDescription="Create a new document." ma:contentTypeScope="" ma:versionID="fd138bbaf85926f90d28a61c179e93d3">
  <xsd:schema xmlns:xsd="http://www.w3.org/2001/XMLSchema" xmlns:xs="http://www.w3.org/2001/XMLSchema" xmlns:p="http://schemas.microsoft.com/office/2006/metadata/properties" xmlns:ns3="5d563f4a-96f1-4b8c-9104-70062a6c5045" targetNamespace="http://schemas.microsoft.com/office/2006/metadata/properties" ma:root="true" ma:fieldsID="d03984e9d36da9e846ddbcc3800ae60d" ns3:_="">
    <xsd:import namespace="5d563f4a-96f1-4b8c-9104-70062a6c504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563f4a-96f1-4b8c-9104-70062a6c504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d563f4a-96f1-4b8c-9104-70062a6c5045"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FEB34F-77AC-4BB9-8B6E-3793CFF0D4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563f4a-96f1-4b8c-9104-70062a6c50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827D55-E4B5-435A-92C6-AABD48F02EC8}">
  <ds:schemaRefs>
    <ds:schemaRef ds:uri="http://schemas.microsoft.com/sharepoint/v3/contenttype/forms"/>
  </ds:schemaRefs>
</ds:datastoreItem>
</file>

<file path=customXml/itemProps3.xml><?xml version="1.0" encoding="utf-8"?>
<ds:datastoreItem xmlns:ds="http://schemas.openxmlformats.org/officeDocument/2006/customXml" ds:itemID="{ED9DA237-A19C-4BD9-870D-CA835B0B4E3B}">
  <ds:schemaRefs>
    <ds:schemaRef ds:uri="http://schemas.microsoft.com/office/infopath/2007/PartnerControls"/>
    <ds:schemaRef ds:uri="http://purl.org/dc/dcmitype/"/>
    <ds:schemaRef ds:uri="http://www.w3.org/XML/1998/namespace"/>
    <ds:schemaRef ds:uri="http://purl.org/dc/elements/1.1/"/>
    <ds:schemaRef ds:uri="http://purl.org/dc/terms/"/>
    <ds:schemaRef ds:uri="http://schemas.microsoft.com/office/2006/metadata/properties"/>
    <ds:schemaRef ds:uri="http://schemas.microsoft.com/office/2006/documentManagement/types"/>
    <ds:schemaRef ds:uri="http://schemas.openxmlformats.org/package/2006/metadata/core-properties"/>
    <ds:schemaRef ds:uri="5d563f4a-96f1-4b8c-9104-70062a6c5045"/>
  </ds:schemaRefs>
</ds:datastoreItem>
</file>

<file path=customXml/itemProps4.xml><?xml version="1.0" encoding="utf-8"?>
<ds:datastoreItem xmlns:ds="http://schemas.openxmlformats.org/officeDocument/2006/customXml" ds:itemID="{DC125479-310B-41E4-A5AF-4578B5858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1694</Words>
  <Characters>9659</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11331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Jackie Stockdale</cp:lastModifiedBy>
  <cp:revision>2</cp:revision>
  <dcterms:created xsi:type="dcterms:W3CDTF">2026-11-03T14:20:00Z</dcterms:created>
  <dcterms:modified xsi:type="dcterms:W3CDTF">2026-11-03T14:20:00Z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0x010100E6E78CD9AD30544D9D51F7700684059D</vt:lpwstr>
  </property>
</Properties>
</file>