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83F6" w14:textId="453D29D6" w:rsidR="00786208" w:rsidRDefault="00786208">
      <w:pPr>
        <w:pStyle w:val="MapTitle"/>
        <w:jc w:val="center"/>
        <w:rPr>
          <w:rFonts w:ascii="Gill Sans MT" w:hAnsi="Gill Sans MT"/>
          <w:sz w:val="22"/>
        </w:rPr>
      </w:pPr>
      <w:r w:rsidRPr="002B2924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22F6A488" wp14:editId="5B0320A6">
            <wp:simplePos x="0" y="0"/>
            <wp:positionH relativeFrom="margin">
              <wp:posOffset>8539090</wp:posOffset>
            </wp:positionH>
            <wp:positionV relativeFrom="paragraph">
              <wp:posOffset>-1134257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6D76B" w14:textId="0FD63F59" w:rsidR="001036EB" w:rsidRPr="00786208" w:rsidRDefault="00786208" w:rsidP="00786208">
      <w:pPr>
        <w:pStyle w:val="MapTitle"/>
        <w:jc w:val="center"/>
        <w:rPr>
          <w:rFonts w:ascii="Gill Sans MT" w:hAnsi="Gill Sans MT"/>
          <w:color w:val="006600"/>
          <w:sz w:val="36"/>
          <w:szCs w:val="36"/>
          <w:u w:val="single"/>
        </w:rPr>
      </w:pPr>
      <w:r w:rsidRPr="00786208">
        <w:rPr>
          <w:rFonts w:ascii="Gill Sans MT" w:hAnsi="Gill Sans MT"/>
          <w:color w:val="006600"/>
          <w:sz w:val="36"/>
          <w:szCs w:val="36"/>
          <w:u w:val="single"/>
        </w:rPr>
        <w:t>Knowledge and Skills Progression</w:t>
      </w:r>
    </w:p>
    <w:p w14:paraId="2B42D0FB" w14:textId="77777777" w:rsidR="001036EB" w:rsidRPr="00786208" w:rsidRDefault="00786208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786208">
        <w:rPr>
          <w:rFonts w:ascii="Gill Sans MT" w:hAnsi="Gill Sans MT"/>
          <w:b/>
          <w:sz w:val="32"/>
          <w:szCs w:val="32"/>
          <w:u w:val="single"/>
        </w:rPr>
        <w:t>Reception to Year 6</w:t>
      </w:r>
    </w:p>
    <w:p w14:paraId="3D57EDFF" w14:textId="77777777" w:rsidR="001036EB" w:rsidRPr="00786208" w:rsidRDefault="00786208">
      <w:pPr>
        <w:jc w:val="center"/>
        <w:rPr>
          <w:rFonts w:ascii="Gill Sans MT" w:hAnsi="Gill Sans MT"/>
          <w:sz w:val="22"/>
        </w:rPr>
      </w:pPr>
      <w:r w:rsidRPr="00786208">
        <w:rPr>
          <w:rFonts w:ascii="Gill Sans MT" w:hAnsi="Gill Sans MT"/>
          <w:i/>
          <w:sz w:val="22"/>
        </w:rPr>
        <w:t>Structured around the White Rose Maths yearly sequence used at Barton St Lawrence.</w:t>
      </w:r>
    </w:p>
    <w:p w14:paraId="71522E0B" w14:textId="77777777" w:rsidR="001036EB" w:rsidRPr="00786208" w:rsidRDefault="00786208" w:rsidP="00786208">
      <w:pPr>
        <w:jc w:val="both"/>
        <w:rPr>
          <w:rFonts w:ascii="Gill Sans MT" w:hAnsi="Gill Sans MT"/>
          <w:sz w:val="26"/>
          <w:szCs w:val="26"/>
        </w:rPr>
      </w:pPr>
      <w:r w:rsidRPr="00786208">
        <w:rPr>
          <w:rFonts w:ascii="Gill Sans MT" w:hAnsi="Gill Sans MT"/>
          <w:b/>
          <w:sz w:val="26"/>
          <w:szCs w:val="26"/>
        </w:rPr>
        <w:t xml:space="preserve">How to read this map: </w:t>
      </w:r>
      <w:r w:rsidRPr="00786208">
        <w:rPr>
          <w:rFonts w:ascii="Gill Sans MT" w:hAnsi="Gill Sans MT"/>
          <w:sz w:val="26"/>
          <w:szCs w:val="26"/>
        </w:rPr>
        <w:t xml:space="preserve">Knowledge identifies the mathematical understanding pupils need to secure. </w:t>
      </w:r>
      <w:r w:rsidRPr="00786208">
        <w:rPr>
          <w:rFonts w:ascii="Gill Sans MT" w:hAnsi="Gill Sans MT"/>
          <w:sz w:val="26"/>
          <w:szCs w:val="26"/>
        </w:rPr>
        <w:t>Skills identify what pupils should increasingly be able to do with that knowledge through fluency, representation, calculation, reasoning and problem solving.</w:t>
      </w:r>
    </w:p>
    <w:p w14:paraId="78BD571A" w14:textId="77777777" w:rsidR="001036EB" w:rsidRPr="00786208" w:rsidRDefault="00786208" w:rsidP="00786208">
      <w:pPr>
        <w:jc w:val="both"/>
        <w:rPr>
          <w:rFonts w:ascii="Gill Sans MT" w:hAnsi="Gill Sans MT"/>
          <w:sz w:val="26"/>
          <w:szCs w:val="26"/>
        </w:rPr>
      </w:pPr>
      <w:r w:rsidRPr="00786208">
        <w:rPr>
          <w:rFonts w:ascii="Gill Sans MT" w:hAnsi="Gill Sans MT"/>
          <w:b/>
          <w:sz w:val="26"/>
          <w:szCs w:val="26"/>
        </w:rPr>
        <w:t xml:space="preserve">EYFS flexibility: </w:t>
      </w:r>
      <w:r w:rsidRPr="00786208">
        <w:rPr>
          <w:rFonts w:ascii="Gill Sans MT" w:hAnsi="Gill Sans MT"/>
          <w:sz w:val="26"/>
          <w:szCs w:val="26"/>
        </w:rPr>
        <w:t>White Rose Maths provides progression and structure in Reception, but implementation remains responsive to children's interests, experiences and emerging needs. Concepts are developed through adult-led teaching, purposeful continuous provision and child-initiated learning. Practitioners may adapt timing and context while ensuring key mathematical knowledge and concepts are taught progressively and securely.</w:t>
      </w:r>
    </w:p>
    <w:p w14:paraId="12C36B12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t>Reception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55CA5CEE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F574B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F4DC93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E9E7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D2E5E6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5F842B5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5BEF0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EDADD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Getting to know you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30A3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Become familiar with mathematical routines, resources and language; notice number, pattern, shape and measure in everyday experiences.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1AC1A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Explore mathematical resources through play; talk about what is noticed; sort, count, compare and represent ideas informally.</w:t>
            </w:r>
          </w:p>
        </w:tc>
      </w:tr>
      <w:tr w:rsidR="001036EB" w:rsidRPr="00786208" w14:paraId="0BD37AFE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066C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F2B70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Match, sort and compare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647B4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that objects can be matched and grouped </w:t>
            </w:r>
            <w:r w:rsidRPr="00786208">
              <w:rPr>
                <w:rFonts w:ascii="Gill Sans MT" w:hAnsi="Gill Sans MT"/>
                <w:sz w:val="22"/>
              </w:rPr>
              <w:t>according to shared attributes; understand same/different and simple comparison language.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DB518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Match objects; sort using a rule; compare groups and explain how objects have been classified.</w:t>
            </w:r>
          </w:p>
        </w:tc>
      </w:tr>
      <w:tr w:rsidR="001036EB" w:rsidRPr="00786208" w14:paraId="48691FD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2218A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19536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Talk about measure and patterns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A0825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Develop language for size, mass, capacity and comparison; recognise that patterns repeat.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B5E04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 objects using appropriate language; copy, continue and create simple repeating patterns.</w:t>
            </w:r>
          </w:p>
        </w:tc>
      </w:tr>
      <w:tr w:rsidR="001036EB" w:rsidRPr="00786208" w14:paraId="106919F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7491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BC6E0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It's me 1, 2, 3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58E2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Develop a secure understanding of 1, 2 and 3, including </w:t>
            </w:r>
            <w:r w:rsidRPr="00786208">
              <w:rPr>
                <w:rFonts w:ascii="Gill Sans MT" w:hAnsi="Gill Sans MT"/>
                <w:sz w:val="22"/>
              </w:rPr>
              <w:t>cardinality and composition; recognise small quantities.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B744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Subitise to 3; represent, compare and compose 1, 2 and 3 in different ways.</w:t>
            </w:r>
          </w:p>
        </w:tc>
      </w:tr>
      <w:tr w:rsidR="001036EB" w:rsidRPr="00786208" w14:paraId="1B31231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605E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D3B5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Circles and triangles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0A834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 circles and triangles and notice their properties in objects and the environment.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BDCC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Identify, describe, compare and compose with circles and triangles; use positional language in practical contexts.</w:t>
            </w:r>
          </w:p>
        </w:tc>
      </w:tr>
      <w:tr w:rsidR="001036EB" w:rsidRPr="00786208" w14:paraId="45C75FF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C2C1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D4E03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1, 2, 3, 4, 5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AAD1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Develop understanding of numbers to 5, including composition and one more/one less.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316A4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Subitise, count, represent, compare and compose numbers to 5; find one more and one less.</w:t>
            </w:r>
          </w:p>
        </w:tc>
      </w:tr>
      <w:tr w:rsidR="001036EB" w:rsidRPr="00786208" w14:paraId="2E21AFA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BA55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63CC7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Shapes with 4 sides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7AE8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 common four-sided shapes and notice similarities and differences.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F147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Identify, describe and combine shapes with four sides; use shapes purposefully in construction and play.</w:t>
            </w:r>
          </w:p>
        </w:tc>
      </w:tr>
      <w:tr w:rsidR="001036EB" w:rsidRPr="00786208" w14:paraId="620A082E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5CE5B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E4CEC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Alive in 5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E995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Deepen understanding of zero and numbers to 5; know that a number can be composed in different ways.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C822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Represent and compare 0-5; explore composition; identify one more/one less and connect quantities to numerals.</w:t>
            </w:r>
          </w:p>
        </w:tc>
      </w:tr>
      <w:tr w:rsidR="001036EB" w:rsidRPr="00786208" w14:paraId="2B6B2FC1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8A9C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5DB5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 xml:space="preserve">Mass </w:t>
            </w:r>
            <w:r w:rsidRPr="00786208">
              <w:rPr>
                <w:rFonts w:ascii="Gill Sans MT" w:hAnsi="Gill Sans MT"/>
                <w:b/>
                <w:sz w:val="22"/>
              </w:rPr>
              <w:t>and capacity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7C33E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that objects can be compared by mass and containers by capacity.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F1D1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Use practical resources to compare mass and capacity; use and explain comparative vocabulary.</w:t>
            </w:r>
          </w:p>
        </w:tc>
      </w:tr>
      <w:tr w:rsidR="001036EB" w:rsidRPr="00786208" w14:paraId="68BBFAD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3CE6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E18C8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Growing 6, 7, 8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9B5D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Develop secure number sense for 6, 7 and 8, </w:t>
            </w:r>
            <w:r w:rsidRPr="00786208">
              <w:rPr>
                <w:rFonts w:ascii="Gill Sans MT" w:hAnsi="Gill Sans MT"/>
                <w:sz w:val="22"/>
              </w:rPr>
              <w:t>including composition and relationships to 5.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22EBC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Subitise, represent, compare and compose 6-8; make pairs and combine groups in practical contexts.</w:t>
            </w:r>
          </w:p>
        </w:tc>
      </w:tr>
      <w:tr w:rsidR="001036EB" w:rsidRPr="00786208" w14:paraId="400C84C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94251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5FA24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Length, height and time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2074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that length and height can be compared and that events occur in a sequence.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D846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 and order lengths/heights; sequence familiar events and use everyday language relating to time.</w:t>
            </w:r>
          </w:p>
        </w:tc>
      </w:tr>
      <w:tr w:rsidR="001036EB" w:rsidRPr="00786208" w14:paraId="7FFEAF72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EDD0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8300E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Building 9 and 10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C5AAA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Develop secure understanding of 9 and 10, including composition, comparison and number bonds.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1A11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Subitise, represent and compare 9 and 10; explore bonds to 10 and relationships between consecutive numbers.</w:t>
            </w:r>
          </w:p>
        </w:tc>
      </w:tr>
      <w:tr w:rsidR="001036EB" w:rsidRPr="00786208" w14:paraId="43E17AFE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DA76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2C893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Explore 3-D shapes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98D88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 common 3-D shapes and understand that their properties affect how they can be used.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B85D5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 and describe 3-D shapes; sort and combine them; investigate which roll, stack or build effectively.</w:t>
            </w:r>
          </w:p>
        </w:tc>
      </w:tr>
      <w:tr w:rsidR="001036EB" w:rsidRPr="00786208" w14:paraId="6FC3D45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38387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DA1C8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To 20 and beyond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85E40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the counting sequence beyond 10 and recognise the structure of teen numbers as ten and some more.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88B63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Count, represent, order and compare numbers to 20 and </w:t>
            </w:r>
            <w:r w:rsidRPr="00786208">
              <w:rPr>
                <w:rFonts w:ascii="Gill Sans MT" w:hAnsi="Gill Sans MT"/>
                <w:sz w:val="22"/>
              </w:rPr>
              <w:t>beyond; identify patterns in the number system.</w:t>
            </w:r>
          </w:p>
        </w:tc>
      </w:tr>
      <w:tr w:rsidR="001036EB" w:rsidRPr="00786208" w14:paraId="0B3666A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B6F94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87198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How many now?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EC057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that quantities change when objects are added or removed.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9BB9D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Solve practical addition and subtraction situations by counting on/back, combining and separating groups.</w:t>
            </w:r>
          </w:p>
        </w:tc>
      </w:tr>
      <w:tr w:rsidR="001036EB" w:rsidRPr="00786208" w14:paraId="062FF3D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0D92F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CC470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Manipulate, compose and decompose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CDB8F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that shapes can be combined and separated to make other shapes.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D21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Rotate, manipulate, compose and decompose shapes; explain spatial relationships and notice shapes within shapes.</w:t>
            </w:r>
          </w:p>
        </w:tc>
      </w:tr>
      <w:tr w:rsidR="001036EB" w:rsidRPr="00786208" w14:paraId="5E68DE7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AAC6D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9BEFD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Sharing and grouping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4DDA8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equal sharing and grouping through practical contexts; recognise when groups are equal or unequal.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C681A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Share quantities fairly; make equal groups; explore doubles and identify patterns in grouped quantities.</w:t>
            </w:r>
          </w:p>
        </w:tc>
      </w:tr>
      <w:tr w:rsidR="001036EB" w:rsidRPr="00786208" w14:paraId="5DE44714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2BBCF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FE51D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Visualise, build and map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9658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Develop spatial awareness and understand that positions and routes can be represented.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CB5E0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Visualise arrangements; build from models; describe positions and routes; create and interpret simple maps.</w:t>
            </w:r>
          </w:p>
        </w:tc>
      </w:tr>
      <w:tr w:rsidR="001036EB" w:rsidRPr="00786208" w14:paraId="1FFC12D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87BE1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4E49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Make connections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12DD2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Connect number, pattern, shape, measure and spatial knowledge developed across the year.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BA3E7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Select and apply known mathematical ideas in play, practical problems and unfamiliar contexts; explain thinking.</w:t>
            </w:r>
          </w:p>
        </w:tc>
      </w:tr>
      <w:tr w:rsidR="001036EB" w:rsidRPr="00786208" w14:paraId="3686E9C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6C466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5DE5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0AD2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key early number, numerical pattern, shape, space and measure concepts.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BF149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Revisit, apply and deepen learning through purposeful provision, games, talk and problem solving.</w:t>
            </w:r>
          </w:p>
        </w:tc>
      </w:tr>
    </w:tbl>
    <w:p w14:paraId="70C48010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3D71EC29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1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76D31C67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DAE98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FE4E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DF432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2E006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4E5EBD75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58E3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D6B9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 (within 10)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F5154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the counting sequence to 10; understand that </w:t>
            </w:r>
            <w:r w:rsidRPr="00786208">
              <w:rPr>
                <w:rFonts w:ascii="Gill Sans MT" w:hAnsi="Gill Sans MT"/>
                <w:sz w:val="22"/>
              </w:rPr>
              <w:t xml:space="preserve">numbers represent quantities and can be partitioned; know one more/less </w:t>
            </w:r>
            <w:proofErr w:type="gramStart"/>
            <w:r w:rsidRPr="00786208">
              <w:rPr>
                <w:rFonts w:ascii="Gill Sans MT" w:hAnsi="Gill Sans MT"/>
                <w:sz w:val="22"/>
              </w:rPr>
              <w:t>relationships</w:t>
            </w:r>
            <w:proofErr w:type="gramEnd"/>
            <w:r w:rsidRPr="00786208">
              <w:rPr>
                <w:rFonts w:ascii="Gill Sans MT" w:hAnsi="Gill Sans MT"/>
                <w:sz w:val="22"/>
              </w:rPr>
              <w:t>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3E696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Count, read, write, represent, compare and order numbers to 10; use objects, number lines and symbols &lt;, &gt; and =.</w:t>
            </w:r>
          </w:p>
        </w:tc>
      </w:tr>
      <w:tr w:rsidR="001036EB" w:rsidRPr="00786208" w14:paraId="64D9A015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702F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590F1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 and subtraction (within 10)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619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part-whole relationships and key number bonds within 10; understand addition as combining/adding and subtraction as taking away/finding difference.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21DB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Write and interpret addition/subtraction equations; use number bonds and systematic strategies to solve calculations and problems.</w:t>
            </w:r>
          </w:p>
        </w:tc>
      </w:tr>
      <w:tr w:rsidR="001036EB" w:rsidRPr="00786208" w14:paraId="1F4E698E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F39D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BAE2B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99739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 and name common 2-D and 3-D shapes and know simple properties.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4E05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Sort, compare and make patterns with shapes; describe shapes using appropriate mathematical vocabulary.</w:t>
            </w:r>
          </w:p>
        </w:tc>
      </w:tr>
      <w:tr w:rsidR="001036EB" w:rsidRPr="00786208" w14:paraId="75C1F0F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4363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1B13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7F91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Secure the </w:t>
            </w:r>
            <w:r w:rsidRPr="00786208">
              <w:rPr>
                <w:rFonts w:ascii="Gill Sans MT" w:hAnsi="Gill Sans MT"/>
                <w:sz w:val="22"/>
              </w:rPr>
              <w:t>essential number and geometry knowledge taught during the term.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AB17E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Retrieve and apply prior learning; address misconceptions and solve mixed problems.</w:t>
            </w:r>
          </w:p>
        </w:tc>
      </w:tr>
      <w:tr w:rsidR="001036EB" w:rsidRPr="00786208" w14:paraId="5A08899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6C02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557A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 (within 20)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16FB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teen numbers as ten and ones; know the order and relative size of numbers to 20.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6F6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Count, represent, partition, compare and order numbers to 20; identify one more/less and use number lines.</w:t>
            </w:r>
          </w:p>
        </w:tc>
      </w:tr>
      <w:tr w:rsidR="001036EB" w:rsidRPr="00786208" w14:paraId="24E5D17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9439F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80316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 and subtraction (within 20)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3847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number bonds to 20 and related facts; understand strategies such as making 10 </w:t>
            </w:r>
            <w:r w:rsidRPr="00786208">
              <w:rPr>
                <w:rFonts w:ascii="Gill Sans MT" w:hAnsi="Gill Sans MT"/>
                <w:sz w:val="22"/>
              </w:rPr>
              <w:t>and using known facts.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2CEF5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Add and subtract within 20 using efficient mental strategies; solve missing-number and contextual problems.</w:t>
            </w:r>
          </w:p>
        </w:tc>
      </w:tr>
      <w:tr w:rsidR="001036EB" w:rsidRPr="00786208" w14:paraId="23ABE27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1904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29E48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 (within 50)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30702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tens and ones in numbers to 50 and recognise patterns in the counting sequence.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4C281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 in 2s, 5s and 10s; represent, partition, compare and order numbers to 50.</w:t>
            </w:r>
          </w:p>
        </w:tc>
      </w:tr>
      <w:tr w:rsidR="001036EB" w:rsidRPr="00786208" w14:paraId="5B2BE9D4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1BA15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0A0DC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Length and height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BE7BF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that length/height can be measured and compared using consistent units.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62D7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Compare and measure lengths/heights using non-standard and standard </w:t>
            </w:r>
            <w:r w:rsidRPr="00786208">
              <w:rPr>
                <w:rFonts w:ascii="Gill Sans MT" w:hAnsi="Gill Sans MT"/>
                <w:sz w:val="22"/>
              </w:rPr>
              <w:t>units; use comparative language accurately.</w:t>
            </w:r>
          </w:p>
        </w:tc>
      </w:tr>
      <w:tr w:rsidR="001036EB" w:rsidRPr="00786208" w14:paraId="07EFFAA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B6468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D759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Mass and volume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466E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mass, capacity and volume as measurable attributes.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BEE4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 and measure mass and capacity practically; use language such as heavier/lighter, full/empty and more/less.</w:t>
            </w:r>
          </w:p>
        </w:tc>
      </w:tr>
      <w:tr w:rsidR="001036EB" w:rsidRPr="00786208" w14:paraId="1D10DFC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F6D4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FEE6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97BF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multiplication through equal groups and repeated addition and division through sharing/grouping.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85CCD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 in 2s, 5s and 10s; make equal groups and arrays; solve simple multiplication and division problems.</w:t>
            </w:r>
          </w:p>
        </w:tc>
      </w:tr>
      <w:tr w:rsidR="001036EB" w:rsidRPr="00786208" w14:paraId="6F7A670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49BB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B5D86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3CA27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that a half and a quarter are equal parts of a whole or quantity.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328DE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Recognise, find and name halves and quarters of objects, shapes and quantities.</w:t>
            </w:r>
          </w:p>
        </w:tc>
      </w:tr>
      <w:tr w:rsidR="001036EB" w:rsidRPr="00786208" w14:paraId="4F23852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F536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F8AE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Position and direction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1B79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positional and directional language including whole, </w:t>
            </w:r>
            <w:r w:rsidRPr="00786208">
              <w:rPr>
                <w:rFonts w:ascii="Gill Sans MT" w:hAnsi="Gill Sans MT"/>
                <w:sz w:val="22"/>
              </w:rPr>
              <w:t>half, quarter and three-quarter turns.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2DABC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Describe positions, directions and movements; follow and give simple movement instructions.</w:t>
            </w:r>
          </w:p>
        </w:tc>
      </w:tr>
      <w:tr w:rsidR="001036EB" w:rsidRPr="00786208" w14:paraId="78AFE0D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B7E1D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5ECEB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 (within 100)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C25E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Understand two-digit numbers as tens and ones and recognise the structure of the </w:t>
            </w:r>
            <w:r w:rsidRPr="00786208">
              <w:rPr>
                <w:rFonts w:ascii="Gill Sans MT" w:hAnsi="Gill Sans MT"/>
                <w:sz w:val="22"/>
              </w:rPr>
              <w:t>number system to 100.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610D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Count, represent, partition, compare and order numbers to 100; find one more/less and use number lines.</w:t>
            </w:r>
          </w:p>
        </w:tc>
      </w:tr>
      <w:tr w:rsidR="001036EB" w:rsidRPr="00786208" w14:paraId="3448764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526E4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5E6F1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Money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8AD8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 common coins and notes and understand that different coins have different values.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851A2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 coins/notes; count simple amounts and compare values in practical contexts.</w:t>
            </w:r>
          </w:p>
        </w:tc>
      </w:tr>
      <w:tr w:rsidR="001036EB" w:rsidRPr="00786208" w14:paraId="2087AED3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D3E4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7C13F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Time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7F96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key sequencing and time vocabulary; recognise o'clock and half past.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C891A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Sequence events; use before/after; tell the time to the hour and half hour; compare durations.</w:t>
            </w:r>
          </w:p>
        </w:tc>
      </w:tr>
      <w:tr w:rsidR="001036EB" w:rsidRPr="00786208" w14:paraId="70DDB06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4A864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0D4EE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8748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and connect key Year 1 mathematical knowledge.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AD72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Retrieve and apply learning across number, measure and geometry in mixed and problem-solving contexts.</w:t>
            </w:r>
          </w:p>
        </w:tc>
      </w:tr>
    </w:tbl>
    <w:p w14:paraId="03C5AEE6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51D35FAE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2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3D93B4D6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0A83E8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73321F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56BD1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A199B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1ABDED52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8D530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B712D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5B10D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the value of tens and ones in two-digit numbers; know counting patterns in 2s, 3s, 5s and 10s.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A19AD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Represent and partition numbers to 100; compare/order them; count forwards/backwards and estimate positions on number lines.</w:t>
            </w:r>
          </w:p>
        </w:tc>
      </w:tr>
      <w:tr w:rsidR="001036EB" w:rsidRPr="00786208" w14:paraId="6576DE9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4613A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6C64E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 xml:space="preserve">Addition and </w:t>
            </w:r>
            <w:r w:rsidRPr="00786208">
              <w:rPr>
                <w:rFonts w:ascii="Gill Sans MT" w:hAnsi="Gill Sans MT"/>
                <w:b/>
                <w:sz w:val="22"/>
              </w:rPr>
              <w:t>subtraction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7C21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number bonds to 20 and related facts to 100; understand how place value supports calculation.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8DEAD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Add and subtract one- and two-digit numbers using mental and written representations; solve missing-number and contextual problems.</w:t>
            </w:r>
          </w:p>
        </w:tc>
      </w:tr>
      <w:tr w:rsidR="001036EB" w:rsidRPr="00786208" w14:paraId="63510EB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4658A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C45DB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4C9EF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properties of common 2-D and 3-D shapes, including sides, vertices, faces and edges.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7AF68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Identify, describe, sort and make shapes; recognise symmetry and patterns with shapes.</w:t>
            </w:r>
          </w:p>
        </w:tc>
      </w:tr>
      <w:tr w:rsidR="001036EB" w:rsidRPr="00786208" w14:paraId="19AFE5A1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AF0CC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89F6E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Money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D1AFC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the values of coins and notes and </w:t>
            </w:r>
            <w:r w:rsidRPr="00786208">
              <w:rPr>
                <w:rFonts w:ascii="Gill Sans MT" w:hAnsi="Gill Sans MT"/>
                <w:sz w:val="22"/>
              </w:rPr>
              <w:t>relationships between pounds and pence.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50E6B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Count money, make amounts in different ways, compare totals and calculate change in simple contexts.</w:t>
            </w:r>
          </w:p>
        </w:tc>
      </w:tr>
      <w:tr w:rsidR="001036EB" w:rsidRPr="00786208" w14:paraId="4853CB0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0921B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6017B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BA3D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2, 5 and 10 multiplication facts and related division facts; understand equal groups, arrays and sharing.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89A4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Recall and use facts; represent multiplication/division; solve grouping, sharing and missing-number problems.</w:t>
            </w:r>
          </w:p>
        </w:tc>
      </w:tr>
      <w:tr w:rsidR="001036EB" w:rsidRPr="00786208" w14:paraId="22081FD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14DB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306FA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Length and height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39312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standard </w:t>
            </w:r>
            <w:proofErr w:type="gramStart"/>
            <w:r w:rsidRPr="00786208">
              <w:rPr>
                <w:rFonts w:ascii="Gill Sans MT" w:hAnsi="Gill Sans MT"/>
                <w:sz w:val="22"/>
              </w:rPr>
              <w:t>units</w:t>
            </w:r>
            <w:proofErr w:type="gramEnd"/>
            <w:r w:rsidRPr="00786208">
              <w:rPr>
                <w:rFonts w:ascii="Gill Sans MT" w:hAnsi="Gill Sans MT"/>
                <w:sz w:val="22"/>
              </w:rPr>
              <w:t xml:space="preserve"> metres and centimetres and their purposes.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EFE2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Measure, compare and </w:t>
            </w:r>
            <w:r w:rsidRPr="00786208">
              <w:rPr>
                <w:rFonts w:ascii="Gill Sans MT" w:hAnsi="Gill Sans MT"/>
                <w:sz w:val="22"/>
              </w:rPr>
              <w:t>order lengths/heights; choose appropriate units and solve simple measurement problems.</w:t>
            </w:r>
          </w:p>
        </w:tc>
      </w:tr>
      <w:tr w:rsidR="001036EB" w:rsidRPr="00786208" w14:paraId="20B71CC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BA4B8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F69E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Mass, capacity and temperature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BDCAA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standard units including grams, kilograms, millilitres, litres and degrees Celsius.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147AC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Measure, compare and read scales for mass, capacity and temperature; solve practical problems.</w:t>
            </w:r>
          </w:p>
        </w:tc>
      </w:tr>
      <w:tr w:rsidR="001036EB" w:rsidRPr="00786208" w14:paraId="11E3173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7DB2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E5CD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CE53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halves, quarters, thirds and unit/non-unit fractions; understand equivalence of 2/4 and 1/2.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318C6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Recognise, find, name and write fractions of shapes, lengths and quantities; count in fractional steps.</w:t>
            </w:r>
          </w:p>
        </w:tc>
      </w:tr>
      <w:tr w:rsidR="001036EB" w:rsidRPr="00786208" w14:paraId="4E25004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E78B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AC9B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Time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CA6B1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time to five minutes, quarter past/to, and the number of minutes in an </w:t>
            </w:r>
            <w:proofErr w:type="gramStart"/>
            <w:r w:rsidRPr="00786208">
              <w:rPr>
                <w:rFonts w:ascii="Gill Sans MT" w:hAnsi="Gill Sans MT"/>
                <w:sz w:val="22"/>
              </w:rPr>
              <w:t>hour/hours</w:t>
            </w:r>
            <w:proofErr w:type="gramEnd"/>
            <w:r w:rsidRPr="00786208">
              <w:rPr>
                <w:rFonts w:ascii="Gill Sans MT" w:hAnsi="Gill Sans MT"/>
                <w:sz w:val="22"/>
              </w:rPr>
              <w:t xml:space="preserve"> in a day.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7C49B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Read and show times on analogue clocks; compare and sequence intervals; solve simple time problems.</w:t>
            </w:r>
          </w:p>
        </w:tc>
      </w:tr>
      <w:tr w:rsidR="001036EB" w:rsidRPr="00786208" w14:paraId="30E32EC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91F0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782AF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Statistics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14C38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that information can be organised in tally charts, tables, pictograms and block diagrams.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9F148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Collect, present, read and interpret data; ask and answer comparison and total questions.</w:t>
            </w:r>
          </w:p>
        </w:tc>
      </w:tr>
      <w:tr w:rsidR="001036EB" w:rsidRPr="00786208" w14:paraId="703854C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6307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FDB9C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Position and direction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C761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turns and positional language and recognise patterns involving movement.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D9FFD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Describe movement and turns; create and continue patterns of shapes and positions.</w:t>
            </w:r>
          </w:p>
        </w:tc>
      </w:tr>
      <w:tr w:rsidR="001036EB" w:rsidRPr="00786208" w14:paraId="0004304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1A7F8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9A973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A8C00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and connect key Year 2 knowledge in preparation for KS2.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71B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Retrieve, apply and reason with learning across mathematical domains.</w:t>
            </w:r>
          </w:p>
        </w:tc>
      </w:tr>
    </w:tbl>
    <w:p w14:paraId="3BBD2514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624451D2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3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10015C86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3E005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60DE4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F90DB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A52821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4494916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472EB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D6DDA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1D64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hundreds, tens and ones in numbers to 1,000 and the effect of 10/100 more or less.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5A19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Represent, partition, compare and order </w:t>
            </w:r>
            <w:r w:rsidRPr="00786208">
              <w:rPr>
                <w:rFonts w:ascii="Gill Sans MT" w:hAnsi="Gill Sans MT"/>
                <w:sz w:val="22"/>
              </w:rPr>
              <w:t>numbers to 1,000; estimate on number lines and round to the nearest 10.</w:t>
            </w:r>
          </w:p>
        </w:tc>
      </w:tr>
      <w:tr w:rsidR="001036EB" w:rsidRPr="00786208" w14:paraId="5229CC1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9B8A0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A949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 and subtraction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4511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place-value relationships and complements that support calculation; understand exchange in column methods.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76AD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Add and subtract up to </w:t>
            </w:r>
            <w:r w:rsidRPr="00786208">
              <w:rPr>
                <w:rFonts w:ascii="Gill Sans MT" w:hAnsi="Gill Sans MT"/>
                <w:sz w:val="22"/>
              </w:rPr>
              <w:t>three-digit numbers using mental and formal written methods; estimate, check and solve problems.</w:t>
            </w:r>
          </w:p>
        </w:tc>
      </w:tr>
      <w:tr w:rsidR="001036EB" w:rsidRPr="00786208" w14:paraId="728D9C9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88358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79357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5A28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multiplication and division are inverse operations; secure 2, 5 and 10 facts and develop 3, 4 and 8 facts.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9C02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Use arrays, equal groups and related facts; multiply/divide by 3, 4 and 8 and solve contextual problems.</w:t>
            </w:r>
          </w:p>
        </w:tc>
      </w:tr>
      <w:tr w:rsidR="001036EB" w:rsidRPr="00786208" w14:paraId="763B530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C3F0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A5C4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43429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how known facts can derive new facts; understand partitioning in multiplication and division.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5DC42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Use related </w:t>
            </w:r>
            <w:r w:rsidRPr="00786208">
              <w:rPr>
                <w:rFonts w:ascii="Gill Sans MT" w:hAnsi="Gill Sans MT"/>
                <w:sz w:val="22"/>
              </w:rPr>
              <w:t>calculations, scaling and partitioning; multiply two-digit by one-digit numbers and divide with appropriate representations.</w:t>
            </w:r>
          </w:p>
        </w:tc>
      </w:tr>
      <w:tr w:rsidR="001036EB" w:rsidRPr="00786208" w14:paraId="6AAAF1EE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D103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4757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Length and perimeter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6A008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metric units mm, cm and m and understand perimeter as distance around a shape.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3601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Measure, compare, add and subtract lengths; calculate perimeters of simple 2-D shapes.</w:t>
            </w:r>
          </w:p>
        </w:tc>
      </w:tr>
      <w:tr w:rsidR="001036EB" w:rsidRPr="00786208" w14:paraId="27862D43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10168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DBF9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BEFA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denominators as equal parts and numerators as the number of parts; know unit and non-unit fractions.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56A85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Recognise, represent, compare and order </w:t>
            </w:r>
            <w:r w:rsidRPr="00786208">
              <w:rPr>
                <w:rFonts w:ascii="Gill Sans MT" w:hAnsi="Gill Sans MT"/>
                <w:sz w:val="22"/>
              </w:rPr>
              <w:t>fractions; place fractions on number lines and understand fractions as scales.</w:t>
            </w:r>
          </w:p>
        </w:tc>
      </w:tr>
      <w:tr w:rsidR="001036EB" w:rsidRPr="00786208" w14:paraId="357A3FB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33AA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D23C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Mass and capacity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027BB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relationships between grams/kilograms and millilitres/litres and how scales are structured.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50B69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Measure, compare, add and subtract mass and capacity; read scales with increasing accuracy.</w:t>
            </w:r>
          </w:p>
        </w:tc>
      </w:tr>
      <w:tr w:rsidR="001036EB" w:rsidRPr="00786208" w14:paraId="08719841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EAF61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ED8E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049B0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simple equivalent fractions and understand addition/subtraction of fractions with the same denominator.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BCCF8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Find equivalent fractions; add/subtract fractions within one whole; solve fraction problems.</w:t>
            </w:r>
          </w:p>
        </w:tc>
      </w:tr>
      <w:tr w:rsidR="001036EB" w:rsidRPr="00786208" w14:paraId="7139DC9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AA9E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5479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Money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8D7B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pounds and pence notation and the relationship £1 = 100p.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8F34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pounds/pence, add and subtract money and calculate change in practical problems.</w:t>
            </w:r>
          </w:p>
        </w:tc>
      </w:tr>
      <w:tr w:rsidR="001036EB" w:rsidRPr="00786208" w14:paraId="6E1AC09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D123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0C70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Time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02D6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Roman numerals I-XII, 12/24-hour conventions and key </w:t>
            </w:r>
            <w:r w:rsidRPr="00786208">
              <w:rPr>
                <w:rFonts w:ascii="Gill Sans MT" w:hAnsi="Gill Sans MT"/>
                <w:sz w:val="22"/>
              </w:rPr>
              <w:t>time-unit relationships.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AF52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Tell/read time to the minute; calculate durations and solve problems involving calendars and time.</w:t>
            </w:r>
          </w:p>
        </w:tc>
      </w:tr>
      <w:tr w:rsidR="001036EB" w:rsidRPr="00786208" w14:paraId="70DEFBB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5C27C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E773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0AA9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properties of 2-D/3-D shapes; recognise right angles and understand horizontal, vertical, parallel and perpendicular.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FC1C8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Identify, compare and draw shapes; classify angles as greater/less than a right angle; recognise lines and properties.</w:t>
            </w:r>
          </w:p>
        </w:tc>
      </w:tr>
      <w:tr w:rsidR="001036EB" w:rsidRPr="00786208" w14:paraId="45E62AC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BC72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C38F5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Statistics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DC4B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pictograms, bar charts and tables as representations of data.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511D8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Interpret and present data; answer one- and two-step questions using information from charts and tables.</w:t>
            </w:r>
          </w:p>
        </w:tc>
      </w:tr>
      <w:tr w:rsidR="001036EB" w:rsidRPr="00786208" w14:paraId="3BD8A6F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047F6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99054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6BA99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and connect Year 3 knowledge.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54EB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Apply learning to mixed fluency, reasoning and problem-solving tasks.</w:t>
            </w:r>
          </w:p>
        </w:tc>
      </w:tr>
    </w:tbl>
    <w:p w14:paraId="01892613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05865510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4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78A0BF25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79F619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2CD4C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EA9743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B9A94E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72D336D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1D5E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086C5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321D6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place value in four-digit numbers and the role of zero; know Roman numerals to 100 and negative numbers in context.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DD3C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Represent, partition, compare and order numbers to 10,000; round to nearest 10, 100 and </w:t>
            </w:r>
            <w:r w:rsidRPr="00786208">
              <w:rPr>
                <w:rFonts w:ascii="Gill Sans MT" w:hAnsi="Gill Sans MT"/>
                <w:sz w:val="22"/>
              </w:rPr>
              <w:t>1,000; count through zero.</w:t>
            </w:r>
          </w:p>
        </w:tc>
      </w:tr>
      <w:tr w:rsidR="001036EB" w:rsidRPr="00786208" w14:paraId="3B7C745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EBA80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98F65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 and subtraction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30635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exchange in formal column methods and the inverse relationship between addition and subtraction.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5FEFB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Add/subtract numbers with up to four digits; estimate/check answers and solve </w:t>
            </w:r>
            <w:r w:rsidRPr="00786208">
              <w:rPr>
                <w:rFonts w:ascii="Gill Sans MT" w:hAnsi="Gill Sans MT"/>
                <w:sz w:val="22"/>
              </w:rPr>
              <w:t>multi-step problems.</w:t>
            </w:r>
          </w:p>
        </w:tc>
      </w:tr>
      <w:tr w:rsidR="001036EB" w:rsidRPr="00786208" w14:paraId="36EB293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8B35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54896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Area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28709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area as the amount of surface covered and that it can be measured using square units.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7321F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 areas by counting squares and make/compare rectilinear shapes with given areas.</w:t>
            </w:r>
          </w:p>
        </w:tc>
      </w:tr>
      <w:tr w:rsidR="001036EB" w:rsidRPr="00786208" w14:paraId="303C5BD3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9A1CE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5444B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C85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multiplication/division facts to 12 x 12 and understand factor pairs and related facts.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F7B73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Recall facts fluently; use factor pairs, multiply/divide by 10 and 100 and apply facts to calculations/problems.</w:t>
            </w:r>
          </w:p>
        </w:tc>
      </w:tr>
      <w:tr w:rsidR="001036EB" w:rsidRPr="00786208" w14:paraId="0F6B1B9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9B72F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9621E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E9EC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key Autumn knowledge, particularly number and multiplication foundations.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3D798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Retrieve, apply and reason with taught content; address identified gaps.</w:t>
            </w:r>
          </w:p>
        </w:tc>
      </w:tr>
      <w:tr w:rsidR="001036EB" w:rsidRPr="00786208" w14:paraId="3EF7F8C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0F100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E6CD0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53B8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how place value and distributive strategies support multiplication/division beyond known facts.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F04C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Multiply and divide one- to three-digit numbers by one-digit numbers using efficient mental/written methods; solve correspondence problems.</w:t>
            </w:r>
          </w:p>
        </w:tc>
      </w:tr>
      <w:tr w:rsidR="001036EB" w:rsidRPr="00786208" w14:paraId="37AF3F2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EB42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21B37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Length and perimeter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EF267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relationships between km, m and cm and understand </w:t>
            </w:r>
            <w:r w:rsidRPr="00786208">
              <w:rPr>
                <w:rFonts w:ascii="Gill Sans MT" w:hAnsi="Gill Sans MT"/>
                <w:sz w:val="22"/>
              </w:rPr>
              <w:t>perimeter of rectilinear shapes and polygons.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3603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units; calculate missing lengths and perimeters; solve measurement problems.</w:t>
            </w:r>
          </w:p>
        </w:tc>
      </w:tr>
      <w:tr w:rsidR="001036EB" w:rsidRPr="00786208" w14:paraId="675A696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689D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B2F2A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463B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equivalent fractions, mixed numbers and improper fractions; understand fractions greater than one.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4306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Represent, compare and order fractions; convert mixed/improper forms; add/subtract fractions with common denominators.</w:t>
            </w:r>
          </w:p>
        </w:tc>
      </w:tr>
      <w:tr w:rsidR="001036EB" w:rsidRPr="00786208" w14:paraId="1AAC86B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8B4EA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55C85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Decimals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2AF3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tenths and hundredths as fractions and decimal place-value positions.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39422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Represent, partition, compare and </w:t>
            </w:r>
            <w:r w:rsidRPr="00786208">
              <w:rPr>
                <w:rFonts w:ascii="Gill Sans MT" w:hAnsi="Gill Sans MT"/>
                <w:sz w:val="22"/>
              </w:rPr>
              <w:t>order tenths/hundredths; divide one- and two-digit numbers by 10 and 100.</w:t>
            </w:r>
          </w:p>
        </w:tc>
      </w:tr>
      <w:tr w:rsidR="001036EB" w:rsidRPr="00786208" w14:paraId="11FC8EE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940E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FB7B4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Decimals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B5A78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decimal equivalents of common fractions and understand rounding decimals.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E8406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Compare/order decimals; round to nearest whole; identify halves/quarters as decimals and solve decimal problems.</w:t>
            </w:r>
          </w:p>
        </w:tc>
      </w:tr>
      <w:tr w:rsidR="001036EB" w:rsidRPr="00786208" w14:paraId="5BCB2465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3370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6375E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Money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AE7DF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pounds/pence as decimal notation and relationships between monetary units.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22B01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Convert, estimate, compare and calculate with money; solve multi-step problems including change.</w:t>
            </w:r>
          </w:p>
        </w:tc>
      </w:tr>
      <w:tr w:rsidR="001036EB" w:rsidRPr="00786208" w14:paraId="65B2565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402B0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C0954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Time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2C5CF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12- and </w:t>
            </w:r>
            <w:r w:rsidRPr="00786208">
              <w:rPr>
                <w:rFonts w:ascii="Gill Sans MT" w:hAnsi="Gill Sans MT"/>
                <w:sz w:val="22"/>
              </w:rPr>
              <w:t>24-hour notation and relationships among seconds, minutes, hours, days, weeks, months and years.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6B60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between time formats/units; calculate durations and solve timetable problems.</w:t>
            </w:r>
          </w:p>
        </w:tc>
      </w:tr>
      <w:tr w:rsidR="001036EB" w:rsidRPr="00786208" w14:paraId="72E22DA8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A7BEC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4F548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Consolidation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699BC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learning before later geometry/statistics work and transition to Year 5.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9DCA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Retrieve and apply knowledge in mixed contexts; address misconceptions.</w:t>
            </w:r>
          </w:p>
        </w:tc>
      </w:tr>
      <w:tr w:rsidR="001036EB" w:rsidRPr="00786208" w14:paraId="44F1D74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FE7B2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C710A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7E60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acute, obtuse and right angles; properties of triangles, quadrilaterals and lines of symmetry.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0C6A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Compare/order angles; classify </w:t>
            </w:r>
            <w:r w:rsidRPr="00786208">
              <w:rPr>
                <w:rFonts w:ascii="Gill Sans MT" w:hAnsi="Gill Sans MT"/>
                <w:sz w:val="22"/>
              </w:rPr>
              <w:t>shapes; identify lines of symmetry and complete symmetric figures.</w:t>
            </w:r>
          </w:p>
        </w:tc>
      </w:tr>
      <w:tr w:rsidR="001036EB" w:rsidRPr="00786208" w14:paraId="39F83DCC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73C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52102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Statistics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27BD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bar charts, pictograms, tables and line graphs and what changes over time can show.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96A30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Interpret and present discrete/continuous data; solve </w:t>
            </w:r>
            <w:r w:rsidRPr="00786208">
              <w:rPr>
                <w:rFonts w:ascii="Gill Sans MT" w:hAnsi="Gill Sans MT"/>
                <w:sz w:val="22"/>
              </w:rPr>
              <w:t>comparison, sum and difference problems.</w:t>
            </w:r>
          </w:p>
        </w:tc>
      </w:tr>
      <w:tr w:rsidR="001036EB" w:rsidRPr="00786208" w14:paraId="73D1174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78C4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C8EF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Position and direction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4EB5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coordinates in the first quadrant and translations on a grid.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45A4D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Describe positions using coordinates; plot points and describe translations.</w:t>
            </w:r>
          </w:p>
        </w:tc>
      </w:tr>
    </w:tbl>
    <w:p w14:paraId="3776FCE6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6AD0D201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5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4CD5FE22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55105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D212F2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D977E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9A4DA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7FACCAC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34E5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25B3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5147F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place value to 1,000,000, powers of 10, negative numbers and Roman numerals to 1,000.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358A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Read, write, partition, compare and order numbers; round within 1,000,000 and interpret negative </w:t>
            </w:r>
            <w:r w:rsidRPr="00786208">
              <w:rPr>
                <w:rFonts w:ascii="Gill Sans MT" w:hAnsi="Gill Sans MT"/>
                <w:sz w:val="22"/>
              </w:rPr>
              <w:t>numbers in context.</w:t>
            </w:r>
          </w:p>
        </w:tc>
      </w:tr>
      <w:tr w:rsidR="001036EB" w:rsidRPr="00786208" w14:paraId="6BF4196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CBC9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AD30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 and subtraction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E90E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formal algorithms and how estimation/inverse operations support checking.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9D45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Add/subtract whole numbers with more than four digits; use mental strategies, estimate and solve multi-step </w:t>
            </w:r>
            <w:r w:rsidRPr="00786208">
              <w:rPr>
                <w:rFonts w:ascii="Gill Sans MT" w:hAnsi="Gill Sans MT"/>
                <w:sz w:val="22"/>
              </w:rPr>
              <w:t>problems.</w:t>
            </w:r>
          </w:p>
        </w:tc>
      </w:tr>
      <w:tr w:rsidR="001036EB" w:rsidRPr="00786208" w14:paraId="5359945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801BD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B8548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FA7F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multiples, factors, common factors, primes, squares and cubes and place-value effects of x/divide by 10,100,1000.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AADC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Identify number properties; multiply/divide by powers of 10; use known facts and solve problems involving factors and multiples.</w:t>
            </w:r>
          </w:p>
        </w:tc>
      </w:tr>
      <w:tr w:rsidR="001036EB" w:rsidRPr="00786208" w14:paraId="5A75EA3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CC0E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1E61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05D23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equivalent fractions, improper fractions and mixed numbers and how common denominators support comparison/calculation.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5E15C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Find equivalents; convert forms; compare/order fractions and add/subtract fractions with related denominators.</w:t>
            </w:r>
          </w:p>
        </w:tc>
      </w:tr>
      <w:tr w:rsidR="001036EB" w:rsidRPr="00786208" w14:paraId="2B9FC2D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A78DB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536E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Multiplication and division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7C1B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formal multiplication and division strategies and the meaning of remainders.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DE564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Multiply up to four-digit numbers by one/two digits; divide up to four digits by one digit; interpret remainders in context.</w:t>
            </w:r>
          </w:p>
        </w:tc>
      </w:tr>
      <w:tr w:rsidR="001036EB" w:rsidRPr="00786208" w14:paraId="06DCF09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03B4E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F341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BD549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multiplication of fractions by integers and fractions as operators.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29AE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Add/subtract increasingly complex fractions; multiply fractions/mixed numbers by whole numbers; find </w:t>
            </w:r>
            <w:r w:rsidRPr="00786208">
              <w:rPr>
                <w:rFonts w:ascii="Gill Sans MT" w:hAnsi="Gill Sans MT"/>
                <w:sz w:val="22"/>
              </w:rPr>
              <w:t>fractions of quantities.</w:t>
            </w:r>
          </w:p>
        </w:tc>
      </w:tr>
      <w:tr w:rsidR="001036EB" w:rsidRPr="00786208" w14:paraId="27F0B9E5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06FA4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BF6F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Decimals and percentages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FF448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thousandths and relationships among fractions, decimals and percentages.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F4586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Read/write/order decimals; round decimals; recognise common fraction-decimal-percentage equivalents and solve percentage problems.</w:t>
            </w:r>
          </w:p>
        </w:tc>
      </w:tr>
      <w:tr w:rsidR="001036EB" w:rsidRPr="00786208" w14:paraId="36B19E8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8426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B977A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Perimeter and area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0785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formulas/relationships for perimeter and area of rectangles and understand area of compound shapes.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859BA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Calculate perimeters and areas; estimate area; solve problems involving missing dimensions.</w:t>
            </w:r>
          </w:p>
        </w:tc>
      </w:tr>
      <w:tr w:rsidR="001036EB" w:rsidRPr="00786208" w14:paraId="0AA97B72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1C603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A4D5E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Statistics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F05A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line graphs and tables, including timetables, as ways to represent change and relationships.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782ED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Read, interpret and draw line graphs; complete/read tables and timetables; solve comparison problems.</w:t>
            </w:r>
          </w:p>
        </w:tc>
      </w:tr>
      <w:tr w:rsidR="001036EB" w:rsidRPr="00786208" w14:paraId="0402F092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F184A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79E18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CD544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angle facts around a point/on a straight line and properties of polygons and 3-D shapes.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7F58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Measure/draw angles accurately; calculate missing angles; classify shapes and reason from properties.</w:t>
            </w:r>
          </w:p>
        </w:tc>
      </w:tr>
      <w:tr w:rsidR="001036EB" w:rsidRPr="00786208" w14:paraId="3140519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D3D12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C97C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Position and direction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27341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Understand coordinates, translation and </w:t>
            </w:r>
            <w:r w:rsidRPr="00786208">
              <w:rPr>
                <w:rFonts w:ascii="Gill Sans MT" w:hAnsi="Gill Sans MT"/>
                <w:sz w:val="22"/>
              </w:rPr>
              <w:t>reflection in the first quadrant.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07046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Plot and read coordinates; translate and reflect shapes and describe transformations.</w:t>
            </w:r>
          </w:p>
        </w:tc>
      </w:tr>
      <w:tr w:rsidR="001036EB" w:rsidRPr="00786208" w14:paraId="001E12B4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86B87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07AD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Decimals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544A8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decimal place value to thousandths and efficient strategies for decimal calculation.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BB725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Add/subtract decimals; multiply/divide by 10,100,1000; solve problems involving decimal quantities.</w:t>
            </w:r>
          </w:p>
        </w:tc>
      </w:tr>
      <w:tr w:rsidR="001036EB" w:rsidRPr="00786208" w14:paraId="4B67E3E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0457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63B1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Negative numbers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63E3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negative numbers as values below zero and their ordering.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EBCA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Count through zero; compare/order negative numbers and calculate intervals </w:t>
            </w:r>
            <w:r w:rsidRPr="00786208">
              <w:rPr>
                <w:rFonts w:ascii="Gill Sans MT" w:hAnsi="Gill Sans MT"/>
                <w:sz w:val="22"/>
              </w:rPr>
              <w:t>across zero.</w:t>
            </w:r>
          </w:p>
        </w:tc>
      </w:tr>
      <w:tr w:rsidR="001036EB" w:rsidRPr="00786208" w14:paraId="64C5612A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9EE63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2A8E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Converting units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4615A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metric unit relationships and common imperial approximations; understand units of time.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B9BE4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between metric units and units of time; use approximate metric/imperial equivalences in problems.</w:t>
            </w:r>
          </w:p>
        </w:tc>
      </w:tr>
      <w:tr w:rsidR="001036EB" w:rsidRPr="00786208" w14:paraId="3AAFCFD9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2D6B0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F3B5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Volume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5407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volume as space occupied and distinguish it from capacity.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80D3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Compare and estimate volume/capacity; use cubes to calculate volume of cuboids in simple cases.</w:t>
            </w:r>
          </w:p>
        </w:tc>
      </w:tr>
    </w:tbl>
    <w:p w14:paraId="05C57BA5" w14:textId="77777777" w:rsidR="001036EB" w:rsidRPr="00786208" w:rsidRDefault="00786208">
      <w:pPr>
        <w:rPr>
          <w:rFonts w:ascii="Gill Sans MT" w:hAnsi="Gill Sans MT"/>
          <w:sz w:val="22"/>
        </w:rPr>
      </w:pPr>
      <w:r w:rsidRPr="00786208">
        <w:rPr>
          <w:rFonts w:ascii="Gill Sans MT" w:hAnsi="Gill Sans MT"/>
          <w:sz w:val="22"/>
        </w:rPr>
        <w:br w:type="page"/>
      </w:r>
    </w:p>
    <w:p w14:paraId="04252B2F" w14:textId="77777777" w:rsidR="001036EB" w:rsidRPr="00786208" w:rsidRDefault="00786208">
      <w:pPr>
        <w:pStyle w:val="YearHeading"/>
        <w:spacing w:after="100"/>
        <w:rPr>
          <w:rFonts w:ascii="Gill Sans MT" w:hAnsi="Gill Sans MT"/>
          <w:sz w:val="28"/>
          <w:szCs w:val="28"/>
          <w:u w:val="single"/>
        </w:rPr>
      </w:pPr>
      <w:r w:rsidRPr="00786208">
        <w:rPr>
          <w:rFonts w:ascii="Gill Sans MT" w:hAnsi="Gill Sans MT"/>
          <w:sz w:val="28"/>
          <w:szCs w:val="28"/>
          <w:u w:val="single"/>
        </w:rPr>
        <w:lastRenderedPageBreak/>
        <w:t>Year 6 Curriculum Map</w:t>
      </w:r>
    </w:p>
    <w:tbl>
      <w:tblPr>
        <w:tblW w:w="1515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951"/>
        <w:gridCol w:w="5530"/>
        <w:gridCol w:w="5530"/>
      </w:tblGrid>
      <w:tr w:rsidR="001036EB" w:rsidRPr="00786208" w14:paraId="270154A2" w14:textId="77777777" w:rsidTr="00786208">
        <w:trPr>
          <w:tblHeader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F64D11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Term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75859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White Rose Block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0519A2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Knowledge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B54ABF" w14:textId="77777777" w:rsidR="001036EB" w:rsidRPr="00786208" w:rsidRDefault="00786208">
            <w:pPr>
              <w:jc w:val="center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Skills</w:t>
            </w:r>
          </w:p>
        </w:tc>
      </w:tr>
      <w:tr w:rsidR="001036EB" w:rsidRPr="00786208" w14:paraId="3F276BD3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CE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189D1F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50990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Place value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BC1F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place value to 10,000,000 and relationships between powers of 10; understand negative numbers across zero.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1CF67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Read, write, partition, compare and order integers; round to required accuracy and solve problems involving negative numbers.</w:t>
            </w:r>
          </w:p>
        </w:tc>
      </w:tr>
      <w:tr w:rsidR="001036EB" w:rsidRPr="00786208" w14:paraId="17A2D803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60538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70F54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Addition, subtraction, multiplication and division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7F589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formal algorithms and order of operations; understand factors, multiples, primes, squares/cubes and common factors/multiples.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6C65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Calculate accurately with large integers; use long multiplication/division; apply order of operations; solve multi-step and inverse problems.</w:t>
            </w:r>
          </w:p>
        </w:tc>
      </w:tr>
      <w:tr w:rsidR="001036EB" w:rsidRPr="00786208" w14:paraId="6EC636B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45A2C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81EB1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25439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equivalence, simplification, common denominators and relationships between mixed and improper fractions.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F27C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Simplify, compare and order fractions; add/subtract fractions and mixed numbers using common denominators.</w:t>
            </w:r>
          </w:p>
        </w:tc>
      </w:tr>
      <w:tr w:rsidR="001036EB" w:rsidRPr="00786208" w14:paraId="73EB3481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2EE00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45D3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 B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8881B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multiplication/division of fractions and fractions as operators.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E5EE1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Multiply simple pairs of proper fractions; divide fractions by integers; find fractions of </w:t>
            </w:r>
            <w:r w:rsidRPr="00786208">
              <w:rPr>
                <w:rFonts w:ascii="Gill Sans MT" w:hAnsi="Gill Sans MT"/>
                <w:sz w:val="22"/>
              </w:rPr>
              <w:t>amounts and solve multi-step problems.</w:t>
            </w:r>
          </w:p>
        </w:tc>
      </w:tr>
      <w:tr w:rsidR="001036EB" w:rsidRPr="00786208" w14:paraId="39238D6B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A1E6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7CC0F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Converting units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03870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metric conversions and relationships among miles/kilometres and units of time.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5F82A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between units using decimal notation where appropriate; solve problems involving measures and conversion.</w:t>
            </w:r>
          </w:p>
        </w:tc>
      </w:tr>
      <w:tr w:rsidR="001036EB" w:rsidRPr="00786208" w14:paraId="456DD68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5126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076D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Ratio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B625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ratio as multiplicative comparison and recognise links among ratio, fractions and scaling.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81D03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Use ratio language/symbols; scale quantities; solve ratio and proportion problems and use scale factors.</w:t>
            </w:r>
          </w:p>
        </w:tc>
      </w:tr>
      <w:tr w:rsidR="001036EB" w:rsidRPr="00786208" w14:paraId="661BE19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BDC1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789D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Algebra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00DAE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letters as variables and generalised numbers; know that equations express equality.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D972F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Form and use expressions; substitute values; solve one- and two-step equations; describe sequences and simple formulae.</w:t>
            </w:r>
          </w:p>
        </w:tc>
      </w:tr>
      <w:tr w:rsidR="001036EB" w:rsidRPr="00786208" w14:paraId="79ABBB80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A4DB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74935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Decimals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44D7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Understand </w:t>
            </w:r>
            <w:r w:rsidRPr="00786208">
              <w:rPr>
                <w:rFonts w:ascii="Gill Sans MT" w:hAnsi="Gill Sans MT"/>
                <w:sz w:val="22"/>
              </w:rPr>
              <w:t>decimal place value and links between division and decimal representation.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D7DB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Multiply/divide decimals by powers of 10; multiply/divide numbers with decimals by integers; round and solve decimal problems.</w:t>
            </w:r>
          </w:p>
        </w:tc>
      </w:tr>
      <w:tr w:rsidR="001036EB" w:rsidRPr="00786208" w14:paraId="0AE00A5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5134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01C60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Fractions, decimals and percentages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17446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equivalences among common fractions, decimals and percentages and percentage as 'per hundred'.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A7E3E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Convert between forms; order mixed representations; find percentages of amounts and solve percentage problems.</w:t>
            </w:r>
          </w:p>
        </w:tc>
      </w:tr>
      <w:tr w:rsidR="001036EB" w:rsidRPr="00786208" w14:paraId="1EE4AF7D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A50A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lastRenderedPageBreak/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4D95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Area, perimeter and volume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4344DC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Know formulas for areas of rectangles/parallelograms/triangles and volume of cuboids; understand relationships among dimensions.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58CB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Calculate area, perimeter and volume; find missing measures; reason about shapes with equal areas/perimeters.</w:t>
            </w:r>
          </w:p>
        </w:tc>
      </w:tr>
      <w:tr w:rsidR="001036EB" w:rsidRPr="00786208" w14:paraId="761456A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D01D0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AB5344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Statistics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63537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pie charts, line graphs and the arithmetic mean as representations/summaries of data.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544CD6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Interpret and construct graphs/charts; calculate and interpret mean averages; solve multi-step data problems.</w:t>
            </w:r>
          </w:p>
        </w:tc>
      </w:tr>
      <w:tr w:rsidR="001036EB" w:rsidRPr="00786208" w14:paraId="14A88C3F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4D2541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9AE755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Shape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A994F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 xml:space="preserve">Know angle facts, properties of polygons and </w:t>
            </w:r>
            <w:r w:rsidRPr="00786208">
              <w:rPr>
                <w:rFonts w:ascii="Gill Sans MT" w:hAnsi="Gill Sans MT"/>
                <w:sz w:val="22"/>
              </w:rPr>
              <w:t>circles, and recognise nets of 3-D shapes.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5004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Calculate unknown angles; classify shapes; draw accurately; use radius/diameter relationships and recognise/build nets.</w:t>
            </w:r>
          </w:p>
        </w:tc>
      </w:tr>
      <w:tr w:rsidR="001036EB" w:rsidRPr="00786208" w14:paraId="3269A7E7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1913C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1981E9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Position and direction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999CEA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Understand coordinates in all four quadrants and transformations by translation/reflection.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258B9B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Read, plot and calculate with coordinates; translate and reflect shapes and describe resulting positions.</w:t>
            </w:r>
          </w:p>
        </w:tc>
      </w:tr>
      <w:tr w:rsidR="001036EB" w:rsidRPr="00786208" w14:paraId="11A37C46" w14:textId="77777777" w:rsidTr="00786208">
        <w:trPr>
          <w:cantSplit/>
          <w:jc w:val="center"/>
        </w:trPr>
        <w:tc>
          <w:tcPr>
            <w:tcW w:w="1139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B26A8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Summer</w:t>
            </w:r>
          </w:p>
        </w:tc>
        <w:tc>
          <w:tcPr>
            <w:tcW w:w="295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6B76D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b/>
                <w:sz w:val="22"/>
              </w:rPr>
              <w:t>Themed projects, consolidation and problem solving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79382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Secure and connect mathematical knowledge from across KS2; recognise that problems may require several domains and strategies.</w:t>
            </w:r>
          </w:p>
        </w:tc>
        <w:tc>
          <w:tcPr>
            <w:tcW w:w="55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82C3EE" w14:textId="77777777" w:rsidR="001036EB" w:rsidRPr="00786208" w:rsidRDefault="00786208">
            <w:pPr>
              <w:spacing w:after="0" w:line="240" w:lineRule="auto"/>
              <w:rPr>
                <w:rFonts w:ascii="Gill Sans MT" w:hAnsi="Gill Sans MT"/>
                <w:sz w:val="22"/>
              </w:rPr>
            </w:pPr>
            <w:r w:rsidRPr="00786208">
              <w:rPr>
                <w:rFonts w:ascii="Gill Sans MT" w:hAnsi="Gill Sans MT"/>
                <w:sz w:val="22"/>
              </w:rPr>
              <w:t>Select efficient methods independently; reason, justify, generalise and solve unfamiliar multi-step problems in meaningful contexts.</w:t>
            </w:r>
          </w:p>
        </w:tc>
      </w:tr>
    </w:tbl>
    <w:p w14:paraId="47E331D1" w14:textId="77777777" w:rsidR="00786208" w:rsidRPr="00786208" w:rsidRDefault="00786208">
      <w:pPr>
        <w:rPr>
          <w:rFonts w:ascii="Gill Sans MT" w:hAnsi="Gill Sans MT"/>
          <w:sz w:val="22"/>
        </w:rPr>
      </w:pPr>
    </w:p>
    <w:sectPr w:rsidR="00000000" w:rsidRPr="00786208" w:rsidSect="00034616">
      <w:headerReference w:type="default" r:id="rId9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A7767" w14:textId="77777777" w:rsidR="00786208" w:rsidRDefault="00786208" w:rsidP="00786208">
      <w:pPr>
        <w:spacing w:after="0" w:line="240" w:lineRule="auto"/>
      </w:pPr>
      <w:r>
        <w:separator/>
      </w:r>
    </w:p>
  </w:endnote>
  <w:endnote w:type="continuationSeparator" w:id="0">
    <w:p w14:paraId="415EEF7D" w14:textId="77777777" w:rsidR="00786208" w:rsidRDefault="00786208" w:rsidP="00786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56BB4" w14:textId="77777777" w:rsidR="00786208" w:rsidRDefault="00786208" w:rsidP="00786208">
      <w:pPr>
        <w:spacing w:after="0" w:line="240" w:lineRule="auto"/>
      </w:pPr>
      <w:r>
        <w:separator/>
      </w:r>
    </w:p>
  </w:footnote>
  <w:footnote w:type="continuationSeparator" w:id="0">
    <w:p w14:paraId="20FCE8B5" w14:textId="77777777" w:rsidR="00786208" w:rsidRDefault="00786208" w:rsidP="00786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4D680" w14:textId="77777777" w:rsidR="00786208" w:rsidRPr="002E3AE0" w:rsidRDefault="00786208" w:rsidP="00786208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4A65E223" w14:textId="77777777" w:rsidR="00786208" w:rsidRDefault="00786208" w:rsidP="00786208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Mathematics Curriculum</w:t>
    </w:r>
  </w:p>
  <w:p w14:paraId="0E7B306E" w14:textId="77777777" w:rsidR="00786208" w:rsidRDefault="00786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59582">
    <w:abstractNumId w:val="8"/>
  </w:num>
  <w:num w:numId="2" w16cid:durableId="794983907">
    <w:abstractNumId w:val="6"/>
  </w:num>
  <w:num w:numId="3" w16cid:durableId="1248418014">
    <w:abstractNumId w:val="5"/>
  </w:num>
  <w:num w:numId="4" w16cid:durableId="496190502">
    <w:abstractNumId w:val="4"/>
  </w:num>
  <w:num w:numId="5" w16cid:durableId="137966698">
    <w:abstractNumId w:val="7"/>
  </w:num>
  <w:num w:numId="6" w16cid:durableId="142895374">
    <w:abstractNumId w:val="3"/>
  </w:num>
  <w:num w:numId="7" w16cid:durableId="1470050427">
    <w:abstractNumId w:val="2"/>
  </w:num>
  <w:num w:numId="8" w16cid:durableId="1466503951">
    <w:abstractNumId w:val="1"/>
  </w:num>
  <w:num w:numId="9" w16cid:durableId="9313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508"/>
    <w:rsid w:val="001036EB"/>
    <w:rsid w:val="0015074B"/>
    <w:rsid w:val="0029639D"/>
    <w:rsid w:val="00326F90"/>
    <w:rsid w:val="007862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C4E32"/>
  <w14:defaultImageDpi w14:val="300"/>
  <w15:docId w15:val="{DFF8C782-EEEA-4FBC-B4FB-61FEF4B7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pTitle">
    <w:name w:val="Map Title"/>
    <w:rPr>
      <w:rFonts w:ascii="Arial" w:hAnsi="Arial"/>
      <w:b/>
      <w:sz w:val="40"/>
    </w:rPr>
  </w:style>
  <w:style w:type="paragraph" w:customStyle="1" w:styleId="YearHeading">
    <w:name w:val="Year Heading"/>
    <w:rPr>
      <w:rFonts w:ascii="Arial" w:hAnsi="Arial"/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3742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Crook</cp:lastModifiedBy>
  <cp:revision>2</cp:revision>
  <dcterms:created xsi:type="dcterms:W3CDTF">2013-12-23T23:15:00Z</dcterms:created>
  <dcterms:modified xsi:type="dcterms:W3CDTF">2026-09-30T20:31:00Z</dcterms:modified>
  <cp:category/>
</cp:coreProperties>
</file>