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B08B8" w14:textId="57EDFD22" w:rsidR="00CA4F6A" w:rsidRPr="00D65B00" w:rsidRDefault="00996E2D" w:rsidP="00CA4F6A">
      <w:pPr>
        <w:jc w:val="center"/>
        <w:rPr>
          <w:rFonts w:ascii="Twinkl" w:hAnsi="Twinkl"/>
          <w:b/>
          <w:bCs/>
          <w:sz w:val="24"/>
          <w:szCs w:val="24"/>
          <w:u w:val="single"/>
        </w:rPr>
      </w:pPr>
      <w:r w:rsidRPr="00D65B00">
        <w:rPr>
          <w:rFonts w:ascii="Twinkl" w:hAnsi="Twinkl"/>
          <w:b/>
          <w:bCs/>
          <w:sz w:val="24"/>
          <w:szCs w:val="24"/>
          <w:u w:val="single"/>
        </w:rPr>
        <w:t>The Iron Man - Chapter 4</w:t>
      </w:r>
    </w:p>
    <w:p w14:paraId="6014EB26" w14:textId="4B6467A0" w:rsidR="00CA4F6A" w:rsidRPr="00D65B00" w:rsidRDefault="00CA4F6A" w:rsidP="00CA4F6A">
      <w:pPr>
        <w:rPr>
          <w:rFonts w:ascii="Twinkl" w:hAnsi="Twinkl"/>
          <w:b/>
          <w:bCs/>
          <w:sz w:val="24"/>
          <w:szCs w:val="24"/>
          <w:u w:val="single"/>
        </w:rPr>
      </w:pPr>
      <w:r w:rsidRPr="00D65B00">
        <w:rPr>
          <w:rFonts w:ascii="Twinkl" w:hAnsi="Twinkl"/>
          <w:b/>
          <w:bCs/>
          <w:sz w:val="24"/>
          <w:szCs w:val="24"/>
          <w:u w:val="single"/>
        </w:rPr>
        <w:t>Wednesday 24</w:t>
      </w:r>
      <w:r w:rsidRPr="00D65B00">
        <w:rPr>
          <w:rFonts w:ascii="Twinkl" w:hAnsi="Twinkl"/>
          <w:b/>
          <w:bCs/>
          <w:sz w:val="24"/>
          <w:szCs w:val="24"/>
          <w:u w:val="single"/>
          <w:vertAlign w:val="superscript"/>
        </w:rPr>
        <w:t>th</w:t>
      </w:r>
      <w:r w:rsidRPr="00D65B00">
        <w:rPr>
          <w:rFonts w:ascii="Twinkl" w:hAnsi="Twinkl"/>
          <w:b/>
          <w:bCs/>
          <w:sz w:val="24"/>
          <w:szCs w:val="24"/>
          <w:u w:val="single"/>
        </w:rPr>
        <w:t xml:space="preserve"> June 2026</w:t>
      </w:r>
    </w:p>
    <w:p w14:paraId="65E82FFA" w14:textId="74C3CF26" w:rsidR="00CA4F6A" w:rsidRPr="00D65B00" w:rsidRDefault="00CA4F6A" w:rsidP="00CA4F6A">
      <w:pPr>
        <w:rPr>
          <w:rFonts w:ascii="Twinkl" w:hAnsi="Twinkl"/>
          <w:b/>
          <w:bCs/>
          <w:sz w:val="24"/>
          <w:szCs w:val="24"/>
          <w:u w:val="single"/>
        </w:rPr>
      </w:pPr>
      <w:r w:rsidRPr="00D65B00">
        <w:rPr>
          <w:rFonts w:ascii="Twinkl" w:hAnsi="Twinkl"/>
          <w:b/>
          <w:bCs/>
          <w:sz w:val="24"/>
          <w:szCs w:val="24"/>
          <w:u w:val="single"/>
        </w:rPr>
        <w:t xml:space="preserve">QFL: Can I read aloud </w:t>
      </w:r>
      <w:r w:rsidR="00D65B00" w:rsidRPr="00D65B00">
        <w:rPr>
          <w:rFonts w:ascii="Twinkl" w:hAnsi="Twinkl"/>
          <w:b/>
          <w:bCs/>
          <w:sz w:val="24"/>
          <w:szCs w:val="24"/>
          <w:u w:val="single"/>
        </w:rPr>
        <w:t>with expression and answer questions about what I have read?</w:t>
      </w:r>
    </w:p>
    <w:p w14:paraId="30E2FCD5" w14:textId="4208DEEF" w:rsidR="00EE6357" w:rsidRPr="00D65B00" w:rsidRDefault="00CA4F6A" w:rsidP="00996E2D">
      <w:pPr>
        <w:ind w:left="2160"/>
        <w:rPr>
          <w:rFonts w:ascii="Twinkl" w:hAnsi="Twinkl"/>
          <w:sz w:val="24"/>
          <w:szCs w:val="24"/>
        </w:rPr>
      </w:pPr>
      <w:r w:rsidRPr="00D65B00">
        <w:rPr>
          <w:rFonts w:ascii="Twinkl" w:hAnsi="Twinkl"/>
          <w:noProof/>
          <w:sz w:val="24"/>
          <w:szCs w:val="24"/>
        </w:rPr>
        <w:drawing>
          <wp:inline distT="0" distB="0" distL="0" distR="0" wp14:anchorId="57E72B52" wp14:editId="4CE7FBAB">
            <wp:extent cx="1444058" cy="1011382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43" cy="1041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5B00" w:rsidRPr="00D65B00">
        <w:rPr>
          <w:rFonts w:ascii="Twinkl" w:hAnsi="Twinkl"/>
          <w:noProof/>
          <w:sz w:val="24"/>
          <w:szCs w:val="24"/>
        </w:rPr>
        <w:drawing>
          <wp:inline distT="0" distB="0" distL="0" distR="0" wp14:anchorId="575DFAEB" wp14:editId="1E53ED94">
            <wp:extent cx="1423862" cy="997528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51" cy="101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B00">
        <w:rPr>
          <w:rFonts w:ascii="Twinkl" w:hAnsi="Twinkl"/>
          <w:noProof/>
          <w:sz w:val="24"/>
          <w:szCs w:val="24"/>
        </w:rPr>
        <w:t xml:space="preserve">                 </w:t>
      </w:r>
      <w:r w:rsidR="00996E2D">
        <w:rPr>
          <w:rFonts w:ascii="Twinkl" w:hAnsi="Twinkl"/>
          <w:noProof/>
          <w:sz w:val="24"/>
          <w:szCs w:val="24"/>
        </w:rPr>
        <w:t xml:space="preserve">               </w:t>
      </w:r>
    </w:p>
    <w:p w14:paraId="7B2DA690" w14:textId="77777777" w:rsidR="00CA4F6A" w:rsidRPr="00D65B00" w:rsidRDefault="00996E2D" w:rsidP="00996E2D">
      <w:pPr>
        <w:spacing w:line="240" w:lineRule="auto"/>
        <w:rPr>
          <w:rFonts w:ascii="Twinkl" w:hAnsi="Twinkl"/>
          <w:b/>
          <w:bCs/>
          <w:sz w:val="24"/>
          <w:szCs w:val="24"/>
          <w:u w:val="single"/>
        </w:rPr>
      </w:pPr>
      <w:r w:rsidRPr="00D65B00">
        <w:rPr>
          <w:rFonts w:ascii="Twinkl" w:hAnsi="Twinkl"/>
          <w:sz w:val="24"/>
          <w:szCs w:val="24"/>
        </w:rPr>
        <w:br/>
        <w:t>One day, strange news spread across the world.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  <w:t xml:space="preserve">A giant creature from outer space had landed in Australia. It was called the Space-Bat-Angel-Dragon because it looked </w:t>
      </w:r>
      <w:r w:rsidRPr="00D65B00">
        <w:rPr>
          <w:rFonts w:ascii="Twinkl" w:hAnsi="Twinkl"/>
          <w:sz w:val="24"/>
          <w:szCs w:val="24"/>
        </w:rPr>
        <w:t>like a bat, an angel and a dragon all at the same time.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  <w:t>The creature was enormous and fiery. It flew through the sky and burned everything in its path. Forests, fields and towns were destroyed by its hot breath.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  <w:t>As the monster travelled around the Earth,</w:t>
      </w:r>
      <w:r w:rsidRPr="00D65B00">
        <w:rPr>
          <w:rFonts w:ascii="Twinkl" w:hAnsi="Twinkl"/>
          <w:sz w:val="24"/>
          <w:szCs w:val="24"/>
        </w:rPr>
        <w:t xml:space="preserve"> it grew bigger and bigger. It became more powerful every day.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  <w:t>People everywhere were terrified. They watched the news, trembled with fear and wondered how they could stop the monster. Nobody had a plan.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  <w:t>Scientists discussed ideas. World leaders held mee</w:t>
      </w:r>
      <w:r w:rsidRPr="00D65B00">
        <w:rPr>
          <w:rFonts w:ascii="Twinkl" w:hAnsi="Twinkl"/>
          <w:sz w:val="24"/>
          <w:szCs w:val="24"/>
        </w:rPr>
        <w:t>tings. Soldiers prepared to fight. But nothing seemed powerful enough.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  <w:t>Then Hogarth had an idea.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  <w:t>He remembered the Iron Man.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  <w:t>The Iron Man was huge, strong and brave. He had helped people before, and Hogarth believed he was the only one who could stand u</w:t>
      </w:r>
      <w:r w:rsidRPr="00D65B00">
        <w:rPr>
          <w:rFonts w:ascii="Twinkl" w:hAnsi="Twinkl"/>
          <w:sz w:val="24"/>
          <w:szCs w:val="24"/>
        </w:rPr>
        <w:t>p to the terrible space creature.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  <w:t>Hogarth suggested that they ask the Iron Man for help.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  <w:t xml:space="preserve">At first, people were unsure. The monster from space was far bigger and more </w:t>
      </w:r>
      <w:r w:rsidRPr="00D65B00">
        <w:rPr>
          <w:rFonts w:ascii="Twinkl" w:hAnsi="Twinkl"/>
          <w:sz w:val="24"/>
          <w:szCs w:val="24"/>
        </w:rPr>
        <w:lastRenderedPageBreak/>
        <w:t>frightening than anything they had ever seen.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  <w:t>However, they had no other hope.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  <w:t>The mes</w:t>
      </w:r>
      <w:r w:rsidRPr="00D65B00">
        <w:rPr>
          <w:rFonts w:ascii="Twinkl" w:hAnsi="Twinkl"/>
          <w:sz w:val="24"/>
          <w:szCs w:val="24"/>
        </w:rPr>
        <w:t>sage was sent to the Iron Man.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  <w:t>When he heard about the Space-Bat-Angel-Dragon, he agreed to help.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  <w:t>The people of Earth began to feel hopeful again.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  <w:t>Perhaps the Iron Man could save the world.</w:t>
      </w:r>
      <w:r w:rsidRPr="00D65B00">
        <w:rPr>
          <w:rFonts w:ascii="Twinkl" w:hAnsi="Twinkl"/>
          <w:sz w:val="24"/>
          <w:szCs w:val="24"/>
        </w:rPr>
        <w:br/>
      </w:r>
    </w:p>
    <w:p w14:paraId="1803383A" w14:textId="1FF45355" w:rsidR="00EE6357" w:rsidRPr="00D65B00" w:rsidRDefault="00996E2D" w:rsidP="00CA4F6A">
      <w:pPr>
        <w:rPr>
          <w:rFonts w:ascii="Twinkl" w:hAnsi="Twinkl"/>
          <w:b/>
          <w:bCs/>
          <w:sz w:val="24"/>
          <w:szCs w:val="24"/>
          <w:u w:val="single"/>
        </w:rPr>
      </w:pPr>
      <w:r w:rsidRPr="00D65B00">
        <w:rPr>
          <w:rFonts w:ascii="Twinkl" w:hAnsi="Twinkl"/>
          <w:b/>
          <w:bCs/>
          <w:sz w:val="24"/>
          <w:szCs w:val="24"/>
          <w:u w:val="single"/>
        </w:rPr>
        <w:t>Vocabulary</w:t>
      </w:r>
      <w:r w:rsidR="00CA4F6A" w:rsidRPr="00D65B00">
        <w:rPr>
          <w:rFonts w:ascii="Twinkl" w:hAnsi="Twinkl"/>
          <w:b/>
          <w:bCs/>
          <w:sz w:val="24"/>
          <w:szCs w:val="24"/>
          <w:u w:val="single"/>
        </w:rPr>
        <w:t>:</w:t>
      </w:r>
    </w:p>
    <w:p w14:paraId="4E90D3C6" w14:textId="215BD57B" w:rsidR="00EE6357" w:rsidRPr="00D65B00" w:rsidRDefault="00996E2D" w:rsidP="00CA4F6A">
      <w:pPr>
        <w:rPr>
          <w:rFonts w:ascii="Twinkl" w:hAnsi="Twinkl"/>
          <w:sz w:val="24"/>
          <w:szCs w:val="24"/>
        </w:rPr>
      </w:pPr>
      <w:r w:rsidRPr="00D65B00">
        <w:rPr>
          <w:rFonts w:ascii="Twinkl" w:hAnsi="Twinkl"/>
          <w:sz w:val="24"/>
          <w:szCs w:val="24"/>
        </w:rPr>
        <w:t>Creature – a living thing</w:t>
      </w:r>
      <w:r w:rsidRPr="00D65B00">
        <w:rPr>
          <w:rFonts w:ascii="Twinkl" w:hAnsi="Twinkl"/>
          <w:sz w:val="24"/>
          <w:szCs w:val="24"/>
        </w:rPr>
        <w:br/>
        <w:t>Enormous – very large</w:t>
      </w:r>
      <w:r w:rsidRPr="00D65B00">
        <w:rPr>
          <w:rFonts w:ascii="Twinkl" w:hAnsi="Twinkl"/>
          <w:sz w:val="24"/>
          <w:szCs w:val="24"/>
        </w:rPr>
        <w:br/>
        <w:t>Te</w:t>
      </w:r>
      <w:r w:rsidRPr="00D65B00">
        <w:rPr>
          <w:rFonts w:ascii="Twinkl" w:hAnsi="Twinkl"/>
          <w:sz w:val="24"/>
          <w:szCs w:val="24"/>
        </w:rPr>
        <w:t>rrified – extremely frightened</w:t>
      </w:r>
      <w:r w:rsidRPr="00D65B00">
        <w:rPr>
          <w:rFonts w:ascii="Twinkl" w:hAnsi="Twinkl"/>
          <w:sz w:val="24"/>
          <w:szCs w:val="24"/>
        </w:rPr>
        <w:br/>
        <w:t>Suggested – gave an idea</w:t>
      </w:r>
      <w:r w:rsidRPr="00D65B00">
        <w:rPr>
          <w:rFonts w:ascii="Twinkl" w:hAnsi="Twinkl"/>
          <w:sz w:val="24"/>
          <w:szCs w:val="24"/>
        </w:rPr>
        <w:br/>
        <w:t>Powerful – very strong</w:t>
      </w:r>
      <w:r w:rsidRPr="00D65B00">
        <w:rPr>
          <w:rFonts w:ascii="Twinkl" w:hAnsi="Twinkl"/>
          <w:sz w:val="24"/>
          <w:szCs w:val="24"/>
        </w:rPr>
        <w:br/>
        <w:t>Hopeful – feeling that something good might happen</w:t>
      </w:r>
      <w:r w:rsidRPr="00D65B00">
        <w:rPr>
          <w:rFonts w:ascii="Twinkl" w:hAnsi="Twinkl"/>
          <w:sz w:val="24"/>
          <w:szCs w:val="24"/>
        </w:rPr>
        <w:br/>
      </w:r>
    </w:p>
    <w:p w14:paraId="25193071" w14:textId="77777777" w:rsidR="00EE6357" w:rsidRPr="00D65B00" w:rsidRDefault="00996E2D" w:rsidP="00CA4F6A">
      <w:pPr>
        <w:rPr>
          <w:rFonts w:ascii="Twinkl" w:hAnsi="Twinkl"/>
          <w:b/>
          <w:bCs/>
          <w:sz w:val="24"/>
          <w:szCs w:val="24"/>
          <w:u w:val="single"/>
        </w:rPr>
      </w:pPr>
      <w:r w:rsidRPr="00D65B00">
        <w:rPr>
          <w:rFonts w:ascii="Twinkl" w:hAnsi="Twinkl"/>
          <w:b/>
          <w:bCs/>
          <w:sz w:val="24"/>
          <w:szCs w:val="24"/>
          <w:u w:val="single"/>
        </w:rPr>
        <w:t>Questions</w:t>
      </w:r>
    </w:p>
    <w:p w14:paraId="52642CE7" w14:textId="77777777" w:rsidR="00EE6357" w:rsidRPr="00D65B00" w:rsidRDefault="00996E2D" w:rsidP="00CA4F6A">
      <w:pPr>
        <w:pStyle w:val="ListParagraph"/>
        <w:numPr>
          <w:ilvl w:val="0"/>
          <w:numId w:val="11"/>
        </w:numPr>
        <w:rPr>
          <w:rFonts w:ascii="Twinkl" w:hAnsi="Twinkl"/>
          <w:sz w:val="24"/>
          <w:szCs w:val="24"/>
        </w:rPr>
      </w:pPr>
      <w:r w:rsidRPr="00D65B00">
        <w:rPr>
          <w:rFonts w:ascii="Twinkl" w:hAnsi="Twinkl"/>
          <w:sz w:val="24"/>
          <w:szCs w:val="24"/>
        </w:rPr>
        <w:t>What was the monster called?</w:t>
      </w:r>
    </w:p>
    <w:p w14:paraId="681B6931" w14:textId="77777777" w:rsidR="00EE6357" w:rsidRPr="00D65B00" w:rsidRDefault="00996E2D" w:rsidP="00CA4F6A">
      <w:pPr>
        <w:pStyle w:val="ListParagraph"/>
        <w:numPr>
          <w:ilvl w:val="0"/>
          <w:numId w:val="11"/>
        </w:numPr>
        <w:rPr>
          <w:rFonts w:ascii="Twinkl" w:hAnsi="Twinkl"/>
          <w:sz w:val="24"/>
          <w:szCs w:val="24"/>
        </w:rPr>
      </w:pPr>
      <w:r w:rsidRPr="00D65B00">
        <w:rPr>
          <w:rFonts w:ascii="Twinkl" w:hAnsi="Twinkl"/>
          <w:sz w:val="24"/>
          <w:szCs w:val="24"/>
        </w:rPr>
        <w:t>Where did the monster land?</w:t>
      </w:r>
    </w:p>
    <w:p w14:paraId="7E9F5D61" w14:textId="77777777" w:rsidR="00EE6357" w:rsidRPr="00D65B00" w:rsidRDefault="00996E2D" w:rsidP="00CA4F6A">
      <w:pPr>
        <w:pStyle w:val="ListParagraph"/>
        <w:numPr>
          <w:ilvl w:val="0"/>
          <w:numId w:val="11"/>
        </w:numPr>
        <w:rPr>
          <w:rFonts w:ascii="Twinkl" w:hAnsi="Twinkl"/>
          <w:sz w:val="24"/>
          <w:szCs w:val="24"/>
        </w:rPr>
      </w:pPr>
      <w:r w:rsidRPr="00D65B00">
        <w:rPr>
          <w:rFonts w:ascii="Twinkl" w:hAnsi="Twinkl"/>
          <w:sz w:val="24"/>
          <w:szCs w:val="24"/>
        </w:rPr>
        <w:t>What happened wherever the monster went?</w:t>
      </w:r>
    </w:p>
    <w:p w14:paraId="42CE579C" w14:textId="77777777" w:rsidR="00EE6357" w:rsidRPr="00D65B00" w:rsidRDefault="00996E2D" w:rsidP="00CA4F6A">
      <w:pPr>
        <w:pStyle w:val="ListParagraph"/>
        <w:numPr>
          <w:ilvl w:val="0"/>
          <w:numId w:val="11"/>
        </w:numPr>
        <w:rPr>
          <w:rFonts w:ascii="Twinkl" w:hAnsi="Twinkl"/>
          <w:sz w:val="24"/>
          <w:szCs w:val="24"/>
        </w:rPr>
      </w:pPr>
      <w:r w:rsidRPr="00D65B00">
        <w:rPr>
          <w:rFonts w:ascii="Twinkl" w:hAnsi="Twinkl"/>
          <w:sz w:val="24"/>
          <w:szCs w:val="24"/>
        </w:rPr>
        <w:t>How did people fe</w:t>
      </w:r>
      <w:r w:rsidRPr="00D65B00">
        <w:rPr>
          <w:rFonts w:ascii="Twinkl" w:hAnsi="Twinkl"/>
          <w:sz w:val="24"/>
          <w:szCs w:val="24"/>
        </w:rPr>
        <w:t>el about the monster?</w:t>
      </w:r>
    </w:p>
    <w:p w14:paraId="0103E1CE" w14:textId="77777777" w:rsidR="00EE6357" w:rsidRPr="00D65B00" w:rsidRDefault="00996E2D" w:rsidP="00CA4F6A">
      <w:pPr>
        <w:pStyle w:val="ListParagraph"/>
        <w:numPr>
          <w:ilvl w:val="0"/>
          <w:numId w:val="11"/>
        </w:numPr>
        <w:rPr>
          <w:rFonts w:ascii="Twinkl" w:hAnsi="Twinkl"/>
          <w:sz w:val="24"/>
          <w:szCs w:val="24"/>
        </w:rPr>
      </w:pPr>
      <w:r w:rsidRPr="00D65B00">
        <w:rPr>
          <w:rFonts w:ascii="Twinkl" w:hAnsi="Twinkl"/>
          <w:sz w:val="24"/>
          <w:szCs w:val="24"/>
        </w:rPr>
        <w:t>Who suggested asking the Iron Man for help?</w:t>
      </w:r>
    </w:p>
    <w:p w14:paraId="0CFA3F0E" w14:textId="77777777" w:rsidR="00EE6357" w:rsidRPr="00D65B00" w:rsidRDefault="00996E2D" w:rsidP="00CA4F6A">
      <w:pPr>
        <w:pStyle w:val="ListParagraph"/>
        <w:numPr>
          <w:ilvl w:val="0"/>
          <w:numId w:val="11"/>
        </w:numPr>
        <w:rPr>
          <w:rFonts w:ascii="Twinkl" w:hAnsi="Twinkl"/>
          <w:sz w:val="24"/>
          <w:szCs w:val="24"/>
        </w:rPr>
      </w:pPr>
      <w:r w:rsidRPr="00D65B00">
        <w:rPr>
          <w:rFonts w:ascii="Twinkl" w:hAnsi="Twinkl"/>
          <w:sz w:val="24"/>
          <w:szCs w:val="24"/>
        </w:rPr>
        <w:t>Why did Hogarth think the Iron Man could help?</w:t>
      </w:r>
    </w:p>
    <w:p w14:paraId="7751BDCC" w14:textId="77777777" w:rsidR="00EE6357" w:rsidRPr="00D65B00" w:rsidRDefault="00996E2D" w:rsidP="00CA4F6A">
      <w:pPr>
        <w:pStyle w:val="ListParagraph"/>
        <w:numPr>
          <w:ilvl w:val="0"/>
          <w:numId w:val="11"/>
        </w:numPr>
        <w:rPr>
          <w:rFonts w:ascii="Twinkl" w:hAnsi="Twinkl"/>
          <w:sz w:val="24"/>
          <w:szCs w:val="24"/>
        </w:rPr>
      </w:pPr>
      <w:r w:rsidRPr="00D65B00">
        <w:rPr>
          <w:rFonts w:ascii="Twinkl" w:hAnsi="Twinkl"/>
          <w:sz w:val="24"/>
          <w:szCs w:val="24"/>
        </w:rPr>
        <w:t>How did people feel after the Iron Man agreed to help?</w:t>
      </w:r>
    </w:p>
    <w:p w14:paraId="3C4E1708" w14:textId="77777777" w:rsidR="00996E2D" w:rsidRDefault="00996E2D" w:rsidP="00CA4F6A">
      <w:pPr>
        <w:rPr>
          <w:rFonts w:ascii="Twinkl" w:hAnsi="Twinkl"/>
          <w:b/>
          <w:bCs/>
          <w:sz w:val="24"/>
          <w:szCs w:val="24"/>
          <w:u w:val="single"/>
        </w:rPr>
      </w:pPr>
    </w:p>
    <w:p w14:paraId="304545D1" w14:textId="77777777" w:rsidR="00996E2D" w:rsidRDefault="00996E2D" w:rsidP="00CA4F6A">
      <w:pPr>
        <w:rPr>
          <w:rFonts w:ascii="Twinkl" w:hAnsi="Twinkl"/>
          <w:b/>
          <w:bCs/>
          <w:sz w:val="24"/>
          <w:szCs w:val="24"/>
          <w:u w:val="single"/>
        </w:rPr>
      </w:pPr>
    </w:p>
    <w:p w14:paraId="0B1D5D36" w14:textId="77777777" w:rsidR="00996E2D" w:rsidRDefault="00996E2D" w:rsidP="00CA4F6A">
      <w:pPr>
        <w:rPr>
          <w:rFonts w:ascii="Twinkl" w:hAnsi="Twinkl"/>
          <w:b/>
          <w:bCs/>
          <w:sz w:val="24"/>
          <w:szCs w:val="24"/>
          <w:u w:val="single"/>
        </w:rPr>
      </w:pPr>
    </w:p>
    <w:p w14:paraId="519138BC" w14:textId="77777777" w:rsidR="00996E2D" w:rsidRDefault="00996E2D" w:rsidP="00CA4F6A">
      <w:pPr>
        <w:rPr>
          <w:rFonts w:ascii="Twinkl" w:hAnsi="Twinkl"/>
          <w:b/>
          <w:bCs/>
          <w:sz w:val="24"/>
          <w:szCs w:val="24"/>
          <w:u w:val="single"/>
        </w:rPr>
      </w:pPr>
    </w:p>
    <w:p w14:paraId="1C92DB50" w14:textId="77777777" w:rsidR="00996E2D" w:rsidRDefault="00996E2D" w:rsidP="00CA4F6A">
      <w:pPr>
        <w:rPr>
          <w:rFonts w:ascii="Twinkl" w:hAnsi="Twinkl"/>
          <w:b/>
          <w:bCs/>
          <w:sz w:val="24"/>
          <w:szCs w:val="24"/>
          <w:u w:val="single"/>
        </w:rPr>
      </w:pPr>
    </w:p>
    <w:p w14:paraId="017B9E18" w14:textId="4B3A7477" w:rsidR="00EE6357" w:rsidRPr="00D65B00" w:rsidRDefault="00D65B00" w:rsidP="00CA4F6A">
      <w:pPr>
        <w:rPr>
          <w:rFonts w:ascii="Twinkl" w:hAnsi="Twinkl"/>
          <w:b/>
          <w:bCs/>
          <w:sz w:val="24"/>
          <w:szCs w:val="24"/>
          <w:u w:val="single"/>
        </w:rPr>
      </w:pPr>
      <w:r w:rsidRPr="00D65B00">
        <w:rPr>
          <w:rFonts w:ascii="Twinkl" w:hAnsi="Twinkl"/>
          <w:b/>
          <w:bCs/>
          <w:sz w:val="24"/>
          <w:szCs w:val="24"/>
          <w:u w:val="single"/>
        </w:rPr>
        <w:lastRenderedPageBreak/>
        <w:t>Thursday 25</w:t>
      </w:r>
      <w:r w:rsidRPr="00D65B00">
        <w:rPr>
          <w:rFonts w:ascii="Twinkl" w:hAnsi="Twinkl"/>
          <w:b/>
          <w:bCs/>
          <w:sz w:val="24"/>
          <w:szCs w:val="24"/>
          <w:u w:val="single"/>
          <w:vertAlign w:val="superscript"/>
        </w:rPr>
        <w:t>th</w:t>
      </w:r>
      <w:r w:rsidRPr="00D65B00">
        <w:rPr>
          <w:rFonts w:ascii="Twinkl" w:hAnsi="Twinkl"/>
          <w:b/>
          <w:bCs/>
          <w:sz w:val="24"/>
          <w:szCs w:val="24"/>
          <w:u w:val="single"/>
        </w:rPr>
        <w:t xml:space="preserve"> June 2026</w:t>
      </w:r>
    </w:p>
    <w:p w14:paraId="3B6AA277" w14:textId="797D1839" w:rsidR="00D65B00" w:rsidRPr="00D65B00" w:rsidRDefault="00D65B00" w:rsidP="00CA4F6A">
      <w:pPr>
        <w:rPr>
          <w:rFonts w:ascii="Twinkl" w:hAnsi="Twinkl"/>
          <w:b/>
          <w:bCs/>
          <w:sz w:val="24"/>
          <w:szCs w:val="24"/>
          <w:u w:val="single"/>
        </w:rPr>
      </w:pPr>
      <w:r w:rsidRPr="00D65B00">
        <w:rPr>
          <w:rFonts w:ascii="Twinkl" w:hAnsi="Twinkl"/>
          <w:b/>
          <w:bCs/>
          <w:sz w:val="24"/>
          <w:szCs w:val="24"/>
          <w:u w:val="single"/>
        </w:rPr>
        <w:t>QFL: Can I describe a character using evidence from the text?</w:t>
      </w:r>
    </w:p>
    <w:p w14:paraId="7E6CB796" w14:textId="77777777" w:rsidR="00EE6357" w:rsidRPr="00D65B00" w:rsidRDefault="00996E2D" w:rsidP="00CA4F6A">
      <w:pPr>
        <w:rPr>
          <w:rFonts w:ascii="Twinkl" w:hAnsi="Twinkl"/>
          <w:b/>
          <w:bCs/>
          <w:sz w:val="24"/>
          <w:szCs w:val="24"/>
        </w:rPr>
      </w:pPr>
      <w:r w:rsidRPr="00D65B00">
        <w:rPr>
          <w:rFonts w:ascii="Twinkl" w:hAnsi="Twinkl"/>
          <w:b/>
          <w:bCs/>
          <w:sz w:val="24"/>
          <w:szCs w:val="24"/>
        </w:rPr>
        <w:t>1. Character Web</w:t>
      </w:r>
    </w:p>
    <w:p w14:paraId="2BCBF087" w14:textId="4F174947" w:rsidR="00EE6357" w:rsidRPr="00D65B00" w:rsidRDefault="00996E2D" w:rsidP="00CA4F6A">
      <w:pPr>
        <w:rPr>
          <w:rFonts w:ascii="Twinkl" w:hAnsi="Twinkl"/>
          <w:sz w:val="24"/>
          <w:szCs w:val="24"/>
        </w:rPr>
      </w:pPr>
      <w:r w:rsidRPr="00D65B00">
        <w:rPr>
          <w:rFonts w:ascii="Twinkl" w:hAnsi="Twinkl"/>
          <w:b/>
          <w:bCs/>
          <w:sz w:val="24"/>
          <w:szCs w:val="24"/>
        </w:rPr>
        <w:t>Draw the Space-Bat-Angel-Dragon</w:t>
      </w:r>
      <w:r w:rsidRPr="00D65B00">
        <w:rPr>
          <w:rFonts w:ascii="Twinkl" w:hAnsi="Twinkl"/>
          <w:sz w:val="24"/>
          <w:szCs w:val="24"/>
        </w:rPr>
        <w:t xml:space="preserve"> in the middle of the page.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  <w:t xml:space="preserve">Write </w:t>
      </w:r>
      <w:r w:rsidRPr="00D65B00">
        <w:rPr>
          <w:rFonts w:ascii="Twinkl" w:hAnsi="Twinkl"/>
          <w:b/>
          <w:bCs/>
          <w:sz w:val="24"/>
          <w:szCs w:val="24"/>
        </w:rPr>
        <w:t>adjectives</w:t>
      </w:r>
      <w:r w:rsidRPr="00D65B00">
        <w:rPr>
          <w:rFonts w:ascii="Twinkl" w:hAnsi="Twinkl"/>
          <w:i/>
          <w:iCs/>
          <w:sz w:val="24"/>
          <w:szCs w:val="24"/>
        </w:rPr>
        <w:t xml:space="preserve"> </w:t>
      </w:r>
      <w:r w:rsidRPr="00D65B00">
        <w:rPr>
          <w:rFonts w:ascii="Twinkl" w:hAnsi="Twinkl"/>
          <w:sz w:val="24"/>
          <w:szCs w:val="24"/>
        </w:rPr>
        <w:t>around your drawing.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b/>
          <w:bCs/>
          <w:sz w:val="24"/>
          <w:szCs w:val="24"/>
          <w:u w:val="single"/>
        </w:rPr>
        <w:t>Word Bank:</w:t>
      </w:r>
      <w:r w:rsidRPr="00D65B00">
        <w:rPr>
          <w:rFonts w:ascii="Twinkl" w:hAnsi="Twinkl"/>
          <w:b/>
          <w:bCs/>
          <w:sz w:val="24"/>
          <w:szCs w:val="24"/>
          <w:u w:val="single"/>
        </w:rPr>
        <w:br/>
      </w:r>
      <w:r w:rsidRPr="00D65B00">
        <w:rPr>
          <w:rFonts w:ascii="Twinkl" w:hAnsi="Twinkl"/>
          <w:sz w:val="24"/>
          <w:szCs w:val="24"/>
        </w:rPr>
        <w:t>huge, fiery, terrifying, powerful, dangerous, giant, scary, fierce, enormous, unstoppable</w:t>
      </w:r>
      <w:r w:rsidRPr="00D65B00">
        <w:rPr>
          <w:rFonts w:ascii="Twinkl" w:hAnsi="Twinkl"/>
          <w:sz w:val="24"/>
          <w:szCs w:val="24"/>
        </w:rPr>
        <w:br/>
      </w:r>
    </w:p>
    <w:p w14:paraId="49D733CC" w14:textId="77777777" w:rsidR="00EE6357" w:rsidRPr="00D65B00" w:rsidRDefault="00996E2D" w:rsidP="00CA4F6A">
      <w:pPr>
        <w:rPr>
          <w:rFonts w:ascii="Twinkl" w:hAnsi="Twinkl"/>
          <w:b/>
          <w:bCs/>
          <w:sz w:val="24"/>
          <w:szCs w:val="24"/>
        </w:rPr>
      </w:pPr>
      <w:r w:rsidRPr="00D65B00">
        <w:rPr>
          <w:rFonts w:ascii="Twinkl" w:hAnsi="Twinkl"/>
          <w:b/>
          <w:bCs/>
          <w:sz w:val="24"/>
          <w:szCs w:val="24"/>
        </w:rPr>
        <w:t>2. Explain Your Idea</w:t>
      </w:r>
      <w:r w:rsidRPr="00D65B00">
        <w:rPr>
          <w:rFonts w:ascii="Twinkl" w:hAnsi="Twinkl"/>
          <w:b/>
          <w:bCs/>
          <w:sz w:val="24"/>
          <w:szCs w:val="24"/>
        </w:rPr>
        <w:t>s</w:t>
      </w:r>
    </w:p>
    <w:p w14:paraId="48775461" w14:textId="77777777" w:rsidR="00996E2D" w:rsidRDefault="00996E2D" w:rsidP="00CA4F6A">
      <w:pPr>
        <w:rPr>
          <w:rFonts w:ascii="Twinkl" w:hAnsi="Twinkl"/>
          <w:b/>
          <w:bCs/>
          <w:sz w:val="24"/>
          <w:szCs w:val="24"/>
        </w:rPr>
      </w:pPr>
      <w:r w:rsidRPr="00D65B00">
        <w:rPr>
          <w:rFonts w:ascii="Twinkl" w:hAnsi="Twinkl"/>
          <w:sz w:val="24"/>
          <w:szCs w:val="24"/>
        </w:rPr>
        <w:br/>
        <w:t xml:space="preserve">Choose </w:t>
      </w:r>
      <w:r w:rsidRPr="00D65B00">
        <w:rPr>
          <w:rFonts w:ascii="Twinkl" w:hAnsi="Twinkl"/>
          <w:b/>
          <w:bCs/>
          <w:sz w:val="24"/>
          <w:szCs w:val="24"/>
        </w:rPr>
        <w:t>three adjectives</w:t>
      </w:r>
      <w:r w:rsidRPr="00D65B00">
        <w:rPr>
          <w:rFonts w:ascii="Twinkl" w:hAnsi="Twinkl"/>
          <w:sz w:val="24"/>
          <w:szCs w:val="24"/>
        </w:rPr>
        <w:t xml:space="preserve"> and write a sentence for each.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  <w:t>Example:</w:t>
      </w:r>
      <w:r w:rsidRPr="00D65B00">
        <w:rPr>
          <w:rFonts w:ascii="Twinkl" w:hAnsi="Twinkl"/>
          <w:sz w:val="24"/>
          <w:szCs w:val="24"/>
        </w:rPr>
        <w:br/>
        <w:t>Terrifying – The monster made people tremble and cry.</w:t>
      </w:r>
      <w:r w:rsidRPr="00D65B00">
        <w:rPr>
          <w:rFonts w:ascii="Twinkl" w:hAnsi="Twinkl"/>
          <w:sz w:val="24"/>
          <w:szCs w:val="24"/>
        </w:rPr>
        <w:br/>
        <w:t>Enormous – The creature grew bigger and bigger.</w:t>
      </w:r>
      <w:r w:rsidRPr="00D65B00">
        <w:rPr>
          <w:rFonts w:ascii="Twinkl" w:hAnsi="Twinkl"/>
          <w:sz w:val="24"/>
          <w:szCs w:val="24"/>
        </w:rPr>
        <w:br/>
        <w:t>Fiery – It burned forests and fields with its fire.</w:t>
      </w:r>
      <w:r w:rsidRPr="00D65B00">
        <w:rPr>
          <w:rFonts w:ascii="Twinkl" w:hAnsi="Twinkl"/>
          <w:sz w:val="24"/>
          <w:szCs w:val="24"/>
        </w:rPr>
        <w:br/>
      </w:r>
    </w:p>
    <w:p w14:paraId="559C2D3F" w14:textId="7B7B68FB" w:rsidR="00EE6357" w:rsidRPr="00D65B00" w:rsidRDefault="00996E2D" w:rsidP="00CA4F6A">
      <w:pPr>
        <w:rPr>
          <w:rFonts w:ascii="Twinkl" w:hAnsi="Twinkl"/>
          <w:b/>
          <w:bCs/>
          <w:sz w:val="24"/>
          <w:szCs w:val="24"/>
        </w:rPr>
      </w:pPr>
      <w:r w:rsidRPr="00D65B00">
        <w:rPr>
          <w:rFonts w:ascii="Twinkl" w:hAnsi="Twinkl"/>
          <w:b/>
          <w:bCs/>
          <w:sz w:val="24"/>
          <w:szCs w:val="24"/>
        </w:rPr>
        <w:t>3. Vocabulary Challenge</w:t>
      </w:r>
    </w:p>
    <w:p w14:paraId="6380B5C8" w14:textId="77777777" w:rsidR="00EE6357" w:rsidRPr="00D65B00" w:rsidRDefault="00996E2D" w:rsidP="00CA4F6A">
      <w:pPr>
        <w:rPr>
          <w:rFonts w:ascii="Twinkl" w:hAnsi="Twinkl"/>
          <w:sz w:val="24"/>
          <w:szCs w:val="24"/>
        </w:rPr>
      </w:pPr>
      <w:r w:rsidRPr="00D65B00">
        <w:rPr>
          <w:rFonts w:ascii="Twinkl" w:hAnsi="Twinkl"/>
          <w:sz w:val="24"/>
          <w:szCs w:val="24"/>
        </w:rPr>
        <w:br/>
        <w:t xml:space="preserve">What do </w:t>
      </w:r>
      <w:r w:rsidRPr="00D65B00">
        <w:rPr>
          <w:rFonts w:ascii="Twinkl" w:hAnsi="Twinkl"/>
          <w:sz w:val="24"/>
          <w:szCs w:val="24"/>
        </w:rPr>
        <w:t>these words mean?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  <w:t>gigantic</w:t>
      </w:r>
      <w:r w:rsidRPr="00D65B00">
        <w:rPr>
          <w:rFonts w:ascii="Twinkl" w:hAnsi="Twinkl"/>
          <w:sz w:val="24"/>
          <w:szCs w:val="24"/>
        </w:rPr>
        <w:br/>
        <w:t>flames</w:t>
      </w:r>
      <w:r w:rsidRPr="00D65B00">
        <w:rPr>
          <w:rFonts w:ascii="Twinkl" w:hAnsi="Twinkl"/>
          <w:sz w:val="24"/>
          <w:szCs w:val="24"/>
        </w:rPr>
        <w:br/>
        <w:t>terrified</w:t>
      </w:r>
      <w:r w:rsidRPr="00D65B00">
        <w:rPr>
          <w:rFonts w:ascii="Twinkl" w:hAnsi="Twinkl"/>
          <w:sz w:val="24"/>
          <w:szCs w:val="24"/>
        </w:rPr>
        <w:br/>
        <w:t>enormous</w:t>
      </w:r>
      <w:r w:rsidRPr="00D65B00">
        <w:rPr>
          <w:rFonts w:ascii="Twinkl" w:hAnsi="Twinkl"/>
          <w:sz w:val="24"/>
          <w:szCs w:val="24"/>
        </w:rPr>
        <w:br/>
        <w:t>brave</w:t>
      </w:r>
      <w:r w:rsidRPr="00D65B00">
        <w:rPr>
          <w:rFonts w:ascii="Twinkl" w:hAnsi="Twinkl"/>
          <w:sz w:val="24"/>
          <w:szCs w:val="24"/>
        </w:rPr>
        <w:br/>
      </w:r>
    </w:p>
    <w:p w14:paraId="2CDA596D" w14:textId="77777777" w:rsidR="00996E2D" w:rsidRDefault="00996E2D" w:rsidP="00CA4F6A">
      <w:pPr>
        <w:rPr>
          <w:rFonts w:ascii="Twinkl" w:hAnsi="Twinkl"/>
          <w:b/>
          <w:bCs/>
          <w:sz w:val="24"/>
          <w:szCs w:val="24"/>
        </w:rPr>
      </w:pPr>
    </w:p>
    <w:p w14:paraId="18D9F0C3" w14:textId="77777777" w:rsidR="00996E2D" w:rsidRDefault="00996E2D" w:rsidP="00CA4F6A">
      <w:pPr>
        <w:rPr>
          <w:rFonts w:ascii="Twinkl" w:hAnsi="Twinkl"/>
          <w:b/>
          <w:bCs/>
          <w:sz w:val="24"/>
          <w:szCs w:val="24"/>
        </w:rPr>
      </w:pPr>
    </w:p>
    <w:p w14:paraId="5BCAA913" w14:textId="4FA57081" w:rsidR="00EE6357" w:rsidRPr="00D65B00" w:rsidRDefault="00996E2D" w:rsidP="00CA4F6A">
      <w:pPr>
        <w:rPr>
          <w:rFonts w:ascii="Twinkl" w:hAnsi="Twinkl"/>
          <w:b/>
          <w:bCs/>
          <w:sz w:val="24"/>
          <w:szCs w:val="24"/>
        </w:rPr>
      </w:pPr>
      <w:r w:rsidRPr="00D65B00">
        <w:rPr>
          <w:rFonts w:ascii="Twinkl" w:hAnsi="Twinkl"/>
          <w:b/>
          <w:bCs/>
          <w:sz w:val="24"/>
          <w:szCs w:val="24"/>
        </w:rPr>
        <w:lastRenderedPageBreak/>
        <w:t>4. Newspaper Headline</w:t>
      </w:r>
    </w:p>
    <w:p w14:paraId="08C51B91" w14:textId="73D9BA08" w:rsidR="00EE6357" w:rsidRPr="00D65B00" w:rsidRDefault="00996E2D" w:rsidP="00CA4F6A">
      <w:pPr>
        <w:rPr>
          <w:rFonts w:ascii="Twinkl" w:hAnsi="Twinkl"/>
          <w:sz w:val="24"/>
          <w:szCs w:val="24"/>
        </w:rPr>
      </w:pPr>
      <w:r w:rsidRPr="00D65B00">
        <w:rPr>
          <w:rFonts w:ascii="Twinkl" w:hAnsi="Twinkl"/>
          <w:sz w:val="24"/>
          <w:szCs w:val="24"/>
        </w:rPr>
        <w:br/>
        <w:t>Imagine you are a newspaper reporter.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  <w:t xml:space="preserve">Write </w:t>
      </w:r>
      <w:r w:rsidRPr="00D65B00">
        <w:rPr>
          <w:rFonts w:ascii="Twinkl" w:hAnsi="Twinkl"/>
          <w:b/>
          <w:bCs/>
          <w:sz w:val="24"/>
          <w:szCs w:val="24"/>
        </w:rPr>
        <w:t>a headline</w:t>
      </w:r>
      <w:r w:rsidRPr="00D65B00">
        <w:rPr>
          <w:rFonts w:ascii="Twinkl" w:hAnsi="Twinkl"/>
          <w:sz w:val="24"/>
          <w:szCs w:val="24"/>
        </w:rPr>
        <w:t xml:space="preserve"> for the day the monster landed.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b/>
          <w:bCs/>
          <w:sz w:val="24"/>
          <w:szCs w:val="24"/>
          <w:u w:val="single"/>
        </w:rPr>
        <w:t>Examples:</w:t>
      </w:r>
      <w:r w:rsidRPr="00D65B00">
        <w:rPr>
          <w:rFonts w:ascii="Twinkl" w:hAnsi="Twinkl"/>
          <w:sz w:val="24"/>
          <w:szCs w:val="24"/>
        </w:rPr>
        <w:br/>
        <w:t>MONSTER FROM SPACE LANDS IN AUSTRALIA!</w:t>
      </w:r>
      <w:r w:rsidRPr="00D65B00">
        <w:rPr>
          <w:rFonts w:ascii="Twinkl" w:hAnsi="Twinkl"/>
          <w:sz w:val="24"/>
          <w:szCs w:val="24"/>
        </w:rPr>
        <w:br/>
        <w:t>EARTH IN DANGER!</w:t>
      </w:r>
      <w:r w:rsidRPr="00D65B00">
        <w:rPr>
          <w:rFonts w:ascii="Twinkl" w:hAnsi="Twinkl"/>
          <w:sz w:val="24"/>
          <w:szCs w:val="24"/>
        </w:rPr>
        <w:br/>
      </w:r>
      <w:r w:rsidR="00D65B00">
        <w:rPr>
          <w:rFonts w:ascii="Twinkl" w:hAnsi="Twinkl"/>
          <w:sz w:val="24"/>
          <w:szCs w:val="24"/>
        </w:rPr>
        <w:t>WORLD LEADERS SEARCH FRO HELP!</w:t>
      </w:r>
      <w:r w:rsidRPr="00D65B00">
        <w:rPr>
          <w:rFonts w:ascii="Twinkl" w:hAnsi="Twinkl"/>
          <w:sz w:val="24"/>
          <w:szCs w:val="24"/>
        </w:rPr>
        <w:br/>
      </w:r>
    </w:p>
    <w:p w14:paraId="0CBF3F1A" w14:textId="77777777" w:rsidR="00EE6357" w:rsidRPr="00D65B00" w:rsidRDefault="00996E2D" w:rsidP="00CA4F6A">
      <w:pPr>
        <w:rPr>
          <w:rFonts w:ascii="Twinkl" w:hAnsi="Twinkl"/>
          <w:b/>
          <w:bCs/>
          <w:sz w:val="24"/>
          <w:szCs w:val="24"/>
        </w:rPr>
      </w:pPr>
      <w:r w:rsidRPr="00D65B00">
        <w:rPr>
          <w:rFonts w:ascii="Twinkl" w:hAnsi="Twinkl"/>
          <w:b/>
          <w:bCs/>
          <w:sz w:val="24"/>
          <w:szCs w:val="24"/>
        </w:rPr>
        <w:t>5. Prediction Challenge</w:t>
      </w:r>
    </w:p>
    <w:p w14:paraId="1FE48F7B" w14:textId="77777777" w:rsidR="00EE6357" w:rsidRPr="00D65B00" w:rsidRDefault="00996E2D" w:rsidP="00CA4F6A">
      <w:pPr>
        <w:rPr>
          <w:rFonts w:ascii="Twinkl" w:hAnsi="Twinkl"/>
          <w:sz w:val="24"/>
          <w:szCs w:val="24"/>
        </w:rPr>
      </w:pPr>
      <w:r w:rsidRPr="00D65B00">
        <w:rPr>
          <w:rFonts w:ascii="Twinkl" w:hAnsi="Twinkl"/>
          <w:sz w:val="24"/>
          <w:szCs w:val="24"/>
        </w:rPr>
        <w:br/>
        <w:t>Write 3–5 sentences predicting what will happen when the Iron Man meets the Space-Bat-Angel-Dragon.</w:t>
      </w:r>
      <w:r w:rsidRPr="00D65B00">
        <w:rPr>
          <w:rFonts w:ascii="Twinkl" w:hAnsi="Twinkl"/>
          <w:sz w:val="24"/>
          <w:szCs w:val="24"/>
        </w:rPr>
        <w:br/>
      </w:r>
      <w:r w:rsidRPr="00D65B00">
        <w:rPr>
          <w:rFonts w:ascii="Twinkl" w:hAnsi="Twinkl"/>
          <w:sz w:val="24"/>
          <w:szCs w:val="24"/>
        </w:rPr>
        <w:br/>
      </w:r>
      <w:r w:rsidRPr="00996E2D">
        <w:rPr>
          <w:rFonts w:ascii="Twinkl" w:hAnsi="Twinkl"/>
          <w:b/>
          <w:bCs/>
          <w:sz w:val="24"/>
          <w:szCs w:val="24"/>
          <w:u w:val="single"/>
        </w:rPr>
        <w:t>Sentence starter:</w:t>
      </w:r>
      <w:r w:rsidRPr="00D65B00">
        <w:rPr>
          <w:rFonts w:ascii="Twinkl" w:hAnsi="Twinkl"/>
          <w:sz w:val="24"/>
          <w:szCs w:val="24"/>
        </w:rPr>
        <w:br/>
        <w:t>I think the Iron Man will...</w:t>
      </w:r>
      <w:r w:rsidRPr="00D65B00">
        <w:rPr>
          <w:rFonts w:ascii="Twinkl" w:hAnsi="Twinkl"/>
          <w:sz w:val="24"/>
          <w:szCs w:val="24"/>
        </w:rPr>
        <w:br/>
      </w:r>
    </w:p>
    <w:sectPr w:rsidR="00EE6357" w:rsidRPr="00D65B00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92248F4"/>
    <w:multiLevelType w:val="hybridMultilevel"/>
    <w:tmpl w:val="093E0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C8472F"/>
    <w:multiLevelType w:val="hybridMultilevel"/>
    <w:tmpl w:val="0B7293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996E2D"/>
    <w:rsid w:val="00AA1D8D"/>
    <w:rsid w:val="00B47730"/>
    <w:rsid w:val="00CA4F6A"/>
    <w:rsid w:val="00CB0664"/>
    <w:rsid w:val="00D65B00"/>
    <w:rsid w:val="00EE635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0E950AA3"/>
  <w14:defaultImageDpi w14:val="300"/>
  <w15:docId w15:val="{0C71BFA3-DF87-4B89-B510-77254212D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Val Peri</cp:lastModifiedBy>
  <cp:revision>2</cp:revision>
  <dcterms:created xsi:type="dcterms:W3CDTF">2026-06-23T17:28:00Z</dcterms:created>
  <dcterms:modified xsi:type="dcterms:W3CDTF">2026-06-23T17:28:00Z</dcterms:modified>
  <cp:category/>
</cp:coreProperties>
</file>