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15531" w14:textId="193226AA" w:rsidR="00B74071" w:rsidRDefault="00B74071">
      <w:pPr>
        <w:jc w:val="center"/>
        <w:rPr>
          <w:b/>
          <w:color w:val="19466E"/>
          <w:sz w:val="44"/>
        </w:rPr>
      </w:pPr>
      <w:r>
        <w:rPr>
          <w:rFonts w:asciiTheme="majorHAnsi" w:hAnsiTheme="majorHAnsi"/>
          <w:b/>
          <w:noProof/>
          <w:color w:val="19466E"/>
          <w:sz w:val="44"/>
        </w:rPr>
        <w:drawing>
          <wp:anchor distT="0" distB="0" distL="114300" distR="114300" simplePos="0" relativeHeight="251686912" behindDoc="0" locked="0" layoutInCell="1" allowOverlap="1" wp14:anchorId="2B56A5CE" wp14:editId="63818A40">
            <wp:simplePos x="0" y="0"/>
            <wp:positionH relativeFrom="column">
              <wp:posOffset>2752725</wp:posOffset>
            </wp:positionH>
            <wp:positionV relativeFrom="paragraph">
              <wp:posOffset>0</wp:posOffset>
            </wp:positionV>
            <wp:extent cx="1031618" cy="107632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31618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4071">
        <w:rPr>
          <w:b/>
          <w:noProof/>
          <w:color w:val="19466E"/>
          <w:sz w:val="44"/>
        </w:rPr>
        <w:drawing>
          <wp:anchor distT="0" distB="0" distL="114300" distR="114300" simplePos="0" relativeHeight="251692032" behindDoc="0" locked="0" layoutInCell="1" allowOverlap="1" wp14:anchorId="1FA6451B" wp14:editId="14A6E917">
            <wp:simplePos x="0" y="0"/>
            <wp:positionH relativeFrom="column">
              <wp:posOffset>4257675</wp:posOffset>
            </wp:positionH>
            <wp:positionV relativeFrom="paragraph">
              <wp:posOffset>-219075</wp:posOffset>
            </wp:positionV>
            <wp:extent cx="2867025" cy="1029644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029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4071">
        <w:rPr>
          <w:b/>
          <w:noProof/>
        </w:rPr>
        <w:drawing>
          <wp:anchor distT="0" distB="0" distL="114300" distR="114300" simplePos="0" relativeHeight="251698176" behindDoc="0" locked="0" layoutInCell="1" allowOverlap="1" wp14:anchorId="67436667" wp14:editId="6DE8BC1F">
            <wp:simplePos x="0" y="0"/>
            <wp:positionH relativeFrom="column">
              <wp:posOffset>0</wp:posOffset>
            </wp:positionH>
            <wp:positionV relativeFrom="paragraph">
              <wp:posOffset>-133350</wp:posOffset>
            </wp:positionV>
            <wp:extent cx="2047875" cy="895350"/>
            <wp:effectExtent l="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7B34BD" w14:textId="4BA76708" w:rsidR="00B74071" w:rsidRDefault="00B74071">
      <w:pPr>
        <w:jc w:val="center"/>
        <w:rPr>
          <w:b/>
          <w:color w:val="19466E"/>
          <w:sz w:val="44"/>
        </w:rPr>
      </w:pPr>
    </w:p>
    <w:p w14:paraId="27C5F159" w14:textId="77777777" w:rsidR="00B74071" w:rsidRDefault="00B74071" w:rsidP="00B74071">
      <w:pPr>
        <w:rPr>
          <w:rFonts w:asciiTheme="majorHAnsi" w:hAnsiTheme="majorHAnsi"/>
          <w:b/>
          <w:color w:val="19466E"/>
          <w:sz w:val="44"/>
        </w:rPr>
      </w:pPr>
    </w:p>
    <w:p w14:paraId="5EE0744B" w14:textId="60729B8A" w:rsidR="00E5078D" w:rsidRPr="00B74071" w:rsidRDefault="00B74071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  <w:b/>
          <w:color w:val="19466E"/>
          <w:sz w:val="44"/>
        </w:rPr>
        <w:t xml:space="preserve">St Oswald’s </w:t>
      </w:r>
      <w:r w:rsidRPr="00B74071">
        <w:rPr>
          <w:rFonts w:asciiTheme="majorHAnsi" w:hAnsiTheme="majorHAnsi"/>
          <w:b/>
          <w:color w:val="19466E"/>
          <w:sz w:val="44"/>
        </w:rPr>
        <w:t>Parking Pledge</w:t>
      </w:r>
    </w:p>
    <w:p w14:paraId="4A8349FC" w14:textId="098719FE" w:rsidR="00B74071" w:rsidRPr="00B74071" w:rsidRDefault="00B74071">
      <w:pPr>
        <w:rPr>
          <w:noProof/>
          <w:sz w:val="26"/>
          <w:szCs w:val="28"/>
        </w:rPr>
      </w:pPr>
      <w:r w:rsidRPr="00B74071">
        <w:rPr>
          <w:b/>
          <w:sz w:val="26"/>
          <w:szCs w:val="28"/>
        </w:rPr>
        <w:t>In the interests of everyone’s safety we agree to:</w:t>
      </w:r>
      <w:r w:rsidRPr="00B74071">
        <w:rPr>
          <w:noProof/>
          <w:sz w:val="26"/>
          <w:szCs w:val="28"/>
        </w:rPr>
        <w:t xml:space="preserve"> </w:t>
      </w:r>
    </w:p>
    <w:p w14:paraId="464A6A77" w14:textId="3F54F891" w:rsidR="00E5078D" w:rsidRPr="00B74071" w:rsidRDefault="00B74071" w:rsidP="009F1E0A">
      <w:pPr>
        <w:pStyle w:val="ListBullet"/>
        <w:numPr>
          <w:ilvl w:val="0"/>
          <w:numId w:val="11"/>
        </w:numPr>
        <w:rPr>
          <w:sz w:val="26"/>
          <w:szCs w:val="28"/>
        </w:rPr>
      </w:pPr>
      <w:r w:rsidRPr="00B74071">
        <w:rPr>
          <w:sz w:val="26"/>
          <w:szCs w:val="28"/>
        </w:rPr>
        <w:t>Keep to the parking restrictions – zig zag and double yellow lines</w:t>
      </w:r>
    </w:p>
    <w:p w14:paraId="2FE3374A" w14:textId="77C44340" w:rsidR="00E5078D" w:rsidRPr="00B74071" w:rsidRDefault="00B74071" w:rsidP="009F1E0A">
      <w:pPr>
        <w:pStyle w:val="ListBullet"/>
        <w:numPr>
          <w:ilvl w:val="0"/>
          <w:numId w:val="11"/>
        </w:numPr>
        <w:rPr>
          <w:sz w:val="26"/>
          <w:szCs w:val="28"/>
        </w:rPr>
      </w:pPr>
      <w:r w:rsidRPr="00B74071">
        <w:rPr>
          <w:sz w:val="26"/>
          <w:szCs w:val="28"/>
        </w:rPr>
        <w:t>Keep the pathways clear for pedestrians – a double buggy’s width</w:t>
      </w:r>
    </w:p>
    <w:p w14:paraId="3ACCE67A" w14:textId="11263DEA" w:rsidR="00E5078D" w:rsidRPr="00B74071" w:rsidRDefault="00B74071" w:rsidP="009F1E0A">
      <w:pPr>
        <w:pStyle w:val="ListBullet"/>
        <w:numPr>
          <w:ilvl w:val="0"/>
          <w:numId w:val="11"/>
        </w:numPr>
        <w:rPr>
          <w:sz w:val="26"/>
          <w:szCs w:val="28"/>
        </w:rPr>
      </w:pPr>
      <w:r w:rsidRPr="00B74071">
        <w:rPr>
          <w:sz w:val="26"/>
          <w:szCs w:val="28"/>
        </w:rPr>
        <w:t>Keep the roads clear – refrain from parking on both sides of the road</w:t>
      </w:r>
    </w:p>
    <w:p w14:paraId="61B2B2EE" w14:textId="140EDFCA" w:rsidR="00E5078D" w:rsidRPr="00B74071" w:rsidRDefault="00B74071" w:rsidP="009F1E0A">
      <w:pPr>
        <w:pStyle w:val="ListBullet"/>
        <w:numPr>
          <w:ilvl w:val="0"/>
          <w:numId w:val="11"/>
        </w:numPr>
        <w:rPr>
          <w:sz w:val="26"/>
          <w:szCs w:val="28"/>
        </w:rPr>
      </w:pPr>
      <w:r w:rsidRPr="00B74071">
        <w:rPr>
          <w:sz w:val="26"/>
          <w:szCs w:val="28"/>
        </w:rPr>
        <w:t xml:space="preserve">Keep </w:t>
      </w:r>
      <w:r w:rsidR="009F1E0A" w:rsidRPr="00B74071">
        <w:rPr>
          <w:sz w:val="26"/>
          <w:szCs w:val="28"/>
        </w:rPr>
        <w:t>neighboring</w:t>
      </w:r>
      <w:r w:rsidRPr="00B74071">
        <w:rPr>
          <w:sz w:val="26"/>
          <w:szCs w:val="28"/>
        </w:rPr>
        <w:t xml:space="preserve"> driveways clear and remember to be mindful of our residents when parking in the local area</w:t>
      </w:r>
    </w:p>
    <w:p w14:paraId="22F37006" w14:textId="60A77A62" w:rsidR="00E5078D" w:rsidRPr="00B74071" w:rsidRDefault="00B74071" w:rsidP="009F1E0A">
      <w:pPr>
        <w:pStyle w:val="ListBullet"/>
        <w:numPr>
          <w:ilvl w:val="0"/>
          <w:numId w:val="11"/>
        </w:numPr>
        <w:rPr>
          <w:sz w:val="26"/>
          <w:szCs w:val="28"/>
        </w:rPr>
      </w:pPr>
      <w:r w:rsidRPr="00B74071">
        <w:rPr>
          <w:sz w:val="26"/>
          <w:szCs w:val="28"/>
        </w:rPr>
        <w:t>Keep junctions clear</w:t>
      </w:r>
    </w:p>
    <w:p w14:paraId="701D4BE7" w14:textId="351ACFED" w:rsidR="00E5078D" w:rsidRPr="00B74071" w:rsidRDefault="00B74071" w:rsidP="009F1E0A">
      <w:pPr>
        <w:pStyle w:val="ListBullet"/>
        <w:numPr>
          <w:ilvl w:val="0"/>
          <w:numId w:val="11"/>
        </w:numPr>
        <w:rPr>
          <w:sz w:val="26"/>
          <w:szCs w:val="28"/>
        </w:rPr>
      </w:pPr>
      <w:r w:rsidRPr="00B74071">
        <w:rPr>
          <w:sz w:val="26"/>
          <w:szCs w:val="28"/>
        </w:rPr>
        <w:t>Walk a little further if that is what it takes</w:t>
      </w:r>
    </w:p>
    <w:p w14:paraId="3C8EAF50" w14:textId="2020DD82" w:rsidR="00B74071" w:rsidRPr="009F1E0A" w:rsidRDefault="00B74071" w:rsidP="009F1E0A">
      <w:pPr>
        <w:pStyle w:val="ListBullet"/>
        <w:numPr>
          <w:ilvl w:val="0"/>
          <w:numId w:val="11"/>
        </w:numPr>
        <w:rPr>
          <w:sz w:val="26"/>
          <w:szCs w:val="28"/>
        </w:rPr>
      </w:pPr>
      <w:r w:rsidRPr="00B74071">
        <w:rPr>
          <w:sz w:val="26"/>
          <w:szCs w:val="28"/>
        </w:rPr>
        <w:t>Consider trying alternative ways to travel which will help reduce congestion around school</w:t>
      </w:r>
    </w:p>
    <w:p w14:paraId="00B945EE" w14:textId="4F90FFB6" w:rsidR="00E5078D" w:rsidRPr="009F1E0A" w:rsidRDefault="00B74071" w:rsidP="009F1E0A">
      <w:pPr>
        <w:pStyle w:val="ListParagraph"/>
        <w:numPr>
          <w:ilvl w:val="0"/>
          <w:numId w:val="11"/>
        </w:numPr>
        <w:rPr>
          <w:sz w:val="26"/>
          <w:szCs w:val="28"/>
        </w:rPr>
      </w:pPr>
      <w:r w:rsidRPr="009F1E0A">
        <w:rPr>
          <w:sz w:val="26"/>
          <w:szCs w:val="28"/>
        </w:rPr>
        <w:t>When cycling and scooting dismount before approaching the front gate</w:t>
      </w:r>
    </w:p>
    <w:p w14:paraId="6368D850" w14:textId="77777777" w:rsidR="00B74071" w:rsidRDefault="00B74071" w:rsidP="009F1E0A">
      <w:pPr>
        <w:jc w:val="center"/>
        <w:rPr>
          <w:b/>
        </w:rPr>
      </w:pPr>
    </w:p>
    <w:p w14:paraId="7B7E003B" w14:textId="483F6A40" w:rsidR="00B74071" w:rsidRDefault="00B74071" w:rsidP="009F1E0A">
      <w:pPr>
        <w:jc w:val="center"/>
        <w:rPr>
          <w:b/>
        </w:rPr>
      </w:pPr>
      <w:r>
        <w:rPr>
          <w:b/>
        </w:rPr>
        <w:t>Thank You!</w:t>
      </w:r>
    </w:p>
    <w:p w14:paraId="327C2787" w14:textId="268C3C6F" w:rsidR="00B74071" w:rsidRDefault="00B74071">
      <w:pPr>
        <w:jc w:val="right"/>
        <w:rPr>
          <w:b/>
        </w:rPr>
      </w:pPr>
    </w:p>
    <w:p w14:paraId="6CF747C9" w14:textId="50C5CE87" w:rsidR="00B74071" w:rsidRPr="00B74071" w:rsidRDefault="00B74071" w:rsidP="00B74071">
      <w:pPr>
        <w:rPr>
          <w:b/>
          <w:sz w:val="26"/>
          <w:szCs w:val="28"/>
        </w:rPr>
      </w:pPr>
      <w:r w:rsidRPr="00B74071">
        <w:rPr>
          <w:b/>
          <w:sz w:val="26"/>
          <w:szCs w:val="28"/>
        </w:rPr>
        <w:t xml:space="preserve">If you have any further questions about the parking </w:t>
      </w:r>
      <w:r w:rsidR="009F1E0A" w:rsidRPr="00B74071">
        <w:rPr>
          <w:b/>
          <w:sz w:val="26"/>
          <w:szCs w:val="28"/>
        </w:rPr>
        <w:t>pledge,</w:t>
      </w:r>
      <w:r w:rsidRPr="00B74071">
        <w:rPr>
          <w:b/>
          <w:sz w:val="26"/>
          <w:szCs w:val="28"/>
        </w:rPr>
        <w:t xml:space="preserve"> please contact us at our school office or alternatively PC</w:t>
      </w:r>
      <w:r w:rsidR="009F1E0A">
        <w:rPr>
          <w:b/>
          <w:sz w:val="26"/>
          <w:szCs w:val="28"/>
        </w:rPr>
        <w:t>SO</w:t>
      </w:r>
      <w:r w:rsidRPr="00B74071">
        <w:rPr>
          <w:b/>
          <w:sz w:val="26"/>
          <w:szCs w:val="28"/>
        </w:rPr>
        <w:t xml:space="preserve"> Adam on the email below…</w:t>
      </w:r>
    </w:p>
    <w:p w14:paraId="1CAE488F" w14:textId="31753094" w:rsidR="00B74071" w:rsidRPr="009F1E0A" w:rsidRDefault="00230123" w:rsidP="00B74071">
      <w:pPr>
        <w:rPr>
          <w:bCs/>
          <w:sz w:val="30"/>
          <w:szCs w:val="36"/>
        </w:rPr>
      </w:pPr>
      <w:hyperlink r:id="rId9" w:history="1">
        <w:r w:rsidR="009F1E0A" w:rsidRPr="009F1E0A">
          <w:rPr>
            <w:rStyle w:val="Hyperlink"/>
            <w:bCs/>
            <w:color w:val="auto"/>
            <w:sz w:val="30"/>
            <w:szCs w:val="36"/>
            <w:u w:val="none"/>
          </w:rPr>
          <w:t>7560@lancashire.police.uk</w:t>
        </w:r>
      </w:hyperlink>
    </w:p>
    <w:p w14:paraId="6616C3C8" w14:textId="77777777" w:rsidR="009F1E0A" w:rsidRDefault="009F1E0A" w:rsidP="00B74071">
      <w:pPr>
        <w:rPr>
          <w:bCs/>
          <w:sz w:val="30"/>
          <w:szCs w:val="36"/>
        </w:rPr>
      </w:pPr>
    </w:p>
    <w:p w14:paraId="28051DC5" w14:textId="77777777" w:rsidR="009F1E0A" w:rsidRPr="00B74071" w:rsidRDefault="009F1E0A" w:rsidP="00B74071">
      <w:pPr>
        <w:rPr>
          <w:sz w:val="26"/>
          <w:szCs w:val="28"/>
        </w:rPr>
      </w:pPr>
    </w:p>
    <w:p w14:paraId="7B3E3E49" w14:textId="77B4FD5B" w:rsidR="00E5078D" w:rsidRDefault="00B74071">
      <w:r>
        <w:t xml:space="preserve">✂  · · · · · · · · · · · · · · · · · · · · · · · · · · · · · · · · · · · · · · · · · · · · · · · · · · · · · · · · · · · · · · · · · · · · · · · · · · · · · · · · · · · · · · · · · · · · · · </w:t>
      </w:r>
    </w:p>
    <w:p w14:paraId="1DE85F59" w14:textId="37635EE8" w:rsidR="00E5078D" w:rsidRPr="00B74071" w:rsidRDefault="00B74071">
      <w:pPr>
        <w:rPr>
          <w:sz w:val="30"/>
          <w:szCs w:val="36"/>
        </w:rPr>
      </w:pPr>
      <w:r w:rsidRPr="00B74071">
        <w:rPr>
          <w:b/>
          <w:sz w:val="30"/>
          <w:szCs w:val="36"/>
        </w:rPr>
        <w:t>I/We agree to do our best to keep the school's parking pledge</w:t>
      </w:r>
    </w:p>
    <w:p w14:paraId="769E914D" w14:textId="77777777" w:rsidR="00E5078D" w:rsidRPr="00B74071" w:rsidRDefault="00B74071">
      <w:pPr>
        <w:rPr>
          <w:sz w:val="30"/>
          <w:szCs w:val="36"/>
        </w:rPr>
      </w:pPr>
      <w:r w:rsidRPr="00B74071">
        <w:rPr>
          <w:sz w:val="30"/>
          <w:szCs w:val="36"/>
        </w:rPr>
        <w:t>Name/s of pupils  ................................................................................</w:t>
      </w:r>
    </w:p>
    <w:p w14:paraId="3C392B1D" w14:textId="77777777" w:rsidR="00E5078D" w:rsidRPr="00B74071" w:rsidRDefault="00B74071">
      <w:pPr>
        <w:rPr>
          <w:sz w:val="30"/>
          <w:szCs w:val="36"/>
        </w:rPr>
      </w:pPr>
      <w:r w:rsidRPr="00B74071">
        <w:rPr>
          <w:sz w:val="30"/>
          <w:szCs w:val="36"/>
        </w:rPr>
        <w:t>Year group/s  ........................................................................................</w:t>
      </w:r>
    </w:p>
    <w:p w14:paraId="7837BFFD" w14:textId="77777777" w:rsidR="00E5078D" w:rsidRPr="00B74071" w:rsidRDefault="00B74071">
      <w:pPr>
        <w:rPr>
          <w:sz w:val="30"/>
          <w:szCs w:val="36"/>
        </w:rPr>
      </w:pPr>
      <w:r w:rsidRPr="00B74071">
        <w:rPr>
          <w:sz w:val="30"/>
          <w:szCs w:val="36"/>
        </w:rPr>
        <w:t>Parent/s signature  ...............................................................................</w:t>
      </w:r>
    </w:p>
    <w:p w14:paraId="0DCD3F8E" w14:textId="77777777" w:rsidR="00E5078D" w:rsidRPr="00B74071" w:rsidRDefault="00B74071">
      <w:pPr>
        <w:rPr>
          <w:sz w:val="30"/>
          <w:szCs w:val="36"/>
        </w:rPr>
      </w:pPr>
      <w:r w:rsidRPr="00B74071">
        <w:rPr>
          <w:sz w:val="30"/>
          <w:szCs w:val="36"/>
        </w:rPr>
        <w:t>(I/We have also passed this information on to anyone who collects my child/ren from school)</w:t>
      </w:r>
    </w:p>
    <w:sectPr w:rsidR="00E5078D" w:rsidRPr="00B74071" w:rsidSect="00B7407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5A60B44"/>
    <w:multiLevelType w:val="hybridMultilevel"/>
    <w:tmpl w:val="9F2E3B5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E1455C4"/>
    <w:multiLevelType w:val="hybridMultilevel"/>
    <w:tmpl w:val="1D4A1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30123"/>
    <w:rsid w:val="0029639D"/>
    <w:rsid w:val="00313D6E"/>
    <w:rsid w:val="00326F90"/>
    <w:rsid w:val="006E2D62"/>
    <w:rsid w:val="009F1E0A"/>
    <w:rsid w:val="00AA1D8D"/>
    <w:rsid w:val="00B47730"/>
    <w:rsid w:val="00B74071"/>
    <w:rsid w:val="00CB0664"/>
    <w:rsid w:val="00E5078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ED843F"/>
  <w14:defaultImageDpi w14:val="300"/>
  <w15:docId w15:val="{6E73934A-187D-4373-95B8-0770CF988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/>
    </w:pPr>
    <w:rPr>
      <w:rFonts w:ascii="Aptos" w:hAnsi="Apto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9F1E0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1E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7560@lancashire.police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Manager</cp:lastModifiedBy>
  <cp:revision>2</cp:revision>
  <cp:lastPrinted>2026-11-04T09:45:00Z</cp:lastPrinted>
  <dcterms:created xsi:type="dcterms:W3CDTF">2026-11-06T11:06:00Z</dcterms:created>
  <dcterms:modified xsi:type="dcterms:W3CDTF">2026-11-06T11:06:00Z</dcterms:modified>
  <cp:category/>
</cp:coreProperties>
</file>