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358F2" w14:textId="1ACABE23" w:rsidR="00E94E93" w:rsidRDefault="00623625">
      <w:r w:rsidRPr="00623625">
        <w:drawing>
          <wp:inline distT="0" distB="0" distL="0" distR="0" wp14:anchorId="6EED15DC" wp14:editId="28F2E56B">
            <wp:extent cx="7701974" cy="2141220"/>
            <wp:effectExtent l="0" t="0" r="0" b="0"/>
            <wp:docPr id="18007000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70008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08303" cy="214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C0C7A" w14:textId="6BEC80FF" w:rsidR="008F4B66" w:rsidRPr="008F4B66" w:rsidRDefault="008F4B66">
      <w:pPr>
        <w:rPr>
          <w:rFonts w:ascii="Comic Sans MS" w:hAnsi="Comic Sans MS"/>
          <w:sz w:val="32"/>
          <w:szCs w:val="32"/>
        </w:rPr>
      </w:pPr>
      <w:r w:rsidRPr="008F4B66">
        <w:rPr>
          <w:rFonts w:ascii="Comic Sans MS" w:hAnsi="Comic Sans MS"/>
          <w:sz w:val="32"/>
          <w:szCs w:val="32"/>
        </w:rPr>
        <w:t>Remember to keep practicing your time</w:t>
      </w:r>
      <w:r>
        <w:rPr>
          <w:rFonts w:ascii="Comic Sans MS" w:hAnsi="Comic Sans MS"/>
          <w:sz w:val="32"/>
          <w:szCs w:val="32"/>
        </w:rPr>
        <w:t xml:space="preserve">s </w:t>
      </w:r>
      <w:r w:rsidRPr="008F4B66">
        <w:rPr>
          <w:rFonts w:ascii="Comic Sans MS" w:hAnsi="Comic Sans MS"/>
          <w:sz w:val="32"/>
          <w:szCs w:val="32"/>
        </w:rPr>
        <w:t>tables on Times Tables Rock Star as well!</w:t>
      </w:r>
    </w:p>
    <w:sectPr w:rsidR="008F4B66" w:rsidRPr="008F4B66" w:rsidSect="00623625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3113393">
    <w:abstractNumId w:val="8"/>
  </w:num>
  <w:num w:numId="2" w16cid:durableId="121728050">
    <w:abstractNumId w:val="6"/>
  </w:num>
  <w:num w:numId="3" w16cid:durableId="1460101835">
    <w:abstractNumId w:val="5"/>
  </w:num>
  <w:num w:numId="4" w16cid:durableId="442726558">
    <w:abstractNumId w:val="4"/>
  </w:num>
  <w:num w:numId="5" w16cid:durableId="1621497010">
    <w:abstractNumId w:val="7"/>
  </w:num>
  <w:num w:numId="6" w16cid:durableId="1416320541">
    <w:abstractNumId w:val="3"/>
  </w:num>
  <w:num w:numId="7" w16cid:durableId="1288466938">
    <w:abstractNumId w:val="2"/>
  </w:num>
  <w:num w:numId="8" w16cid:durableId="1181971942">
    <w:abstractNumId w:val="1"/>
  </w:num>
  <w:num w:numId="9" w16cid:durableId="214588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23625"/>
    <w:rsid w:val="008F4B66"/>
    <w:rsid w:val="00AA1D8D"/>
    <w:rsid w:val="00B47730"/>
    <w:rsid w:val="00CB0664"/>
    <w:rsid w:val="00E94E93"/>
    <w:rsid w:val="00ED5151"/>
    <w:rsid w:val="00FC693F"/>
    <w:rsid w:val="00FF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BC8537"/>
  <w14:defaultImageDpi w14:val="300"/>
  <w15:docId w15:val="{BBD1A948-DAF2-4AA6-808C-B9F60A6EF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Wood</dc:creator>
  <cp:keywords/>
  <dc:description>generated by python-docx</dc:description>
  <cp:lastModifiedBy>Helen Wood</cp:lastModifiedBy>
  <cp:revision>3</cp:revision>
  <cp:lastPrinted>2026-10-05T07:58:00Z</cp:lastPrinted>
  <dcterms:created xsi:type="dcterms:W3CDTF">2026-10-05T15:35:00Z</dcterms:created>
  <dcterms:modified xsi:type="dcterms:W3CDTF">2026-10-05T15:36:00Z</dcterms:modified>
  <cp:category/>
</cp:coreProperties>
</file>