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311" w:rsidRPr="003E3E26" w:rsidRDefault="00F5400D">
      <w:pPr>
        <w:jc w:val="center"/>
        <w:rPr>
          <w:u w:val="single"/>
        </w:rPr>
      </w:pPr>
      <w:r w:rsidRPr="003E3E26">
        <w:rPr>
          <w:rFonts w:ascii="Arial" w:hAnsi="Arial"/>
          <w:b/>
          <w:sz w:val="32"/>
          <w:u w:val="single"/>
        </w:rPr>
        <w:t>Year 5 Math Homework: Estimation &amp; Inverse Operations</w:t>
      </w:r>
    </w:p>
    <w:p w:rsidR="003E3E26" w:rsidRDefault="00F5400D" w:rsidP="003E3E26">
      <w:pPr>
        <w:spacing w:before="240" w:after="480"/>
        <w:rPr>
          <w:rFonts w:ascii="Arial" w:hAnsi="Arial"/>
          <w:i/>
          <w:sz w:val="21"/>
        </w:rPr>
      </w:pPr>
      <w:r w:rsidRPr="00456694">
        <w:rPr>
          <w:rFonts w:ascii="Arial" w:hAnsi="Arial"/>
          <w:b/>
          <w:sz w:val="24"/>
          <w:szCs w:val="24"/>
        </w:rPr>
        <w:t>Part 1: Rounding to Estimate</w:t>
      </w:r>
      <w:r w:rsidR="003E3E26">
        <w:rPr>
          <w:rFonts w:ascii="Arial" w:hAnsi="Arial"/>
          <w:b/>
          <w:sz w:val="26"/>
        </w:rPr>
        <w:t xml:space="preserve">. </w:t>
      </w:r>
      <w:r>
        <w:rPr>
          <w:rFonts w:ascii="Arial" w:hAnsi="Arial"/>
          <w:i/>
          <w:sz w:val="21"/>
        </w:rPr>
        <w:t>Rule: Round to the nearest 100, 1,000, or 10,000 first, then calculate the approximate answer.</w:t>
      </w:r>
      <w:r w:rsidR="003E3E26">
        <w:rPr>
          <w:rFonts w:ascii="Arial" w:hAnsi="Arial"/>
          <w:i/>
          <w:sz w:val="21"/>
        </w:rPr>
        <w:t xml:space="preserve"> </w:t>
      </w:r>
    </w:p>
    <w:p w:rsidR="00456694" w:rsidRDefault="00456694" w:rsidP="00456694">
      <w:pPr>
        <w:spacing w:before="240" w:after="480" w:line="20" w:lineRule="atLeast"/>
        <w:rPr>
          <w:rFonts w:ascii="Arial" w:hAnsi="Arial"/>
        </w:rPr>
      </w:pPr>
      <w:r>
        <w:rPr>
          <w:rFonts w:ascii="Arial" w:hAnsi="Arial"/>
        </w:rPr>
        <w:t>1</w:t>
      </w:r>
      <w:r w:rsidR="00F5400D">
        <w:rPr>
          <w:rFonts w:ascii="Arial" w:hAnsi="Arial"/>
        </w:rPr>
        <w:t xml:space="preserve">. Estimate: </w:t>
      </w:r>
      <w:r w:rsidR="00F5400D" w:rsidRPr="003E3E26">
        <w:rPr>
          <w:rFonts w:ascii="Arial" w:hAnsi="Arial"/>
          <w:highlight w:val="yellow"/>
        </w:rPr>
        <w:t>4</w:t>
      </w:r>
      <w:r w:rsidR="00F5400D">
        <w:rPr>
          <w:rFonts w:ascii="Arial" w:hAnsi="Arial"/>
        </w:rPr>
        <w:t xml:space="preserve">,321 + </w:t>
      </w:r>
      <w:r w:rsidR="00F5400D" w:rsidRPr="003E3E26">
        <w:rPr>
          <w:rFonts w:ascii="Arial" w:hAnsi="Arial"/>
          <w:highlight w:val="yellow"/>
        </w:rPr>
        <w:t>2</w:t>
      </w:r>
      <w:r w:rsidR="00F5400D">
        <w:rPr>
          <w:rFonts w:ascii="Arial" w:hAnsi="Arial"/>
        </w:rPr>
        <w:t>,879</w:t>
      </w:r>
      <w:bookmarkStart w:id="0" w:name="_GoBack"/>
      <w:bookmarkEnd w:id="0"/>
    </w:p>
    <w:p w:rsidR="00943311" w:rsidRPr="003E3E26" w:rsidRDefault="00F5400D" w:rsidP="00456694">
      <w:pPr>
        <w:spacing w:before="240" w:after="480" w:line="20" w:lineRule="atLeast"/>
        <w:rPr>
          <w:rFonts w:ascii="Arial" w:hAnsi="Arial"/>
        </w:rPr>
      </w:pPr>
      <w:r>
        <w:rPr>
          <w:rFonts w:ascii="Arial" w:hAnsi="Arial"/>
        </w:rPr>
        <w:t xml:space="preserve">Round each to the nearest 1,000 first: </w:t>
      </w:r>
      <w:r w:rsidR="003E3E26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="003E3E26">
        <w:rPr>
          <w:rFonts w:ascii="Arial" w:hAnsi="Arial"/>
        </w:rPr>
        <w:t xml:space="preserve">4000 </w:t>
      </w:r>
      <w:r>
        <w:rPr>
          <w:rFonts w:ascii="Arial" w:hAnsi="Arial"/>
        </w:rPr>
        <w:t xml:space="preserve">+ </w:t>
      </w:r>
      <w:r w:rsidR="003E3E26">
        <w:rPr>
          <w:rFonts w:ascii="Arial" w:hAnsi="Arial"/>
        </w:rPr>
        <w:t>3000</w:t>
      </w:r>
      <w:r>
        <w:rPr>
          <w:rFonts w:ascii="Arial" w:hAnsi="Arial"/>
        </w:rPr>
        <w:t xml:space="preserve"> = </w:t>
      </w:r>
      <w:r w:rsidR="003E3E26">
        <w:rPr>
          <w:rFonts w:ascii="Arial" w:hAnsi="Arial"/>
        </w:rPr>
        <w:t xml:space="preserve">7000              </w:t>
      </w:r>
    </w:p>
    <w:p w:rsidR="00943311" w:rsidRDefault="00F5400D" w:rsidP="00456694">
      <w:pPr>
        <w:spacing w:before="120" w:after="80" w:line="20" w:lineRule="atLeast"/>
      </w:pPr>
      <w:r>
        <w:rPr>
          <w:rFonts w:ascii="Arial" w:hAnsi="Arial"/>
        </w:rPr>
        <w:t xml:space="preserve">2. Estimate: </w:t>
      </w:r>
      <w:r w:rsidRPr="003E3E26">
        <w:rPr>
          <w:rFonts w:ascii="Arial" w:hAnsi="Arial"/>
          <w:highlight w:val="yellow"/>
        </w:rPr>
        <w:t>8</w:t>
      </w:r>
      <w:r>
        <w:rPr>
          <w:rFonts w:ascii="Arial" w:hAnsi="Arial"/>
        </w:rPr>
        <w:t xml:space="preserve">6,420 - </w:t>
      </w:r>
      <w:r w:rsidRPr="003E3E26">
        <w:rPr>
          <w:rFonts w:ascii="Arial" w:hAnsi="Arial"/>
          <w:highlight w:val="yellow"/>
        </w:rPr>
        <w:t>3</w:t>
      </w:r>
      <w:r>
        <w:rPr>
          <w:rFonts w:ascii="Arial" w:hAnsi="Arial"/>
        </w:rPr>
        <w:t>1,895</w:t>
      </w:r>
    </w:p>
    <w:p w:rsidR="00943311" w:rsidRDefault="00F5400D" w:rsidP="00456694">
      <w:pPr>
        <w:spacing w:after="240" w:line="20" w:lineRule="atLeast"/>
      </w:pPr>
      <w:r>
        <w:rPr>
          <w:rFonts w:ascii="Arial" w:hAnsi="Arial"/>
        </w:rPr>
        <w:t>Round each to the nearest 10,000 first: ___________ - ___________ = ___________</w:t>
      </w:r>
    </w:p>
    <w:p w:rsidR="00943311" w:rsidRDefault="00F5400D" w:rsidP="00456694">
      <w:pPr>
        <w:spacing w:before="120" w:after="80" w:line="20" w:lineRule="atLeast"/>
      </w:pPr>
      <w:r>
        <w:rPr>
          <w:rFonts w:ascii="Arial" w:hAnsi="Arial"/>
        </w:rPr>
        <w:t xml:space="preserve">3. Estimate: </w:t>
      </w:r>
      <w:r w:rsidRPr="003E3E26">
        <w:rPr>
          <w:rFonts w:ascii="Arial" w:hAnsi="Arial"/>
          <w:highlight w:val="yellow"/>
        </w:rPr>
        <w:t>6</w:t>
      </w:r>
      <w:r>
        <w:rPr>
          <w:rFonts w:ascii="Arial" w:hAnsi="Arial"/>
        </w:rPr>
        <w:t xml:space="preserve">48 + </w:t>
      </w:r>
      <w:r w:rsidRPr="003E3E26">
        <w:rPr>
          <w:rFonts w:ascii="Arial" w:hAnsi="Arial"/>
          <w:highlight w:val="yellow"/>
        </w:rPr>
        <w:t>7</w:t>
      </w:r>
      <w:r>
        <w:rPr>
          <w:rFonts w:ascii="Arial" w:hAnsi="Arial"/>
        </w:rPr>
        <w:t>12</w:t>
      </w:r>
    </w:p>
    <w:p w:rsidR="00943311" w:rsidRDefault="00F5400D" w:rsidP="00456694">
      <w:pPr>
        <w:spacing w:after="240" w:line="20" w:lineRule="atLeast"/>
      </w:pPr>
      <w:r>
        <w:rPr>
          <w:rFonts w:ascii="Arial" w:hAnsi="Arial"/>
        </w:rPr>
        <w:t>Round each to the nearest 100 first: ___________ + ___________ = ___________</w:t>
      </w:r>
    </w:p>
    <w:p w:rsidR="00943311" w:rsidRDefault="00F5400D" w:rsidP="00456694">
      <w:pPr>
        <w:spacing w:before="120" w:after="80" w:line="20" w:lineRule="atLeast"/>
      </w:pPr>
      <w:r>
        <w:rPr>
          <w:rFonts w:ascii="Arial" w:hAnsi="Arial"/>
        </w:rPr>
        <w:t xml:space="preserve">4. Estimate: </w:t>
      </w:r>
      <w:r w:rsidRPr="003E3E26">
        <w:rPr>
          <w:rFonts w:ascii="Arial" w:hAnsi="Arial"/>
          <w:highlight w:val="yellow"/>
        </w:rPr>
        <w:t>9</w:t>
      </w:r>
      <w:r>
        <w:rPr>
          <w:rFonts w:ascii="Arial" w:hAnsi="Arial"/>
        </w:rPr>
        <w:t xml:space="preserve">,105 - </w:t>
      </w:r>
      <w:r w:rsidRPr="003E3E26">
        <w:rPr>
          <w:rFonts w:ascii="Arial" w:hAnsi="Arial"/>
          <w:highlight w:val="yellow"/>
        </w:rPr>
        <w:t>4</w:t>
      </w:r>
      <w:r>
        <w:rPr>
          <w:rFonts w:ascii="Arial" w:hAnsi="Arial"/>
        </w:rPr>
        <w:t>,789</w:t>
      </w:r>
    </w:p>
    <w:p w:rsidR="00943311" w:rsidRDefault="00F5400D" w:rsidP="00456694">
      <w:pPr>
        <w:spacing w:after="240" w:line="20" w:lineRule="atLeast"/>
      </w:pPr>
      <w:r>
        <w:rPr>
          <w:rFonts w:ascii="Arial" w:hAnsi="Arial"/>
        </w:rPr>
        <w:t>Round each to the nearest 1,000 first: ___________ - ___________ = ___________</w:t>
      </w:r>
    </w:p>
    <w:p w:rsidR="00943311" w:rsidRDefault="00F5400D" w:rsidP="00456694">
      <w:pPr>
        <w:spacing w:before="120" w:after="80" w:line="20" w:lineRule="atLeast"/>
      </w:pPr>
      <w:r>
        <w:rPr>
          <w:rFonts w:ascii="Arial" w:hAnsi="Arial"/>
        </w:rPr>
        <w:t>5. Word Problem: A school library has 1</w:t>
      </w:r>
      <w:r w:rsidRPr="003E3E26">
        <w:rPr>
          <w:rFonts w:ascii="Arial" w:hAnsi="Arial"/>
          <w:highlight w:val="yellow"/>
        </w:rPr>
        <w:t>2</w:t>
      </w:r>
      <w:r>
        <w:rPr>
          <w:rFonts w:ascii="Arial" w:hAnsi="Arial"/>
        </w:rPr>
        <w:t xml:space="preserve">,650 books. They donate </w:t>
      </w:r>
      <w:r w:rsidRPr="003E3E26">
        <w:rPr>
          <w:rFonts w:ascii="Arial" w:hAnsi="Arial"/>
          <w:highlight w:val="yellow"/>
        </w:rPr>
        <w:t>3</w:t>
      </w:r>
      <w:r>
        <w:rPr>
          <w:rFonts w:ascii="Arial" w:hAnsi="Arial"/>
        </w:rPr>
        <w:t>,210 books to a local charity. Rounding to the nearest 1,000, estimate about how many books are left in the library.</w:t>
      </w:r>
    </w:p>
    <w:p w:rsidR="00943311" w:rsidRDefault="00F5400D" w:rsidP="00456694">
      <w:pPr>
        <w:spacing w:after="240" w:line="20" w:lineRule="atLeast"/>
      </w:pPr>
      <w:r>
        <w:rPr>
          <w:rFonts w:ascii="Arial" w:hAnsi="Arial"/>
        </w:rPr>
        <w:t>Show your rounded calculation: _________________________________________________</w:t>
      </w:r>
    </w:p>
    <w:p w:rsidR="00943311" w:rsidRPr="00456694" w:rsidRDefault="00F5400D">
      <w:pPr>
        <w:keepNext/>
        <w:spacing w:before="360" w:after="120"/>
        <w:rPr>
          <w:sz w:val="24"/>
          <w:szCs w:val="24"/>
        </w:rPr>
      </w:pPr>
      <w:r w:rsidRPr="00456694">
        <w:rPr>
          <w:rFonts w:ascii="Arial" w:hAnsi="Arial"/>
          <w:b/>
          <w:sz w:val="24"/>
          <w:szCs w:val="24"/>
        </w:rPr>
        <w:t>Part 2: Using the Inverse to Find Missing Numbers</w:t>
      </w:r>
    </w:p>
    <w:p w:rsidR="00943311" w:rsidRDefault="00F5400D">
      <w:pPr>
        <w:spacing w:after="240"/>
      </w:pPr>
      <w:r>
        <w:rPr>
          <w:rFonts w:ascii="Arial" w:hAnsi="Arial"/>
          <w:i/>
          <w:sz w:val="21"/>
        </w:rPr>
        <w:t>Rule: Use the opposite operation (the inverse) to work backward and find the missing number (</w:t>
      </w:r>
      <w:proofErr w:type="gramStart"/>
      <w:r>
        <w:rPr>
          <w:rFonts w:ascii="Arial" w:hAnsi="Arial"/>
          <w:i/>
          <w:sz w:val="21"/>
        </w:rPr>
        <w:t>[  ]</w:t>
      </w:r>
      <w:proofErr w:type="gramEnd"/>
      <w:r>
        <w:rPr>
          <w:rFonts w:ascii="Arial" w:hAnsi="Arial"/>
          <w:i/>
          <w:sz w:val="21"/>
        </w:rPr>
        <w:t>).</w:t>
      </w:r>
    </w:p>
    <w:p w:rsidR="00943311" w:rsidRDefault="00F5400D">
      <w:pPr>
        <w:spacing w:before="120" w:after="80"/>
      </w:pPr>
      <w:r>
        <w:rPr>
          <w:rFonts w:ascii="Arial" w:hAnsi="Arial"/>
        </w:rPr>
        <w:t>6. [  ] + 450 = 1,200</w:t>
      </w:r>
    </w:p>
    <w:p w:rsidR="00943311" w:rsidRDefault="00F5400D">
      <w:pPr>
        <w:spacing w:after="240"/>
      </w:pPr>
      <w:r>
        <w:rPr>
          <w:rFonts w:ascii="Arial" w:hAnsi="Arial"/>
        </w:rPr>
        <w:t>Inverse calculation: 1,200 - 450 = ___________</w:t>
      </w:r>
    </w:p>
    <w:p w:rsidR="00943311" w:rsidRDefault="00F5400D">
      <w:pPr>
        <w:spacing w:before="120" w:after="80"/>
      </w:pPr>
      <w:r>
        <w:rPr>
          <w:rFonts w:ascii="Arial" w:hAnsi="Arial"/>
        </w:rPr>
        <w:t>7. [  ] - 1,350 = 2,400</w:t>
      </w:r>
    </w:p>
    <w:p w:rsidR="00943311" w:rsidRDefault="00F5400D">
      <w:pPr>
        <w:spacing w:after="240"/>
      </w:pPr>
      <w:r>
        <w:rPr>
          <w:rFonts w:ascii="Arial" w:hAnsi="Arial"/>
        </w:rPr>
        <w:t>Inverse calculation: _________________________________________________</w:t>
      </w:r>
    </w:p>
    <w:p w:rsidR="00943311" w:rsidRDefault="00F5400D">
      <w:pPr>
        <w:spacing w:before="120" w:after="80"/>
      </w:pPr>
      <w:r>
        <w:rPr>
          <w:rFonts w:ascii="Arial" w:hAnsi="Arial"/>
        </w:rPr>
        <w:t>8. 6,800 - [  ] = 3,200</w:t>
      </w:r>
    </w:p>
    <w:p w:rsidR="00943311" w:rsidRDefault="00F5400D">
      <w:pPr>
        <w:spacing w:after="240"/>
      </w:pPr>
      <w:r>
        <w:rPr>
          <w:rFonts w:ascii="Arial" w:hAnsi="Arial"/>
        </w:rPr>
        <w:t>Inverse calculation: _________________________________________________</w:t>
      </w:r>
    </w:p>
    <w:p w:rsidR="00943311" w:rsidRDefault="00F5400D">
      <w:pPr>
        <w:spacing w:before="120" w:after="80"/>
      </w:pPr>
      <w:r>
        <w:rPr>
          <w:rFonts w:ascii="Arial" w:hAnsi="Arial"/>
        </w:rPr>
        <w:t>9. 5,250 + [  ] = 9,000</w:t>
      </w:r>
    </w:p>
    <w:p w:rsidR="00943311" w:rsidRDefault="00F5400D">
      <w:pPr>
        <w:spacing w:after="240"/>
      </w:pPr>
      <w:r>
        <w:rPr>
          <w:rFonts w:ascii="Arial" w:hAnsi="Arial"/>
        </w:rPr>
        <w:t>Inverse calculation: _________________________________________________</w:t>
      </w:r>
    </w:p>
    <w:p w:rsidR="00943311" w:rsidRPr="00456694" w:rsidRDefault="00F5400D">
      <w:pPr>
        <w:keepNext/>
        <w:spacing w:before="360" w:after="120"/>
        <w:rPr>
          <w:sz w:val="24"/>
          <w:szCs w:val="24"/>
        </w:rPr>
      </w:pPr>
      <w:r w:rsidRPr="00456694">
        <w:rPr>
          <w:rFonts w:ascii="Arial" w:hAnsi="Arial"/>
          <w:b/>
          <w:sz w:val="24"/>
          <w:szCs w:val="24"/>
        </w:rPr>
        <w:t>Part 3: Calculate and Check Using the Inverse</w:t>
      </w:r>
    </w:p>
    <w:p w:rsidR="00943311" w:rsidRDefault="00F5400D">
      <w:pPr>
        <w:spacing w:after="240"/>
      </w:pPr>
      <w:r>
        <w:rPr>
          <w:rFonts w:ascii="Arial" w:hAnsi="Arial"/>
          <w:i/>
          <w:sz w:val="21"/>
        </w:rPr>
        <w:t>Rule: First, calculate the exact answer. Then, write the inverse addition or subtraction calculation to prove your answer is correct.</w:t>
      </w:r>
    </w:p>
    <w:p w:rsidR="00943311" w:rsidRDefault="00F5400D">
      <w:pPr>
        <w:spacing w:before="120" w:after="80"/>
      </w:pPr>
      <w:r>
        <w:rPr>
          <w:rFonts w:ascii="Arial" w:hAnsi="Arial"/>
        </w:rPr>
        <w:t>10. Calculate: 4,582 + 3,129 = ___________</w:t>
      </w:r>
    </w:p>
    <w:p w:rsidR="00943311" w:rsidRDefault="00F5400D">
      <w:pPr>
        <w:spacing w:after="240"/>
      </w:pPr>
      <w:r>
        <w:rPr>
          <w:rFonts w:ascii="Arial" w:hAnsi="Arial"/>
        </w:rPr>
        <w:t>Check using inverse subtraction: ___________ - ___________ = ___________</w:t>
      </w:r>
    </w:p>
    <w:p w:rsidR="00943311" w:rsidRDefault="00F5400D">
      <w:pPr>
        <w:spacing w:before="120" w:after="80"/>
      </w:pPr>
      <w:r>
        <w:rPr>
          <w:rFonts w:ascii="Arial" w:hAnsi="Arial"/>
        </w:rPr>
        <w:t>11. Calculate: 8,743 - 5,261 = ___________</w:t>
      </w:r>
    </w:p>
    <w:p w:rsidR="00943311" w:rsidRDefault="00F5400D">
      <w:pPr>
        <w:spacing w:after="240"/>
      </w:pPr>
      <w:r>
        <w:rPr>
          <w:rFonts w:ascii="Arial" w:hAnsi="Arial"/>
        </w:rPr>
        <w:t>Check using inverse addition: ___________ + ___________ = ___________</w:t>
      </w:r>
    </w:p>
    <w:sectPr w:rsidR="00943311" w:rsidSect="003E3E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694" w:rsidRDefault="00456694" w:rsidP="00456694">
      <w:pPr>
        <w:spacing w:after="0" w:line="240" w:lineRule="auto"/>
      </w:pPr>
      <w:r>
        <w:separator/>
      </w:r>
    </w:p>
  </w:endnote>
  <w:endnote w:type="continuationSeparator" w:id="0">
    <w:p w:rsidR="00456694" w:rsidRDefault="00456694" w:rsidP="00456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694" w:rsidRDefault="00456694" w:rsidP="00456694">
      <w:pPr>
        <w:spacing w:after="0" w:line="240" w:lineRule="auto"/>
      </w:pPr>
      <w:r>
        <w:separator/>
      </w:r>
    </w:p>
  </w:footnote>
  <w:footnote w:type="continuationSeparator" w:id="0">
    <w:p w:rsidR="00456694" w:rsidRDefault="00456694" w:rsidP="00456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3E26"/>
    <w:rsid w:val="00456694"/>
    <w:rsid w:val="00943311"/>
    <w:rsid w:val="00AA1D8D"/>
    <w:rsid w:val="00B47730"/>
    <w:rsid w:val="00CB0664"/>
    <w:rsid w:val="00F54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C9C47C"/>
  <w14:defaultImageDpi w14:val="300"/>
  <w15:docId w15:val="{4BF8CE0D-C2C4-41DD-8B97-0F1DF025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321D40-066A-4637-9C28-280EC50EB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 M WILLIAMS</cp:lastModifiedBy>
  <cp:revision>2</cp:revision>
  <dcterms:created xsi:type="dcterms:W3CDTF">2026-10-15T15:14:00Z</dcterms:created>
  <dcterms:modified xsi:type="dcterms:W3CDTF">2026-10-15T15:14:00Z</dcterms:modified>
  <cp:category/>
</cp:coreProperties>
</file>