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C722B" w14:textId="5555EF7E" w:rsidR="006D6666" w:rsidRPr="00DB254A" w:rsidRDefault="00DB254A" w:rsidP="00DB254A">
      <w:pPr>
        <w:pStyle w:val="Title"/>
        <w:rPr>
          <w:b/>
          <w:bCs/>
        </w:rPr>
      </w:pPr>
      <w:r w:rsidRPr="00DB254A">
        <w:rPr>
          <w:b/>
          <w:bCs/>
        </w:rPr>
        <w:t>Woodhouse</w:t>
      </w:r>
      <w:r w:rsidR="00271C5A" w:rsidRPr="00DB254A">
        <w:rPr>
          <w:b/>
          <w:bCs/>
        </w:rPr>
        <w:t xml:space="preserve"> Academy</w:t>
      </w:r>
      <w:r w:rsidRPr="00DB254A">
        <w:rPr>
          <w:b/>
          <w:bCs/>
        </w:rPr>
        <w:t xml:space="preserve"> </w:t>
      </w:r>
      <w:r w:rsidR="00271C5A" w:rsidRPr="00DB254A">
        <w:rPr>
          <w:b/>
          <w:bCs/>
        </w:rPr>
        <w:t>M</w:t>
      </w:r>
      <w:r w:rsidRPr="00DB254A">
        <w:rPr>
          <w:b/>
          <w:bCs/>
        </w:rPr>
        <w:t xml:space="preserve">ental </w:t>
      </w:r>
      <w:r w:rsidR="00271C5A" w:rsidRPr="00DB254A">
        <w:rPr>
          <w:b/>
          <w:bCs/>
        </w:rPr>
        <w:t>H</w:t>
      </w:r>
      <w:r w:rsidRPr="00DB254A">
        <w:rPr>
          <w:b/>
          <w:bCs/>
        </w:rPr>
        <w:t xml:space="preserve">ealth </w:t>
      </w:r>
      <w:r w:rsidR="00271C5A" w:rsidRPr="00DB254A">
        <w:rPr>
          <w:b/>
          <w:bCs/>
        </w:rPr>
        <w:t>P</w:t>
      </w:r>
      <w:r w:rsidRPr="00DB254A">
        <w:rPr>
          <w:b/>
          <w:bCs/>
        </w:rPr>
        <w:t xml:space="preserve">rovision </w:t>
      </w:r>
      <w:r w:rsidR="00271C5A" w:rsidRPr="00DB254A">
        <w:rPr>
          <w:b/>
          <w:bCs/>
        </w:rPr>
        <w:t>M</w:t>
      </w:r>
      <w:r w:rsidRPr="00DB254A">
        <w:rPr>
          <w:b/>
          <w:bCs/>
        </w:rPr>
        <w:t>a</w:t>
      </w:r>
      <w:r>
        <w:rPr>
          <w:b/>
          <w:bCs/>
        </w:rPr>
        <w:t>p</w:t>
      </w:r>
    </w:p>
    <w:tbl>
      <w:tblPr>
        <w:tblW w:w="15557" w:type="dxa"/>
        <w:tblLayout w:type="fixed"/>
        <w:tblLook w:val="04A0" w:firstRow="1" w:lastRow="0" w:firstColumn="1" w:lastColumn="0" w:noHBand="0" w:noVBand="1"/>
      </w:tblPr>
      <w:tblGrid>
        <w:gridCol w:w="1943"/>
        <w:gridCol w:w="2969"/>
        <w:gridCol w:w="6624"/>
        <w:gridCol w:w="4021"/>
      </w:tblGrid>
      <w:tr w:rsidR="008D45A8" w:rsidRPr="00271C5A" w14:paraId="6AACBFAF" w14:textId="77777777" w:rsidTr="00DB254A">
        <w:trPr>
          <w:cantSplit/>
          <w:trHeight w:val="557"/>
          <w:tblHeader/>
        </w:trPr>
        <w:tc>
          <w:tcPr>
            <w:tcW w:w="1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3A4495EA" w14:textId="77777777" w:rsidR="006D6666" w:rsidRPr="008D45A8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8D45A8">
              <w:rPr>
                <w:b/>
                <w:sz w:val="28"/>
                <w:szCs w:val="28"/>
              </w:rPr>
              <w:t>L</w:t>
            </w:r>
            <w:r w:rsidRPr="008D45A8">
              <w:rPr>
                <w:b/>
                <w:sz w:val="28"/>
                <w:szCs w:val="28"/>
              </w:rPr>
              <w:t>evel</w:t>
            </w:r>
          </w:p>
        </w:tc>
        <w:tc>
          <w:tcPr>
            <w:tcW w:w="2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743817FB" w14:textId="77777777" w:rsidR="006D6666" w:rsidRPr="008D45A8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8D45A8">
              <w:rPr>
                <w:b/>
                <w:sz w:val="28"/>
                <w:szCs w:val="28"/>
              </w:rPr>
              <w:t>Who it supports</w:t>
            </w:r>
          </w:p>
        </w:tc>
        <w:tc>
          <w:tcPr>
            <w:tcW w:w="6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26FD008E" w14:textId="77777777" w:rsidR="006D6666" w:rsidRPr="008D45A8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8D45A8">
              <w:rPr>
                <w:b/>
                <w:sz w:val="28"/>
                <w:szCs w:val="28"/>
              </w:rPr>
              <w:t>Main provision</w:t>
            </w:r>
          </w:p>
        </w:tc>
        <w:tc>
          <w:tcPr>
            <w:tcW w:w="402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530B118A" w14:textId="77777777" w:rsidR="006D6666" w:rsidRPr="008D45A8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8D45A8">
              <w:rPr>
                <w:b/>
                <w:sz w:val="28"/>
                <w:szCs w:val="28"/>
              </w:rPr>
              <w:t>Coordination and review</w:t>
            </w:r>
          </w:p>
        </w:tc>
      </w:tr>
      <w:tr w:rsidR="008D45A8" w:rsidRPr="00271C5A" w14:paraId="21AAEA59" w14:textId="77777777" w:rsidTr="00DB254A">
        <w:trPr>
          <w:cantSplit/>
          <w:trHeight w:val="1583"/>
        </w:trPr>
        <w:tc>
          <w:tcPr>
            <w:tcW w:w="1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04293A4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Universal provision</w:t>
            </w:r>
          </w:p>
        </w:tc>
        <w:tc>
          <w:tcPr>
            <w:tcW w:w="2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5269FBF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All pupils, with adaptations to enable access.</w:t>
            </w:r>
          </w:p>
        </w:tc>
        <w:tc>
          <w:tcPr>
            <w:tcW w:w="6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FDF2E94" w14:textId="77777777" w:rsidR="002B20EC" w:rsidRDefault="00DB254A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PSHE and RSE;</w:t>
            </w:r>
          </w:p>
          <w:p w14:paraId="3824FD59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2B20EC">
              <w:rPr>
                <w:sz w:val="24"/>
                <w:szCs w:val="24"/>
              </w:rPr>
              <w:t>espons</w:t>
            </w:r>
            <w:r w:rsidR="00DB254A" w:rsidRPr="002B20EC">
              <w:rPr>
                <w:sz w:val="24"/>
                <w:szCs w:val="24"/>
              </w:rPr>
              <w:t>ive PSHE</w:t>
            </w:r>
          </w:p>
          <w:p w14:paraId="76573EF4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DB254A" w:rsidRPr="002B20EC">
              <w:rPr>
                <w:sz w:val="24"/>
                <w:szCs w:val="24"/>
              </w:rPr>
              <w:t>ocial skills across subjects</w:t>
            </w:r>
          </w:p>
          <w:p w14:paraId="3B13DEBD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DB254A" w:rsidRPr="002B20EC">
              <w:rPr>
                <w:sz w:val="24"/>
                <w:szCs w:val="24"/>
              </w:rPr>
              <w:t>orm belonging</w:t>
            </w:r>
          </w:p>
          <w:p w14:paraId="024F0FDF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271C5A" w:rsidRPr="002B20EC">
              <w:rPr>
                <w:sz w:val="24"/>
                <w:szCs w:val="24"/>
              </w:rPr>
              <w:t>ommunity projects</w:t>
            </w:r>
          </w:p>
          <w:p w14:paraId="44E13465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2B20EC">
              <w:rPr>
                <w:sz w:val="24"/>
                <w:szCs w:val="24"/>
              </w:rPr>
              <w:t>esilience</w:t>
            </w:r>
          </w:p>
          <w:p w14:paraId="69DE7815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2B20EC">
              <w:rPr>
                <w:sz w:val="24"/>
                <w:szCs w:val="24"/>
              </w:rPr>
              <w:t>ewards and restoration</w:t>
            </w:r>
          </w:p>
          <w:p w14:paraId="28750831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B254A" w:rsidRPr="002B20EC">
              <w:rPr>
                <w:sz w:val="24"/>
                <w:szCs w:val="24"/>
              </w:rPr>
              <w:t>nti</w:t>
            </w:r>
            <w:r>
              <w:rPr>
                <w:sz w:val="24"/>
                <w:szCs w:val="24"/>
              </w:rPr>
              <w:t>-</w:t>
            </w:r>
            <w:r w:rsidR="00DB254A" w:rsidRPr="002B20EC">
              <w:rPr>
                <w:sz w:val="24"/>
                <w:szCs w:val="24"/>
              </w:rPr>
              <w:t>bullying</w:t>
            </w:r>
            <w:r>
              <w:rPr>
                <w:sz w:val="24"/>
                <w:szCs w:val="24"/>
              </w:rPr>
              <w:t xml:space="preserve"> policy</w:t>
            </w:r>
          </w:p>
          <w:p w14:paraId="5D1F0D16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71C5A" w:rsidRPr="002B20EC">
              <w:rPr>
                <w:sz w:val="24"/>
                <w:szCs w:val="24"/>
              </w:rPr>
              <w:t>ssemblies</w:t>
            </w:r>
          </w:p>
          <w:p w14:paraId="2113D430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DB254A" w:rsidRPr="002B20EC">
              <w:rPr>
                <w:sz w:val="24"/>
                <w:szCs w:val="24"/>
              </w:rPr>
              <w:t>nrichmen</w:t>
            </w:r>
            <w:r>
              <w:rPr>
                <w:sz w:val="24"/>
                <w:szCs w:val="24"/>
              </w:rPr>
              <w:t>t</w:t>
            </w:r>
          </w:p>
          <w:p w14:paraId="639B2DBC" w14:textId="77777777" w:rsid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71C5A" w:rsidRPr="002B20EC">
              <w:rPr>
                <w:sz w:val="24"/>
                <w:szCs w:val="24"/>
              </w:rPr>
              <w:t>he woodhouse promise (personal development framework)</w:t>
            </w:r>
          </w:p>
          <w:p w14:paraId="05CB1977" w14:textId="53365E16" w:rsidR="006D6666" w:rsidRPr="002B20EC" w:rsidRDefault="002B20EC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DB254A" w:rsidRPr="002B20EC">
              <w:rPr>
                <w:sz w:val="24"/>
                <w:szCs w:val="24"/>
              </w:rPr>
              <w:t>amily partnership.</w:t>
            </w:r>
          </w:p>
        </w:tc>
        <w:tc>
          <w:tcPr>
            <w:tcW w:w="402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DDEB721" w14:textId="77777777" w:rsidR="00271C5A" w:rsidRDefault="00DB254A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 xml:space="preserve">Teachers and tutors deliver provision. </w:t>
            </w:r>
          </w:p>
          <w:p w14:paraId="5B9C991E" w14:textId="5EB24F30" w:rsidR="006D6666" w:rsidRPr="00271C5A" w:rsidRDefault="00DB254A" w:rsidP="00DB254A">
            <w:pPr>
              <w:pStyle w:val="ListParagraph"/>
              <w:numPr>
                <w:ilvl w:val="0"/>
                <w:numId w:val="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Curriculum, pastora</w:t>
            </w:r>
            <w:r w:rsidR="00271C5A">
              <w:rPr>
                <w:sz w:val="24"/>
                <w:szCs w:val="24"/>
              </w:rPr>
              <w:t>l</w:t>
            </w:r>
            <w:r w:rsidRPr="00271C5A">
              <w:rPr>
                <w:sz w:val="24"/>
                <w:szCs w:val="24"/>
              </w:rPr>
              <w:t xml:space="preserve"> leads</w:t>
            </w:r>
            <w:r w:rsidR="00271C5A">
              <w:rPr>
                <w:sz w:val="24"/>
                <w:szCs w:val="24"/>
              </w:rPr>
              <w:t xml:space="preserve"> and SLT</w:t>
            </w:r>
            <w:r w:rsidRPr="00271C5A">
              <w:rPr>
                <w:sz w:val="24"/>
                <w:szCs w:val="24"/>
              </w:rPr>
              <w:t xml:space="preserve"> review coverage, participation </w:t>
            </w:r>
            <w:r w:rsidRPr="00271C5A">
              <w:rPr>
                <w:sz w:val="24"/>
                <w:szCs w:val="24"/>
              </w:rPr>
              <w:t>and pupil experience</w:t>
            </w:r>
          </w:p>
        </w:tc>
      </w:tr>
      <w:tr w:rsidR="008D45A8" w:rsidRPr="00271C5A" w14:paraId="583BBB4D" w14:textId="77777777" w:rsidTr="00DB254A">
        <w:trPr>
          <w:cantSplit/>
          <w:trHeight w:val="1562"/>
        </w:trPr>
        <w:tc>
          <w:tcPr>
            <w:tcW w:w="1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34ED2B34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Targeted school support</w:t>
            </w:r>
          </w:p>
        </w:tc>
        <w:tc>
          <w:tcPr>
            <w:tcW w:w="2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099F3FB0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Pupils with emerging, recurring or identified needs. A diagnosis is not required to raise a concern.</w:t>
            </w:r>
          </w:p>
        </w:tc>
        <w:tc>
          <w:tcPr>
            <w:tcW w:w="6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3BC822AB" w14:textId="77777777" w:rsidR="002B20EC" w:rsidRDefault="00DB254A" w:rsidP="00DB254A">
            <w:pPr>
              <w:pStyle w:val="ListParagraph"/>
              <w:numPr>
                <w:ilvl w:val="0"/>
                <w:numId w:val="26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Tutor support</w:t>
            </w:r>
          </w:p>
          <w:p w14:paraId="6CE228C2" w14:textId="77777777" w:rsidR="002B20EC" w:rsidRDefault="002B20EC" w:rsidP="00DB254A">
            <w:pPr>
              <w:pStyle w:val="ListParagraph"/>
              <w:numPr>
                <w:ilvl w:val="0"/>
                <w:numId w:val="26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2B20EC">
              <w:rPr>
                <w:sz w:val="24"/>
                <w:szCs w:val="24"/>
              </w:rPr>
              <w:t>astoral assessment</w:t>
            </w:r>
          </w:p>
          <w:p w14:paraId="201EFBE5" w14:textId="77777777" w:rsidR="002B20EC" w:rsidRDefault="002B20EC" w:rsidP="00DB254A">
            <w:pPr>
              <w:pStyle w:val="ListParagraph"/>
              <w:numPr>
                <w:ilvl w:val="0"/>
                <w:numId w:val="26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2B20EC">
              <w:rPr>
                <w:sz w:val="24"/>
                <w:szCs w:val="24"/>
              </w:rPr>
              <w:t>lanned check ins</w:t>
            </w:r>
          </w:p>
          <w:p w14:paraId="7199CF41" w14:textId="77777777" w:rsidR="002B20EC" w:rsidRDefault="002B20EC" w:rsidP="00DB254A">
            <w:pPr>
              <w:pStyle w:val="ListParagraph"/>
              <w:numPr>
                <w:ilvl w:val="0"/>
                <w:numId w:val="26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271C5A" w:rsidRPr="002B20EC">
              <w:rPr>
                <w:sz w:val="24"/>
                <w:szCs w:val="24"/>
              </w:rPr>
              <w:t>n-school intervention</w:t>
            </w:r>
          </w:p>
          <w:p w14:paraId="0BC2AE2F" w14:textId="77777777" w:rsidR="002B20EC" w:rsidRDefault="002B20EC" w:rsidP="00DB254A">
            <w:pPr>
              <w:pStyle w:val="ListParagraph"/>
              <w:numPr>
                <w:ilvl w:val="0"/>
                <w:numId w:val="26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2B20EC">
              <w:rPr>
                <w:sz w:val="24"/>
                <w:szCs w:val="24"/>
              </w:rPr>
              <w:t>egulation plans</w:t>
            </w:r>
          </w:p>
          <w:p w14:paraId="3D5AF597" w14:textId="27243C4C" w:rsidR="006D6666" w:rsidRPr="002B20EC" w:rsidRDefault="002B20EC" w:rsidP="00DB254A">
            <w:pPr>
              <w:pStyle w:val="ListParagraph"/>
              <w:numPr>
                <w:ilvl w:val="0"/>
                <w:numId w:val="26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B254A" w:rsidRPr="002B20EC">
              <w:rPr>
                <w:sz w:val="24"/>
                <w:szCs w:val="24"/>
              </w:rPr>
              <w:t>ttendance and transition support</w:t>
            </w:r>
          </w:p>
        </w:tc>
        <w:tc>
          <w:tcPr>
            <w:tcW w:w="402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35746288" w14:textId="6C1908D2" w:rsidR="00271C5A" w:rsidRPr="00271C5A" w:rsidRDefault="00271C5A" w:rsidP="00DB254A">
            <w:pPr>
              <w:pStyle w:val="ListParagraph"/>
              <w:numPr>
                <w:ilvl w:val="0"/>
                <w:numId w:val="8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Discussed and actioned at pastoral consultation </w:t>
            </w:r>
            <w:r w:rsidR="00DB254A" w:rsidRPr="00271C5A">
              <w:rPr>
                <w:sz w:val="24"/>
                <w:szCs w:val="24"/>
              </w:rPr>
              <w:t xml:space="preserve"> </w:t>
            </w:r>
          </w:p>
          <w:p w14:paraId="658C739A" w14:textId="54DA8878" w:rsidR="006D6666" w:rsidRPr="00271C5A" w:rsidRDefault="00DB254A" w:rsidP="00DB254A">
            <w:pPr>
              <w:pStyle w:val="ListParagraph"/>
              <w:numPr>
                <w:ilvl w:val="0"/>
                <w:numId w:val="8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Key stage leader</w:t>
            </w:r>
            <w:r w:rsidR="00271C5A">
              <w:rPr>
                <w:sz w:val="24"/>
                <w:szCs w:val="24"/>
              </w:rPr>
              <w:t>s</w:t>
            </w:r>
            <w:r w:rsidRPr="00271C5A">
              <w:rPr>
                <w:sz w:val="24"/>
                <w:szCs w:val="24"/>
              </w:rPr>
              <w:t xml:space="preserve"> and Mental Health Lead</w:t>
            </w:r>
            <w:r w:rsidR="00271C5A">
              <w:rPr>
                <w:sz w:val="24"/>
                <w:szCs w:val="24"/>
              </w:rPr>
              <w:t xml:space="preserve"> (and SENDCo when appropriate)</w:t>
            </w:r>
            <w:r w:rsidRPr="00271C5A">
              <w:rPr>
                <w:sz w:val="24"/>
                <w:szCs w:val="24"/>
              </w:rPr>
              <w:t xml:space="preserve"> review wider or persistent needs</w:t>
            </w:r>
          </w:p>
        </w:tc>
      </w:tr>
      <w:tr w:rsidR="008D45A8" w:rsidRPr="00271C5A" w14:paraId="69C78BD1" w14:textId="77777777" w:rsidTr="00DB254A">
        <w:trPr>
          <w:cantSplit/>
          <w:trHeight w:val="1562"/>
        </w:trPr>
        <w:tc>
          <w:tcPr>
            <w:tcW w:w="1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68D6972" w14:textId="63704646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 xml:space="preserve">Specialist and </w:t>
            </w:r>
            <w:r w:rsidR="008D45A8" w:rsidRPr="00271C5A">
              <w:rPr>
                <w:sz w:val="24"/>
                <w:szCs w:val="24"/>
              </w:rPr>
              <w:t>multi-agency</w:t>
            </w:r>
            <w:r w:rsidRPr="00271C5A">
              <w:rPr>
                <w:sz w:val="24"/>
                <w:szCs w:val="24"/>
              </w:rPr>
              <w:t xml:space="preserve"> support</w:t>
            </w:r>
          </w:p>
        </w:tc>
        <w:tc>
          <w:tcPr>
            <w:tcW w:w="2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A12E02D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 xml:space="preserve">Pupils </w:t>
            </w:r>
            <w:r w:rsidRPr="00271C5A">
              <w:rPr>
                <w:sz w:val="24"/>
                <w:szCs w:val="24"/>
              </w:rPr>
              <w:t>whose needs require health advice, specialist assessment, intervention or coordinated family support.</w:t>
            </w:r>
          </w:p>
        </w:tc>
        <w:tc>
          <w:tcPr>
            <w:tcW w:w="6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72CF2C5" w14:textId="0790F2C7" w:rsidR="002B20EC" w:rsidRDefault="00DB254A" w:rsidP="00DB254A">
            <w:pPr>
              <w:pStyle w:val="ListParagraph"/>
              <w:numPr>
                <w:ilvl w:val="0"/>
                <w:numId w:val="2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MHST</w:t>
            </w:r>
          </w:p>
          <w:p w14:paraId="5682DA8F" w14:textId="77777777" w:rsidR="002B20EC" w:rsidRDefault="00DB254A" w:rsidP="00DB254A">
            <w:pPr>
              <w:pStyle w:val="ListParagraph"/>
              <w:numPr>
                <w:ilvl w:val="0"/>
                <w:numId w:val="2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School Nurse</w:t>
            </w:r>
          </w:p>
          <w:p w14:paraId="36A38C67" w14:textId="77777777" w:rsidR="002B20EC" w:rsidRDefault="00DB254A" w:rsidP="00DB254A">
            <w:pPr>
              <w:pStyle w:val="ListParagraph"/>
              <w:numPr>
                <w:ilvl w:val="0"/>
                <w:numId w:val="2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 xml:space="preserve">GP </w:t>
            </w:r>
          </w:p>
          <w:p w14:paraId="46F863FF" w14:textId="77777777" w:rsidR="002B20EC" w:rsidRDefault="002B20EC" w:rsidP="00DB254A">
            <w:pPr>
              <w:pStyle w:val="ListParagraph"/>
              <w:numPr>
                <w:ilvl w:val="0"/>
                <w:numId w:val="2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DB254A" w:rsidRPr="002B20EC">
              <w:rPr>
                <w:sz w:val="24"/>
                <w:szCs w:val="24"/>
              </w:rPr>
              <w:t>hildren’s mental health services</w:t>
            </w:r>
          </w:p>
          <w:p w14:paraId="2FDCD71D" w14:textId="77777777" w:rsidR="002B20EC" w:rsidRDefault="002B20EC" w:rsidP="00DB254A">
            <w:pPr>
              <w:pStyle w:val="ListParagraph"/>
              <w:numPr>
                <w:ilvl w:val="0"/>
                <w:numId w:val="2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DB254A" w:rsidRPr="002B20EC">
              <w:rPr>
                <w:sz w:val="24"/>
                <w:szCs w:val="24"/>
              </w:rPr>
              <w:t xml:space="preserve">amily early help </w:t>
            </w:r>
          </w:p>
          <w:p w14:paraId="412F0D2B" w14:textId="02095A0A" w:rsidR="006D6666" w:rsidRPr="002B20EC" w:rsidRDefault="002B20EC" w:rsidP="00DB254A">
            <w:pPr>
              <w:pStyle w:val="ListParagraph"/>
              <w:numPr>
                <w:ilvl w:val="0"/>
                <w:numId w:val="2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DB254A" w:rsidRPr="002B20EC">
              <w:rPr>
                <w:sz w:val="24"/>
                <w:szCs w:val="24"/>
              </w:rPr>
              <w:t>ther appropriate services</w:t>
            </w:r>
          </w:p>
        </w:tc>
        <w:tc>
          <w:tcPr>
            <w:tcW w:w="402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BAAE4D6" w14:textId="028E6AFE" w:rsidR="00271C5A" w:rsidRDefault="00DB254A" w:rsidP="00DB254A">
            <w:pPr>
              <w:pStyle w:val="ListParagraph"/>
              <w:numPr>
                <w:ilvl w:val="0"/>
                <w:numId w:val="9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 xml:space="preserve">The </w:t>
            </w:r>
            <w:r w:rsidR="00271C5A">
              <w:rPr>
                <w:sz w:val="24"/>
                <w:szCs w:val="24"/>
              </w:rPr>
              <w:t xml:space="preserve">pastoral officer </w:t>
            </w:r>
            <w:r w:rsidRPr="00271C5A">
              <w:rPr>
                <w:sz w:val="24"/>
                <w:szCs w:val="24"/>
              </w:rPr>
              <w:t xml:space="preserve">coordinates school </w:t>
            </w:r>
            <w:r w:rsidRPr="00271C5A">
              <w:rPr>
                <w:sz w:val="24"/>
                <w:szCs w:val="24"/>
              </w:rPr>
              <w:t xml:space="preserve">links. </w:t>
            </w:r>
          </w:p>
          <w:p w14:paraId="221A285C" w14:textId="77777777" w:rsidR="00271C5A" w:rsidRDefault="00DB254A" w:rsidP="00DB254A">
            <w:pPr>
              <w:pStyle w:val="ListParagraph"/>
              <w:numPr>
                <w:ilvl w:val="0"/>
                <w:numId w:val="9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 xml:space="preserve">Providers determine their service offer. </w:t>
            </w:r>
          </w:p>
          <w:p w14:paraId="4518F6F9" w14:textId="16C9C014" w:rsidR="006D6666" w:rsidRPr="00271C5A" w:rsidRDefault="00DB254A" w:rsidP="00DB254A">
            <w:pPr>
              <w:pStyle w:val="ListParagraph"/>
              <w:numPr>
                <w:ilvl w:val="0"/>
                <w:numId w:val="9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School support continues during referral, waiting and review</w:t>
            </w:r>
          </w:p>
        </w:tc>
      </w:tr>
    </w:tbl>
    <w:p w14:paraId="17585EEE" w14:textId="655A57AC" w:rsidR="006D6666" w:rsidRPr="00DB254A" w:rsidRDefault="00DB254A" w:rsidP="00DB254A">
      <w:pPr>
        <w:rPr>
          <w:b/>
          <w:bCs/>
          <w:sz w:val="48"/>
          <w:szCs w:val="48"/>
        </w:rPr>
      </w:pPr>
      <w:r>
        <w:br w:type="page"/>
      </w:r>
      <w:r w:rsidRPr="00DB254A">
        <w:rPr>
          <w:b/>
          <w:bCs/>
          <w:sz w:val="48"/>
          <w:szCs w:val="48"/>
        </w:rPr>
        <w:lastRenderedPageBreak/>
        <w:t>Universal provision for all pupils</w:t>
      </w:r>
    </w:p>
    <w:tbl>
      <w:tblPr>
        <w:tblW w:w="15395" w:type="dxa"/>
        <w:tblLayout w:type="fixed"/>
        <w:tblLook w:val="04A0" w:firstRow="1" w:lastRow="0" w:firstColumn="1" w:lastColumn="0" w:noHBand="0" w:noVBand="1"/>
      </w:tblPr>
      <w:tblGrid>
        <w:gridCol w:w="2086"/>
        <w:gridCol w:w="5125"/>
        <w:gridCol w:w="2463"/>
        <w:gridCol w:w="2463"/>
        <w:gridCol w:w="3258"/>
      </w:tblGrid>
      <w:tr w:rsidR="00BF7DF8" w14:paraId="1C5F0859" w14:textId="77777777" w:rsidTr="00BF7DF8">
        <w:trPr>
          <w:cantSplit/>
          <w:trHeight w:val="769"/>
          <w:tblHeader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343E8F07" w14:textId="77777777" w:rsidR="006D6666" w:rsidRPr="00E93D2F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E93D2F">
              <w:rPr>
                <w:b/>
                <w:sz w:val="28"/>
                <w:szCs w:val="28"/>
              </w:rPr>
              <w:t>P</w:t>
            </w:r>
            <w:r w:rsidRPr="00E93D2F">
              <w:rPr>
                <w:b/>
                <w:sz w:val="28"/>
                <w:szCs w:val="28"/>
              </w:rPr>
              <w:t>rovision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5F01CCB8" w14:textId="77777777" w:rsidR="006D6666" w:rsidRPr="00E93D2F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E93D2F">
              <w:rPr>
                <w:b/>
                <w:sz w:val="28"/>
                <w:szCs w:val="28"/>
              </w:rPr>
              <w:t>Purpose and experience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63178C21" w14:textId="77777777" w:rsidR="006D6666" w:rsidRPr="00E93D2F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E93D2F">
              <w:rPr>
                <w:b/>
                <w:sz w:val="28"/>
                <w:szCs w:val="28"/>
              </w:rPr>
              <w:t>Lead or delivery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1967AD4D" w14:textId="77777777" w:rsidR="006D6666" w:rsidRPr="00E93D2F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E93D2F">
              <w:rPr>
                <w:b/>
                <w:sz w:val="28"/>
                <w:szCs w:val="28"/>
              </w:rPr>
              <w:t>Delivery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3970183F" w14:textId="77777777" w:rsidR="006D6666" w:rsidRPr="00E93D2F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E93D2F">
              <w:rPr>
                <w:b/>
                <w:sz w:val="28"/>
                <w:szCs w:val="28"/>
              </w:rPr>
              <w:t>Evidence to review</w:t>
            </w:r>
          </w:p>
        </w:tc>
      </w:tr>
      <w:tr w:rsidR="00FE0A5E" w:rsidRPr="00BF7DF8" w14:paraId="7C0E497A" w14:textId="77777777" w:rsidTr="009177B7">
        <w:trPr>
          <w:cantSplit/>
          <w:trHeight w:val="1702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520E84D" w14:textId="7697C5D4" w:rsidR="00FE0A5E" w:rsidRPr="00271C5A" w:rsidRDefault="00FE0A5E" w:rsidP="009177B7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Woodhouse Way and REWARD values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29284D40" w14:textId="77777777" w:rsidR="00FE0A5E" w:rsidRDefault="00FE0A5E" w:rsidP="00DB254A">
            <w:pPr>
              <w:pStyle w:val="ListParagraph"/>
              <w:numPr>
                <w:ilvl w:val="0"/>
                <w:numId w:val="29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Provide community and belonging</w:t>
            </w:r>
          </w:p>
          <w:p w14:paraId="0C2AAC80" w14:textId="4E8BC857" w:rsidR="00FE0A5E" w:rsidRDefault="00FE0A5E" w:rsidP="00DB254A">
            <w:pPr>
              <w:pStyle w:val="ListParagraph"/>
              <w:numPr>
                <w:ilvl w:val="0"/>
                <w:numId w:val="29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Universal language</w:t>
            </w:r>
          </w:p>
          <w:p w14:paraId="41BC825D" w14:textId="77777777" w:rsidR="00FE0A5E" w:rsidRDefault="00FE0A5E" w:rsidP="00DB254A">
            <w:pPr>
              <w:pStyle w:val="ListParagraph"/>
              <w:numPr>
                <w:ilvl w:val="0"/>
                <w:numId w:val="29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Universal expectations</w:t>
            </w:r>
          </w:p>
          <w:p w14:paraId="3B27F999" w14:textId="77777777" w:rsidR="00FE0A5E" w:rsidRDefault="00FE0A5E" w:rsidP="00DB254A">
            <w:pPr>
              <w:pStyle w:val="ListParagraph"/>
              <w:numPr>
                <w:ilvl w:val="0"/>
                <w:numId w:val="29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Shared goals</w:t>
            </w:r>
          </w:p>
          <w:p w14:paraId="3A7CC7E9" w14:textId="29BA827D" w:rsidR="00FE0A5E" w:rsidRPr="00E93D2F" w:rsidRDefault="00FE0A5E" w:rsidP="00DB254A">
            <w:pPr>
              <w:pStyle w:val="ListParagraph"/>
              <w:numPr>
                <w:ilvl w:val="0"/>
                <w:numId w:val="29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Embedded culture</w:t>
            </w:r>
            <w:r w:rsidR="005D3AD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00E0BBC" w14:textId="3AA2978F" w:rsidR="00FE0A5E" w:rsidRPr="00271C5A" w:rsidRDefault="005D3AD7" w:rsidP="009177B7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Everyone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5E52030" w14:textId="51DD5451" w:rsidR="00FE0A5E" w:rsidRPr="00271C5A" w:rsidRDefault="005D3AD7" w:rsidP="009177B7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Throughout the whole school, always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6134FA9" w14:textId="77777777" w:rsidR="00FE0A5E" w:rsidRDefault="005D3AD7" w:rsidP="00DB254A">
            <w:pPr>
              <w:pStyle w:val="ListParagraph"/>
              <w:numPr>
                <w:ilvl w:val="0"/>
                <w:numId w:val="1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interactions</w:t>
            </w:r>
          </w:p>
          <w:p w14:paraId="6C564917" w14:textId="77777777" w:rsidR="005D3AD7" w:rsidRDefault="005D3AD7" w:rsidP="00DB254A">
            <w:pPr>
              <w:pStyle w:val="ListParagraph"/>
              <w:numPr>
                <w:ilvl w:val="0"/>
                <w:numId w:val="1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Pupil behaviour</w:t>
            </w:r>
          </w:p>
          <w:p w14:paraId="21CA8812" w14:textId="77777777" w:rsidR="005D3AD7" w:rsidRDefault="005D3AD7" w:rsidP="00DB254A">
            <w:pPr>
              <w:pStyle w:val="ListParagraph"/>
              <w:numPr>
                <w:ilvl w:val="0"/>
                <w:numId w:val="1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Pupil Voice </w:t>
            </w:r>
          </w:p>
          <w:p w14:paraId="251489F7" w14:textId="77777777" w:rsidR="005D3AD7" w:rsidRDefault="005D3AD7" w:rsidP="00DB254A">
            <w:pPr>
              <w:pStyle w:val="ListParagraph"/>
              <w:numPr>
                <w:ilvl w:val="0"/>
                <w:numId w:val="1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contributions</w:t>
            </w:r>
          </w:p>
          <w:p w14:paraId="361FC67C" w14:textId="2FF7FA0E" w:rsidR="005D3AD7" w:rsidRPr="00BF7DF8" w:rsidRDefault="005D3AD7" w:rsidP="00DB254A">
            <w:pPr>
              <w:pStyle w:val="ListParagraph"/>
              <w:numPr>
                <w:ilvl w:val="0"/>
                <w:numId w:val="1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REWARD assemblies</w:t>
            </w:r>
          </w:p>
        </w:tc>
      </w:tr>
      <w:tr w:rsidR="00BF7DF8" w14:paraId="5507B7FE" w14:textId="77777777" w:rsidTr="00BF7DF8">
        <w:trPr>
          <w:cantSplit/>
          <w:trHeight w:val="1726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4D0018C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PSHE and RSE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AD808B7" w14:textId="22C8BECA" w:rsidR="006D6666" w:rsidRPr="00E93D2F" w:rsidRDefault="00DB254A" w:rsidP="00DB254A">
            <w:pPr>
              <w:pStyle w:val="ListParagraph"/>
              <w:numPr>
                <w:ilvl w:val="0"/>
                <w:numId w:val="28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Teach feelings, coping, healthy relationships, routines,</w:t>
            </w:r>
            <w:r w:rsidR="00E93D2F">
              <w:rPr>
                <w:sz w:val="24"/>
                <w:szCs w:val="24"/>
              </w:rPr>
              <w:t xml:space="preserve"> supporting and improving mental health,</w:t>
            </w:r>
            <w:r w:rsidRPr="00E93D2F">
              <w:rPr>
                <w:sz w:val="24"/>
                <w:szCs w:val="24"/>
              </w:rPr>
              <w:t xml:space="preserve"> online wellbeing and help </w:t>
            </w:r>
            <w:r w:rsidRPr="00E93D2F">
              <w:rPr>
                <w:sz w:val="24"/>
                <w:szCs w:val="24"/>
              </w:rPr>
              <w:t>seekin</w:t>
            </w:r>
            <w:r w:rsidR="00E93D2F">
              <w:rPr>
                <w:sz w:val="24"/>
                <w:szCs w:val="24"/>
              </w:rPr>
              <w:t>g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CD31872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P</w:t>
            </w:r>
            <w:r w:rsidRPr="00271C5A">
              <w:rPr>
                <w:sz w:val="24"/>
                <w:szCs w:val="24"/>
              </w:rPr>
              <w:t>SHE lead and teachers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95D773A" w14:textId="412B5151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Planned curriculum, revisited across Years 5</w:t>
            </w:r>
            <w:r w:rsidR="00BF7DF8">
              <w:rPr>
                <w:sz w:val="24"/>
                <w:szCs w:val="24"/>
              </w:rPr>
              <w:t xml:space="preserve"> to </w:t>
            </w:r>
            <w:r w:rsidRPr="00271C5A">
              <w:rPr>
                <w:sz w:val="24"/>
                <w:szCs w:val="24"/>
              </w:rPr>
              <w:t>8.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C06EBEF" w14:textId="77777777" w:rsidR="00BF7DF8" w:rsidRDefault="00DB254A" w:rsidP="00DB254A">
            <w:pPr>
              <w:pStyle w:val="ListParagraph"/>
              <w:numPr>
                <w:ilvl w:val="0"/>
                <w:numId w:val="10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Coverage</w:t>
            </w:r>
          </w:p>
          <w:p w14:paraId="2BA0DC1B" w14:textId="77777777" w:rsidR="00BF7DF8" w:rsidRDefault="00BF7DF8" w:rsidP="00DB254A">
            <w:pPr>
              <w:pStyle w:val="ListParagraph"/>
              <w:numPr>
                <w:ilvl w:val="0"/>
                <w:numId w:val="10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DB254A" w:rsidRPr="00BF7DF8">
              <w:rPr>
                <w:sz w:val="24"/>
                <w:szCs w:val="24"/>
              </w:rPr>
              <w:t>ork samples</w:t>
            </w:r>
          </w:p>
          <w:p w14:paraId="31B3AD2F" w14:textId="787AB6F5" w:rsidR="006D6666" w:rsidRPr="00BF7DF8" w:rsidRDefault="00BF7DF8" w:rsidP="00DB254A">
            <w:pPr>
              <w:pStyle w:val="ListParagraph"/>
              <w:numPr>
                <w:ilvl w:val="0"/>
                <w:numId w:val="10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BF7DF8">
              <w:rPr>
                <w:sz w:val="24"/>
                <w:szCs w:val="24"/>
              </w:rPr>
              <w:t>upils explain strategies and trusted adults</w:t>
            </w:r>
          </w:p>
        </w:tc>
      </w:tr>
      <w:tr w:rsidR="00BF7DF8" w14:paraId="6B0D67E5" w14:textId="77777777" w:rsidTr="00BF7DF8">
        <w:trPr>
          <w:cantSplit/>
          <w:trHeight w:val="1702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242A75E6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bookmarkStart w:id="0" w:name="_Hlk241785115"/>
            <w:r w:rsidRPr="00271C5A">
              <w:rPr>
                <w:sz w:val="24"/>
                <w:szCs w:val="24"/>
              </w:rPr>
              <w:t>Responsive PSHE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0BF9BE3E" w14:textId="00959D8E" w:rsidR="006D6666" w:rsidRPr="00E93D2F" w:rsidRDefault="00DB254A" w:rsidP="00DB254A">
            <w:pPr>
              <w:pStyle w:val="ListParagraph"/>
              <w:numPr>
                <w:ilvl w:val="0"/>
                <w:numId w:val="29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 xml:space="preserve">Address emerging </w:t>
            </w:r>
            <w:r w:rsidR="00BF7DF8" w:rsidRPr="00E93D2F">
              <w:rPr>
                <w:sz w:val="24"/>
                <w:szCs w:val="24"/>
              </w:rPr>
              <w:t>school or contextual concerns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07040128" w14:textId="41FAF054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P</w:t>
            </w:r>
            <w:r w:rsidRPr="00271C5A">
              <w:rPr>
                <w:sz w:val="24"/>
                <w:szCs w:val="24"/>
              </w:rPr>
              <w:t xml:space="preserve">SHE </w:t>
            </w:r>
            <w:r w:rsidR="00BF7DF8">
              <w:rPr>
                <w:sz w:val="24"/>
                <w:szCs w:val="24"/>
              </w:rPr>
              <w:t xml:space="preserve">lead, </w:t>
            </w:r>
            <w:r w:rsidRPr="00271C5A">
              <w:rPr>
                <w:sz w:val="24"/>
                <w:szCs w:val="24"/>
              </w:rPr>
              <w:t xml:space="preserve">pastoral </w:t>
            </w:r>
            <w:r w:rsidR="00BF7DF8">
              <w:rPr>
                <w:sz w:val="24"/>
                <w:szCs w:val="24"/>
              </w:rPr>
              <w:t>team, SLT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3FAD0A96" w14:textId="04F7AA99" w:rsidR="006D6666" w:rsidRPr="00271C5A" w:rsidRDefault="00BF7DF8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Bi-weekly session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21B8D22F" w14:textId="77777777" w:rsidR="00BF7DF8" w:rsidRDefault="00DB254A" w:rsidP="00DB254A">
            <w:pPr>
              <w:pStyle w:val="ListParagraph"/>
              <w:numPr>
                <w:ilvl w:val="0"/>
                <w:numId w:val="11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Identified themes</w:t>
            </w:r>
            <w:r w:rsidRPr="00BF7DF8">
              <w:rPr>
                <w:sz w:val="24"/>
                <w:szCs w:val="24"/>
              </w:rPr>
              <w:t xml:space="preserve"> </w:t>
            </w:r>
          </w:p>
          <w:p w14:paraId="2E0B4BC5" w14:textId="543B3A46" w:rsidR="00BF7DF8" w:rsidRPr="00BF7DF8" w:rsidRDefault="00BF7DF8" w:rsidP="00DB254A">
            <w:pPr>
              <w:pStyle w:val="ListParagraph"/>
              <w:numPr>
                <w:ilvl w:val="0"/>
                <w:numId w:val="1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DB254A" w:rsidRPr="00BF7DF8">
              <w:rPr>
                <w:sz w:val="24"/>
                <w:szCs w:val="24"/>
              </w:rPr>
              <w:t>eaching res</w:t>
            </w:r>
            <w:r>
              <w:rPr>
                <w:sz w:val="24"/>
                <w:szCs w:val="24"/>
              </w:rPr>
              <w:t>ources</w:t>
            </w:r>
            <w:r w:rsidR="00DB254A" w:rsidRPr="00BF7DF8">
              <w:rPr>
                <w:sz w:val="24"/>
                <w:szCs w:val="24"/>
              </w:rPr>
              <w:t>;</w:t>
            </w:r>
          </w:p>
          <w:p w14:paraId="6C7BF907" w14:textId="63EF902B" w:rsidR="006D6666" w:rsidRPr="00BF7DF8" w:rsidRDefault="00DB254A" w:rsidP="00DB254A">
            <w:pPr>
              <w:pStyle w:val="ListParagraph"/>
              <w:numPr>
                <w:ilvl w:val="0"/>
                <w:numId w:val="11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 xml:space="preserve"> </w:t>
            </w:r>
            <w:r w:rsidR="00BF7DF8">
              <w:rPr>
                <w:sz w:val="24"/>
                <w:szCs w:val="24"/>
              </w:rPr>
              <w:t>P</w:t>
            </w:r>
            <w:r w:rsidRPr="00BF7DF8">
              <w:rPr>
                <w:sz w:val="24"/>
                <w:szCs w:val="24"/>
              </w:rPr>
              <w:t>upil understanding and follow up</w:t>
            </w:r>
          </w:p>
        </w:tc>
      </w:tr>
      <w:bookmarkEnd w:id="0"/>
      <w:tr w:rsidR="00BF7DF8" w14:paraId="718D9C11" w14:textId="77777777" w:rsidTr="00BF7DF8">
        <w:trPr>
          <w:cantSplit/>
          <w:trHeight w:val="1702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C579AD3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Wider curriculum and resilience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FDD20BB" w14:textId="77777777" w:rsidR="00E93D2F" w:rsidRDefault="00DB254A" w:rsidP="00DB254A">
            <w:pPr>
              <w:pStyle w:val="ListParagraph"/>
              <w:numPr>
                <w:ilvl w:val="0"/>
                <w:numId w:val="30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Practise listening, cooperation and perspective taking</w:t>
            </w:r>
          </w:p>
          <w:p w14:paraId="47DB7A60" w14:textId="313D591C" w:rsidR="006D6666" w:rsidRPr="00E93D2F" w:rsidRDefault="00DB254A" w:rsidP="00DB254A">
            <w:pPr>
              <w:pStyle w:val="ListParagraph"/>
              <w:numPr>
                <w:ilvl w:val="0"/>
                <w:numId w:val="30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 xml:space="preserve">Use manageable </w:t>
            </w:r>
            <w:r w:rsidRPr="00E93D2F">
              <w:rPr>
                <w:sz w:val="24"/>
                <w:szCs w:val="24"/>
              </w:rPr>
              <w:t>challenge, feedback and supported recovery from setbacks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9F29A1A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A</w:t>
            </w:r>
            <w:r w:rsidRPr="00271C5A">
              <w:rPr>
                <w:sz w:val="24"/>
                <w:szCs w:val="24"/>
              </w:rPr>
              <w:t>ll teachers and support staff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B0EC07E" w14:textId="48D87A12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Daily across subjects</w:t>
            </w:r>
            <w:r w:rsidR="00BF7DF8">
              <w:rPr>
                <w:sz w:val="24"/>
                <w:szCs w:val="24"/>
              </w:rPr>
              <w:t xml:space="preserve"> and social times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6528C42" w14:textId="77777777" w:rsidR="00BF7DF8" w:rsidRDefault="00DB254A" w:rsidP="00DB254A">
            <w:pPr>
              <w:pStyle w:val="ListParagraph"/>
              <w:numPr>
                <w:ilvl w:val="0"/>
                <w:numId w:val="12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Lesson examples</w:t>
            </w:r>
          </w:p>
          <w:p w14:paraId="656F06F1" w14:textId="77777777" w:rsidR="00BF7DF8" w:rsidRDefault="00BF7DF8" w:rsidP="00DB254A">
            <w:pPr>
              <w:pStyle w:val="ListParagraph"/>
              <w:numPr>
                <w:ilvl w:val="0"/>
                <w:numId w:val="1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BF7DF8">
              <w:rPr>
                <w:sz w:val="24"/>
                <w:szCs w:val="24"/>
              </w:rPr>
              <w:t>upil accounts</w:t>
            </w:r>
          </w:p>
          <w:p w14:paraId="7FFB94EF" w14:textId="562EFEBE" w:rsidR="006D6666" w:rsidRPr="00BF7DF8" w:rsidRDefault="00BF7DF8" w:rsidP="00DB254A">
            <w:pPr>
              <w:pStyle w:val="ListParagraph"/>
              <w:numPr>
                <w:ilvl w:val="0"/>
                <w:numId w:val="1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B254A" w:rsidRPr="00BF7DF8">
              <w:rPr>
                <w:sz w:val="24"/>
                <w:szCs w:val="24"/>
              </w:rPr>
              <w:t>ccess and adaptations</w:t>
            </w:r>
          </w:p>
        </w:tc>
      </w:tr>
      <w:tr w:rsidR="00BF7DF8" w14:paraId="4D07CEAB" w14:textId="77777777" w:rsidTr="00BF7DF8">
        <w:trPr>
          <w:cantSplit/>
          <w:trHeight w:val="1726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0A93322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lastRenderedPageBreak/>
              <w:t>Form belonging and reflection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417AF0D7" w14:textId="77777777" w:rsidR="00E93D2F" w:rsidRDefault="00DB254A" w:rsidP="00DB254A">
            <w:pPr>
              <w:pStyle w:val="ListParagraph"/>
              <w:numPr>
                <w:ilvl w:val="0"/>
                <w:numId w:val="31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Trusted relationships</w:t>
            </w:r>
          </w:p>
          <w:p w14:paraId="291035BC" w14:textId="77777777" w:rsidR="00E93D2F" w:rsidRDefault="00DB254A" w:rsidP="00DB254A">
            <w:pPr>
              <w:pStyle w:val="ListParagraph"/>
              <w:numPr>
                <w:ilvl w:val="0"/>
                <w:numId w:val="31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Spotlight Sharing</w:t>
            </w:r>
          </w:p>
          <w:p w14:paraId="6678A575" w14:textId="77777777" w:rsidR="00E93D2F" w:rsidRDefault="00E93D2F" w:rsidP="00DB254A">
            <w:pPr>
              <w:pStyle w:val="ListParagraph"/>
              <w:numPr>
                <w:ilvl w:val="0"/>
                <w:numId w:val="3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E93D2F">
              <w:rPr>
                <w:sz w:val="24"/>
                <w:szCs w:val="24"/>
              </w:rPr>
              <w:t>ersonal development reflection</w:t>
            </w:r>
          </w:p>
          <w:p w14:paraId="561B7C09" w14:textId="1DA9958F" w:rsidR="006D6666" w:rsidRPr="00E93D2F" w:rsidRDefault="00E93D2F" w:rsidP="00DB254A">
            <w:pPr>
              <w:pStyle w:val="ListParagraph"/>
              <w:numPr>
                <w:ilvl w:val="0"/>
                <w:numId w:val="3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DB254A" w:rsidRPr="00E93D2F">
              <w:rPr>
                <w:sz w:val="24"/>
                <w:szCs w:val="24"/>
              </w:rPr>
              <w:t>pportunities to know one another.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7772598E" w14:textId="74CCE36A" w:rsidR="006D6666" w:rsidRPr="00271C5A" w:rsidRDefault="00BF7DF8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Pastoral Lead and </w:t>
            </w:r>
            <w:r w:rsidR="00DB254A" w:rsidRPr="00271C5A">
              <w:rPr>
                <w:sz w:val="24"/>
                <w:szCs w:val="24"/>
              </w:rPr>
              <w:t>Form tutors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78E29930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Regular form and PD programme.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71B9B55A" w14:textId="77777777" w:rsidR="00BF7DF8" w:rsidRDefault="00DB254A" w:rsidP="00DB254A">
            <w:pPr>
              <w:pStyle w:val="ListParagraph"/>
              <w:numPr>
                <w:ilvl w:val="0"/>
                <w:numId w:val="13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Pupils name a trusted adult</w:t>
            </w:r>
            <w:r w:rsidRPr="00BF7DF8">
              <w:rPr>
                <w:sz w:val="24"/>
                <w:szCs w:val="24"/>
              </w:rPr>
              <w:t xml:space="preserve"> </w:t>
            </w:r>
          </w:p>
          <w:p w14:paraId="73BF7205" w14:textId="77777777" w:rsidR="00BF7DF8" w:rsidRDefault="00BF7DF8" w:rsidP="00DB254A">
            <w:pPr>
              <w:pStyle w:val="ListParagraph"/>
              <w:numPr>
                <w:ilvl w:val="0"/>
                <w:numId w:val="1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DB254A" w:rsidRPr="00BF7DF8">
              <w:rPr>
                <w:sz w:val="24"/>
                <w:szCs w:val="24"/>
              </w:rPr>
              <w:t>elonging feedback</w:t>
            </w:r>
          </w:p>
          <w:p w14:paraId="281BC957" w14:textId="3459B253" w:rsidR="006D6666" w:rsidRPr="00BF7DF8" w:rsidRDefault="00BF7DF8" w:rsidP="00DB254A">
            <w:pPr>
              <w:pStyle w:val="ListParagraph"/>
              <w:numPr>
                <w:ilvl w:val="0"/>
                <w:numId w:val="1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DB254A" w:rsidRPr="00BF7DF8">
              <w:rPr>
                <w:sz w:val="24"/>
                <w:szCs w:val="24"/>
              </w:rPr>
              <w:t>solated pupils receive support.</w:t>
            </w:r>
          </w:p>
        </w:tc>
      </w:tr>
      <w:tr w:rsidR="00BF7DF8" w14:paraId="55CD263E" w14:textId="77777777" w:rsidTr="00BF7DF8">
        <w:trPr>
          <w:cantSplit/>
          <w:trHeight w:val="1702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F905B93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Reward connection and restoration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2677BAE" w14:textId="77777777" w:rsidR="00E93D2F" w:rsidRDefault="00DB254A" w:rsidP="00DB254A">
            <w:pPr>
              <w:pStyle w:val="ListParagraph"/>
              <w:numPr>
                <w:ilvl w:val="0"/>
                <w:numId w:val="32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 xml:space="preserve">Recognise effort and </w:t>
            </w:r>
            <w:r w:rsidRPr="00E93D2F">
              <w:rPr>
                <w:sz w:val="24"/>
                <w:szCs w:val="24"/>
              </w:rPr>
              <w:t>contribution</w:t>
            </w:r>
          </w:p>
          <w:p w14:paraId="32FE2F66" w14:textId="77777777" w:rsidR="00E93D2F" w:rsidRDefault="00DB254A" w:rsidP="00DB254A">
            <w:pPr>
              <w:pStyle w:val="ListParagraph"/>
              <w:numPr>
                <w:ilvl w:val="0"/>
                <w:numId w:val="32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Use calm responses</w:t>
            </w:r>
          </w:p>
          <w:p w14:paraId="58A799C1" w14:textId="47C6F75A" w:rsidR="00E93D2F" w:rsidRDefault="00E93D2F" w:rsidP="00DB254A">
            <w:pPr>
              <w:pStyle w:val="ListParagraph"/>
              <w:numPr>
                <w:ilvl w:val="0"/>
                <w:numId w:val="3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DB254A" w:rsidRPr="00E93D2F">
              <w:rPr>
                <w:sz w:val="24"/>
                <w:szCs w:val="24"/>
              </w:rPr>
              <w:t xml:space="preserve">lear </w:t>
            </w:r>
            <w:r>
              <w:rPr>
                <w:sz w:val="24"/>
                <w:szCs w:val="24"/>
              </w:rPr>
              <w:t xml:space="preserve">and consistent </w:t>
            </w:r>
            <w:r w:rsidR="00DB254A" w:rsidRPr="00E93D2F">
              <w:rPr>
                <w:sz w:val="24"/>
                <w:szCs w:val="24"/>
              </w:rPr>
              <w:t xml:space="preserve">expectations </w:t>
            </w:r>
          </w:p>
          <w:p w14:paraId="370C0CD1" w14:textId="483B4681" w:rsidR="00E93D2F" w:rsidRDefault="00E93D2F" w:rsidP="00DB254A">
            <w:pPr>
              <w:pStyle w:val="ListParagraph"/>
              <w:numPr>
                <w:ilvl w:val="0"/>
                <w:numId w:val="3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Recognising and rewarding effort and contribution</w:t>
            </w:r>
          </w:p>
          <w:p w14:paraId="2FB16011" w14:textId="2A81E950" w:rsidR="00E93D2F" w:rsidRDefault="00E93D2F" w:rsidP="00DB254A">
            <w:pPr>
              <w:pStyle w:val="ListParagraph"/>
              <w:numPr>
                <w:ilvl w:val="0"/>
                <w:numId w:val="3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Restorative conversations</w:t>
            </w:r>
          </w:p>
          <w:p w14:paraId="2015EDFF" w14:textId="3444A050" w:rsidR="006D6666" w:rsidRPr="00E93D2F" w:rsidRDefault="00E93D2F" w:rsidP="00DB254A">
            <w:pPr>
              <w:pStyle w:val="ListParagraph"/>
              <w:numPr>
                <w:ilvl w:val="0"/>
                <w:numId w:val="3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E93D2F">
              <w:rPr>
                <w:sz w:val="24"/>
                <w:szCs w:val="24"/>
              </w:rPr>
              <w:t>epair when pupils are ready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4581014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A</w:t>
            </w:r>
            <w:r w:rsidRPr="00271C5A">
              <w:rPr>
                <w:sz w:val="24"/>
                <w:szCs w:val="24"/>
              </w:rPr>
              <w:t>ll staff; pastoral and key stage leads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16D8AD5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Daily and following incidents.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393FF3B" w14:textId="77777777" w:rsidR="003C09D9" w:rsidRDefault="00DB254A" w:rsidP="00DB254A">
            <w:pPr>
              <w:pStyle w:val="ListParagraph"/>
              <w:numPr>
                <w:ilvl w:val="0"/>
                <w:numId w:val="14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3C09D9">
              <w:rPr>
                <w:sz w:val="24"/>
                <w:szCs w:val="24"/>
              </w:rPr>
              <w:t>Recognition patterns</w:t>
            </w:r>
            <w:r w:rsidRPr="003C09D9">
              <w:rPr>
                <w:sz w:val="24"/>
                <w:szCs w:val="24"/>
              </w:rPr>
              <w:t xml:space="preserve"> </w:t>
            </w:r>
          </w:p>
          <w:p w14:paraId="669F5BE1" w14:textId="77777777" w:rsidR="003C09D9" w:rsidRDefault="003C09D9" w:rsidP="00DB254A">
            <w:pPr>
              <w:pStyle w:val="ListParagraph"/>
              <w:numPr>
                <w:ilvl w:val="0"/>
                <w:numId w:val="1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3C09D9">
              <w:rPr>
                <w:sz w:val="24"/>
                <w:szCs w:val="24"/>
              </w:rPr>
              <w:t>estorative follow up</w:t>
            </w:r>
          </w:p>
          <w:p w14:paraId="2B526930" w14:textId="77777777" w:rsidR="003C09D9" w:rsidRDefault="003C09D9" w:rsidP="00DB254A">
            <w:pPr>
              <w:pStyle w:val="ListParagraph"/>
              <w:numPr>
                <w:ilvl w:val="0"/>
                <w:numId w:val="1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DB254A" w:rsidRPr="003C09D9">
              <w:rPr>
                <w:sz w:val="24"/>
                <w:szCs w:val="24"/>
              </w:rPr>
              <w:t>upported return</w:t>
            </w:r>
          </w:p>
          <w:p w14:paraId="2273F6BB" w14:textId="32355C07" w:rsidR="006D6666" w:rsidRPr="003C09D9" w:rsidRDefault="003C09D9" w:rsidP="00DB254A">
            <w:pPr>
              <w:pStyle w:val="ListParagraph"/>
              <w:numPr>
                <w:ilvl w:val="0"/>
                <w:numId w:val="1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3C09D9">
              <w:rPr>
                <w:sz w:val="24"/>
                <w:szCs w:val="24"/>
              </w:rPr>
              <w:t>epeat concerns</w:t>
            </w:r>
            <w:r>
              <w:rPr>
                <w:sz w:val="24"/>
                <w:szCs w:val="24"/>
              </w:rPr>
              <w:t>?</w:t>
            </w:r>
          </w:p>
        </w:tc>
      </w:tr>
      <w:tr w:rsidR="00BF7DF8" w14:paraId="14062ADF" w14:textId="77777777" w:rsidTr="00BF7DF8">
        <w:trPr>
          <w:cantSplit/>
          <w:trHeight w:val="1726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3A410F36" w14:textId="71E1990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Anti</w:t>
            </w:r>
            <w:r w:rsidR="00BF7DF8">
              <w:rPr>
                <w:sz w:val="24"/>
                <w:szCs w:val="24"/>
              </w:rPr>
              <w:t>-</w:t>
            </w:r>
            <w:r w:rsidRPr="00271C5A">
              <w:rPr>
                <w:sz w:val="24"/>
                <w:szCs w:val="24"/>
              </w:rPr>
              <w:t>bullying and safe spaces</w:t>
            </w:r>
            <w:r w:rsidR="00BF7DF8">
              <w:rPr>
                <w:sz w:val="24"/>
                <w:szCs w:val="24"/>
              </w:rPr>
              <w:t xml:space="preserve"> (e.g. sensory room)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338915FF" w14:textId="2248E74C" w:rsidR="00E93D2F" w:rsidRDefault="00E93D2F" w:rsidP="00DB254A">
            <w:pPr>
              <w:pStyle w:val="ListParagraph"/>
              <w:numPr>
                <w:ilvl w:val="0"/>
                <w:numId w:val="3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 what bullying is</w:t>
            </w:r>
          </w:p>
          <w:p w14:paraId="755E9600" w14:textId="0CDA7361" w:rsidR="00E93D2F" w:rsidRDefault="00DB254A" w:rsidP="00DB254A">
            <w:pPr>
              <w:pStyle w:val="ListParagraph"/>
              <w:numPr>
                <w:ilvl w:val="0"/>
                <w:numId w:val="33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Teach reporting</w:t>
            </w:r>
          </w:p>
          <w:p w14:paraId="72B213C2" w14:textId="77777777" w:rsidR="00E93D2F" w:rsidRDefault="00E93D2F" w:rsidP="00DB254A">
            <w:pPr>
              <w:pStyle w:val="ListParagraph"/>
              <w:numPr>
                <w:ilvl w:val="0"/>
                <w:numId w:val="3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DB254A" w:rsidRPr="00E93D2F">
              <w:rPr>
                <w:sz w:val="24"/>
                <w:szCs w:val="24"/>
              </w:rPr>
              <w:t>nvestigate and act through procedures</w:t>
            </w:r>
          </w:p>
          <w:p w14:paraId="64195A11" w14:textId="77777777" w:rsidR="00E93D2F" w:rsidRDefault="00E93D2F" w:rsidP="00DB254A">
            <w:pPr>
              <w:pStyle w:val="ListParagraph"/>
              <w:numPr>
                <w:ilvl w:val="0"/>
                <w:numId w:val="3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DB254A" w:rsidRPr="00E93D2F">
              <w:rPr>
                <w:sz w:val="24"/>
                <w:szCs w:val="24"/>
              </w:rPr>
              <w:t>heck safety after action</w:t>
            </w:r>
          </w:p>
          <w:p w14:paraId="6CF159AA" w14:textId="7A398CC6" w:rsidR="00E93D2F" w:rsidRPr="00E93D2F" w:rsidRDefault="00E93D2F" w:rsidP="00DB254A">
            <w:pPr>
              <w:pStyle w:val="ListParagraph"/>
              <w:numPr>
                <w:ilvl w:val="0"/>
                <w:numId w:val="3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 as safeguarding concern when necessary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0209C0CE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A</w:t>
            </w:r>
            <w:r w:rsidRPr="00271C5A">
              <w:rPr>
                <w:sz w:val="24"/>
                <w:szCs w:val="24"/>
              </w:rPr>
              <w:t>ll staff; pastoral team and DSL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4B363DA2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Ongoing prevention and prompt response.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D33CC79" w14:textId="746EEB9F" w:rsidR="00E93D2F" w:rsidRDefault="00E93D2F" w:rsidP="00DB254A">
            <w:pPr>
              <w:pStyle w:val="ListParagraph"/>
              <w:numPr>
                <w:ilvl w:val="0"/>
                <w:numId w:val="15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Pupil awareness</w:t>
            </w:r>
          </w:p>
          <w:p w14:paraId="6C170080" w14:textId="61DE035C" w:rsidR="003C09D9" w:rsidRDefault="00DB254A" w:rsidP="00DB254A">
            <w:pPr>
              <w:pStyle w:val="ListParagraph"/>
              <w:numPr>
                <w:ilvl w:val="0"/>
                <w:numId w:val="15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3C09D9">
              <w:rPr>
                <w:sz w:val="24"/>
                <w:szCs w:val="24"/>
              </w:rPr>
              <w:t>Pupil safety feedback</w:t>
            </w:r>
            <w:r w:rsidRPr="003C09D9">
              <w:rPr>
                <w:sz w:val="24"/>
                <w:szCs w:val="24"/>
              </w:rPr>
              <w:t xml:space="preserve"> records;</w:t>
            </w:r>
          </w:p>
          <w:p w14:paraId="31C4A989" w14:textId="77777777" w:rsidR="003C09D9" w:rsidRDefault="003C09D9" w:rsidP="00DB254A">
            <w:pPr>
              <w:pStyle w:val="ListParagraph"/>
              <w:numPr>
                <w:ilvl w:val="0"/>
                <w:numId w:val="15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3C09D9">
              <w:rPr>
                <w:sz w:val="24"/>
                <w:szCs w:val="24"/>
              </w:rPr>
              <w:t>epeat patterns</w:t>
            </w:r>
            <w:r>
              <w:rPr>
                <w:sz w:val="24"/>
                <w:szCs w:val="24"/>
              </w:rPr>
              <w:t>?</w:t>
            </w:r>
          </w:p>
          <w:p w14:paraId="7AE73C6D" w14:textId="27677D32" w:rsidR="006D6666" w:rsidRPr="003C09D9" w:rsidRDefault="003C09D9" w:rsidP="00DB254A">
            <w:pPr>
              <w:pStyle w:val="ListParagraph"/>
              <w:numPr>
                <w:ilvl w:val="0"/>
                <w:numId w:val="15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DB254A" w:rsidRPr="003C09D9">
              <w:rPr>
                <w:sz w:val="24"/>
                <w:szCs w:val="24"/>
              </w:rPr>
              <w:t>ollow up checks</w:t>
            </w:r>
          </w:p>
        </w:tc>
      </w:tr>
      <w:tr w:rsidR="00BF7DF8" w14:paraId="227921D9" w14:textId="77777777" w:rsidTr="00BF7DF8">
        <w:trPr>
          <w:cantSplit/>
          <w:trHeight w:val="1702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BA7577F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Participation and success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9A228E8" w14:textId="77777777" w:rsidR="00E93D2F" w:rsidRDefault="00DB254A" w:rsidP="00DB254A">
            <w:pPr>
              <w:pStyle w:val="ListParagraph"/>
              <w:numPr>
                <w:ilvl w:val="0"/>
                <w:numId w:val="34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Clubs</w:t>
            </w:r>
          </w:p>
          <w:p w14:paraId="74CF3FB4" w14:textId="20F743AD" w:rsidR="00E93D2F" w:rsidRDefault="00E93D2F" w:rsidP="00DB254A">
            <w:pPr>
              <w:pStyle w:val="ListParagraph"/>
              <w:numPr>
                <w:ilvl w:val="0"/>
                <w:numId w:val="34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T</w:t>
            </w:r>
            <w:r w:rsidR="00DB254A" w:rsidRPr="00E93D2F">
              <w:rPr>
                <w:sz w:val="24"/>
                <w:szCs w:val="24"/>
              </w:rPr>
              <w:t>rips</w:t>
            </w:r>
          </w:p>
          <w:p w14:paraId="3A24D78A" w14:textId="77777777" w:rsidR="00E93D2F" w:rsidRDefault="00E93D2F" w:rsidP="00DB254A">
            <w:pPr>
              <w:pStyle w:val="ListParagraph"/>
              <w:numPr>
                <w:ilvl w:val="0"/>
                <w:numId w:val="3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DB254A" w:rsidRPr="00E93D2F">
              <w:rPr>
                <w:sz w:val="24"/>
                <w:szCs w:val="24"/>
              </w:rPr>
              <w:t>ommunity projects</w:t>
            </w:r>
          </w:p>
          <w:p w14:paraId="56D274C2" w14:textId="77777777" w:rsidR="00E93D2F" w:rsidRDefault="00E93D2F" w:rsidP="00DB254A">
            <w:pPr>
              <w:pStyle w:val="ListParagraph"/>
              <w:numPr>
                <w:ilvl w:val="0"/>
                <w:numId w:val="3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Inter-</w:t>
            </w:r>
            <w:r w:rsidR="00DB254A" w:rsidRPr="00E93D2F">
              <w:rPr>
                <w:sz w:val="24"/>
                <w:szCs w:val="24"/>
              </w:rPr>
              <w:t>house activities</w:t>
            </w:r>
          </w:p>
          <w:p w14:paraId="30A0B3FC" w14:textId="77777777" w:rsidR="006D6666" w:rsidRDefault="00E93D2F" w:rsidP="00DB254A">
            <w:pPr>
              <w:pStyle w:val="ListParagraph"/>
              <w:numPr>
                <w:ilvl w:val="0"/>
                <w:numId w:val="3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DB254A" w:rsidRPr="00E93D2F">
              <w:rPr>
                <w:sz w:val="24"/>
                <w:szCs w:val="24"/>
              </w:rPr>
              <w:t xml:space="preserve">he Woodhouse Promise </w:t>
            </w:r>
          </w:p>
          <w:p w14:paraId="6DD47C99" w14:textId="4AE0853A" w:rsidR="00E93D2F" w:rsidRPr="00E93D2F" w:rsidRDefault="00E93D2F" w:rsidP="00DB254A">
            <w:pPr>
              <w:pStyle w:val="ListParagraph"/>
              <w:numPr>
                <w:ilvl w:val="0"/>
                <w:numId w:val="3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Enrichment 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BBCF524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P</w:t>
            </w:r>
            <w:r w:rsidRPr="00271C5A">
              <w:rPr>
                <w:sz w:val="24"/>
                <w:szCs w:val="24"/>
              </w:rPr>
              <w:t>D and activity leads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B152DC8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Planned opportunities across the year.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E6EF89E" w14:textId="77777777" w:rsidR="002B20EC" w:rsidRDefault="00DB254A" w:rsidP="00DB254A">
            <w:pPr>
              <w:pStyle w:val="ListParagraph"/>
              <w:numPr>
                <w:ilvl w:val="0"/>
                <w:numId w:val="16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Participation and recognition</w:t>
            </w:r>
          </w:p>
          <w:p w14:paraId="268A4B57" w14:textId="5159EF92" w:rsidR="006D6666" w:rsidRPr="002B20EC" w:rsidRDefault="002B20EC" w:rsidP="00DB254A">
            <w:pPr>
              <w:pStyle w:val="ListParagraph"/>
              <w:numPr>
                <w:ilvl w:val="0"/>
                <w:numId w:val="16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DB254A" w:rsidRPr="002B20EC">
              <w:rPr>
                <w:sz w:val="24"/>
                <w:szCs w:val="24"/>
              </w:rPr>
              <w:t>arriers address</w:t>
            </w:r>
            <w:r w:rsidR="00DB254A" w:rsidRPr="002B20EC">
              <w:rPr>
                <w:sz w:val="24"/>
                <w:szCs w:val="24"/>
              </w:rPr>
              <w:t>ed</w:t>
            </w:r>
            <w:r w:rsidR="00DB254A" w:rsidRPr="002B20EC">
              <w:rPr>
                <w:sz w:val="24"/>
                <w:szCs w:val="24"/>
              </w:rPr>
              <w:t xml:space="preserve"> including SEND and disadvantage</w:t>
            </w:r>
          </w:p>
        </w:tc>
      </w:tr>
      <w:tr w:rsidR="00BF7DF8" w14:paraId="5A380424" w14:textId="77777777" w:rsidTr="00BF7DF8">
        <w:trPr>
          <w:cantSplit/>
          <w:trHeight w:val="1702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C14421F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lastRenderedPageBreak/>
              <w:t>Woodhouse Way Ambassadors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B0C265B" w14:textId="77777777" w:rsidR="00E93D2F" w:rsidRDefault="00DB254A" w:rsidP="00DB254A">
            <w:pPr>
              <w:pStyle w:val="ListParagraph"/>
              <w:numPr>
                <w:ilvl w:val="0"/>
                <w:numId w:val="35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Planned pupil leadership</w:t>
            </w:r>
          </w:p>
          <w:p w14:paraId="50397341" w14:textId="446601EB" w:rsidR="006D6666" w:rsidRPr="00E93D2F" w:rsidRDefault="00E93D2F" w:rsidP="00DB254A">
            <w:pPr>
              <w:pStyle w:val="ListParagraph"/>
              <w:numPr>
                <w:ilvl w:val="0"/>
                <w:numId w:val="35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DB254A" w:rsidRPr="00E93D2F">
              <w:rPr>
                <w:sz w:val="24"/>
                <w:szCs w:val="24"/>
              </w:rPr>
              <w:t>elcoming, inclusion, REWARD modelling, helping others, pupil voice and celebrating progress.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47077634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M</w:t>
            </w:r>
            <w:r w:rsidRPr="00271C5A">
              <w:rPr>
                <w:sz w:val="24"/>
                <w:szCs w:val="24"/>
              </w:rPr>
              <w:t>ental Health Lead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044E90D2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Initial training; one meeting each half term.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5717BBFF" w14:textId="77777777" w:rsidR="002B20EC" w:rsidRDefault="00DB254A" w:rsidP="00DB254A">
            <w:pPr>
              <w:pStyle w:val="ListParagraph"/>
              <w:numPr>
                <w:ilvl w:val="0"/>
                <w:numId w:val="1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Pupil feedback</w:t>
            </w:r>
            <w:r w:rsidRPr="002B20EC">
              <w:rPr>
                <w:sz w:val="24"/>
                <w:szCs w:val="24"/>
              </w:rPr>
              <w:t xml:space="preserve"> </w:t>
            </w:r>
          </w:p>
          <w:p w14:paraId="1D018AF9" w14:textId="77777777" w:rsidR="002B20EC" w:rsidRDefault="002B20EC" w:rsidP="00DB254A">
            <w:pPr>
              <w:pStyle w:val="ListParagraph"/>
              <w:numPr>
                <w:ilvl w:val="0"/>
                <w:numId w:val="1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Pupil </w:t>
            </w:r>
            <w:r w:rsidR="00DB254A" w:rsidRPr="002B20EC">
              <w:rPr>
                <w:sz w:val="24"/>
                <w:szCs w:val="24"/>
              </w:rPr>
              <w:t>contributions</w:t>
            </w:r>
          </w:p>
          <w:p w14:paraId="5516794B" w14:textId="7D5A7422" w:rsidR="006D6666" w:rsidRPr="002B20EC" w:rsidRDefault="002B20EC" w:rsidP="00DB254A">
            <w:pPr>
              <w:pStyle w:val="ListParagraph"/>
              <w:numPr>
                <w:ilvl w:val="0"/>
                <w:numId w:val="1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Pupil</w:t>
            </w:r>
            <w:r w:rsidR="00DB254A" w:rsidRPr="002B20EC">
              <w:rPr>
                <w:sz w:val="24"/>
                <w:szCs w:val="24"/>
              </w:rPr>
              <w:t xml:space="preserve"> reflections</w:t>
            </w:r>
          </w:p>
        </w:tc>
      </w:tr>
      <w:tr w:rsidR="00BF7DF8" w14:paraId="5DF49D06" w14:textId="77777777" w:rsidTr="00BF7DF8">
        <w:trPr>
          <w:cantSplit/>
          <w:trHeight w:val="1702"/>
        </w:trPr>
        <w:tc>
          <w:tcPr>
            <w:tcW w:w="2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203C760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Family partnership and staff readiness</w:t>
            </w:r>
          </w:p>
        </w:tc>
        <w:tc>
          <w:tcPr>
            <w:tcW w:w="5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D6D882F" w14:textId="77777777" w:rsidR="00E93D2F" w:rsidRDefault="00DB254A" w:rsidP="00DB254A">
            <w:pPr>
              <w:pStyle w:val="ListParagraph"/>
              <w:numPr>
                <w:ilvl w:val="0"/>
                <w:numId w:val="36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Share wellbeing information</w:t>
            </w:r>
          </w:p>
          <w:p w14:paraId="2ADF42C0" w14:textId="7405EB27" w:rsidR="00E93D2F" w:rsidRDefault="00DB254A" w:rsidP="00DB254A">
            <w:pPr>
              <w:pStyle w:val="ListParagraph"/>
              <w:numPr>
                <w:ilvl w:val="0"/>
                <w:numId w:val="36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listen to familie</w:t>
            </w:r>
            <w:r w:rsidR="00E93D2F">
              <w:rPr>
                <w:sz w:val="24"/>
                <w:szCs w:val="24"/>
              </w:rPr>
              <w:t>s</w:t>
            </w:r>
            <w:r w:rsidRPr="00E93D2F">
              <w:rPr>
                <w:sz w:val="24"/>
                <w:szCs w:val="24"/>
              </w:rPr>
              <w:t>.</w:t>
            </w:r>
          </w:p>
          <w:p w14:paraId="56046FBC" w14:textId="221B1D99" w:rsidR="006D6666" w:rsidRPr="00E93D2F" w:rsidRDefault="00DB254A" w:rsidP="00DB254A">
            <w:pPr>
              <w:pStyle w:val="ListParagraph"/>
              <w:numPr>
                <w:ilvl w:val="0"/>
                <w:numId w:val="36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E93D2F">
              <w:rPr>
                <w:sz w:val="24"/>
                <w:szCs w:val="24"/>
              </w:rPr>
              <w:t>Train staff to notice signs and report small concerns promptly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33F728A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M</w:t>
            </w:r>
            <w:r w:rsidRPr="00271C5A">
              <w:rPr>
                <w:sz w:val="24"/>
                <w:szCs w:val="24"/>
              </w:rPr>
              <w:t xml:space="preserve">ental Health Lead, DSL </w:t>
            </w:r>
            <w:r w:rsidRPr="00271C5A">
              <w:rPr>
                <w:sz w:val="24"/>
                <w:szCs w:val="24"/>
              </w:rPr>
              <w:t>and all staff</w:t>
            </w:r>
          </w:p>
        </w:tc>
        <w:tc>
          <w:tcPr>
            <w:tcW w:w="2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419D98C" w14:textId="77777777" w:rsidR="006D6666" w:rsidRPr="00271C5A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271C5A">
              <w:rPr>
                <w:sz w:val="24"/>
                <w:szCs w:val="24"/>
              </w:rPr>
              <w:t>Induction, refreshers and ongoing communication.</w:t>
            </w:r>
          </w:p>
        </w:tc>
        <w:tc>
          <w:tcPr>
            <w:tcW w:w="32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57D9B66" w14:textId="77777777" w:rsidR="002B20EC" w:rsidRDefault="00DB254A" w:rsidP="00DB254A">
            <w:pPr>
              <w:pStyle w:val="ListParagraph"/>
              <w:numPr>
                <w:ilvl w:val="0"/>
                <w:numId w:val="18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Training records</w:t>
            </w:r>
          </w:p>
          <w:p w14:paraId="7A191963" w14:textId="77777777" w:rsidR="002B20EC" w:rsidRDefault="002B20EC" w:rsidP="00DB254A">
            <w:pPr>
              <w:pStyle w:val="ListParagraph"/>
              <w:numPr>
                <w:ilvl w:val="0"/>
                <w:numId w:val="18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DB254A" w:rsidRPr="002B20EC">
              <w:rPr>
                <w:sz w:val="24"/>
                <w:szCs w:val="24"/>
              </w:rPr>
              <w:t>taff confidence</w:t>
            </w:r>
          </w:p>
          <w:p w14:paraId="59A022CF" w14:textId="77777777" w:rsidR="002B20EC" w:rsidRDefault="002B20EC" w:rsidP="00DB254A">
            <w:pPr>
              <w:pStyle w:val="ListParagraph"/>
              <w:numPr>
                <w:ilvl w:val="0"/>
                <w:numId w:val="18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2B20EC">
              <w:rPr>
                <w:sz w:val="24"/>
                <w:szCs w:val="24"/>
              </w:rPr>
              <w:t>eports followed up</w:t>
            </w:r>
          </w:p>
          <w:p w14:paraId="5EBB994A" w14:textId="1416A0A0" w:rsidR="006D6666" w:rsidRPr="002B20EC" w:rsidRDefault="002B20EC" w:rsidP="00DB254A">
            <w:pPr>
              <w:pStyle w:val="ListParagraph"/>
              <w:numPr>
                <w:ilvl w:val="0"/>
                <w:numId w:val="18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DB254A" w:rsidRPr="002B20EC">
              <w:rPr>
                <w:sz w:val="24"/>
                <w:szCs w:val="24"/>
              </w:rPr>
              <w:t>amily feedback</w:t>
            </w:r>
          </w:p>
        </w:tc>
      </w:tr>
    </w:tbl>
    <w:p w14:paraId="224298AA" w14:textId="77777777" w:rsidR="00DB254A" w:rsidRDefault="00DB254A" w:rsidP="00DB254A"/>
    <w:p w14:paraId="1E371D09" w14:textId="77777777" w:rsidR="00DB254A" w:rsidRDefault="00DB254A" w:rsidP="00DB254A"/>
    <w:p w14:paraId="14EAED55" w14:textId="77777777" w:rsidR="00DB254A" w:rsidRDefault="00DB254A" w:rsidP="00DB254A"/>
    <w:p w14:paraId="6D2859EA" w14:textId="77777777" w:rsidR="00DB254A" w:rsidRDefault="00DB254A" w:rsidP="00DB254A"/>
    <w:p w14:paraId="00F01456" w14:textId="77777777" w:rsidR="00DB254A" w:rsidRDefault="00DB254A" w:rsidP="00DB254A"/>
    <w:p w14:paraId="2851A721" w14:textId="77777777" w:rsidR="00DB254A" w:rsidRDefault="00DB254A" w:rsidP="00DB254A"/>
    <w:p w14:paraId="1B53C579" w14:textId="77777777" w:rsidR="00DB254A" w:rsidRDefault="00DB254A" w:rsidP="00DB254A"/>
    <w:p w14:paraId="554A3246" w14:textId="77777777" w:rsidR="00DB254A" w:rsidRDefault="00DB254A" w:rsidP="00DB254A"/>
    <w:p w14:paraId="77AC6E75" w14:textId="77777777" w:rsidR="00DB254A" w:rsidRDefault="00DB254A" w:rsidP="00DB254A"/>
    <w:p w14:paraId="51080E85" w14:textId="77777777" w:rsidR="00DB254A" w:rsidRDefault="00DB254A" w:rsidP="00DB254A"/>
    <w:p w14:paraId="167E112B" w14:textId="77777777" w:rsidR="00DB254A" w:rsidRDefault="00DB254A" w:rsidP="00DB254A"/>
    <w:p w14:paraId="35C2FB75" w14:textId="77777777" w:rsidR="00DB254A" w:rsidRDefault="00DB254A" w:rsidP="00DB254A"/>
    <w:p w14:paraId="660A2F28" w14:textId="77777777" w:rsidR="00DB254A" w:rsidRDefault="00DB254A" w:rsidP="00DB254A"/>
    <w:p w14:paraId="199CCF47" w14:textId="1435910C" w:rsidR="006D6666" w:rsidRPr="00DB254A" w:rsidRDefault="00DB254A" w:rsidP="00DB254A">
      <w:pPr>
        <w:rPr>
          <w:b/>
          <w:bCs/>
          <w:sz w:val="48"/>
          <w:szCs w:val="48"/>
        </w:rPr>
      </w:pPr>
      <w:r w:rsidRPr="00DB254A">
        <w:rPr>
          <w:b/>
          <w:bCs/>
          <w:sz w:val="48"/>
          <w:szCs w:val="48"/>
        </w:rPr>
        <w:lastRenderedPageBreak/>
        <w:t>Targeted school provision</w:t>
      </w:r>
    </w:p>
    <w:tbl>
      <w:tblPr>
        <w:tblW w:w="15545" w:type="dxa"/>
        <w:tblLayout w:type="fixed"/>
        <w:tblLook w:val="04A0" w:firstRow="1" w:lastRow="0" w:firstColumn="1" w:lastColumn="0" w:noHBand="0" w:noVBand="1"/>
      </w:tblPr>
      <w:tblGrid>
        <w:gridCol w:w="1985"/>
        <w:gridCol w:w="4720"/>
        <w:gridCol w:w="2649"/>
        <w:gridCol w:w="1960"/>
        <w:gridCol w:w="4231"/>
      </w:tblGrid>
      <w:tr w:rsidR="00C23E3E" w14:paraId="510822C4" w14:textId="77777777" w:rsidTr="00DB254A">
        <w:trPr>
          <w:cantSplit/>
          <w:trHeight w:val="1011"/>
          <w:tblHeader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2FC88D91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P</w:t>
            </w:r>
            <w:r w:rsidRPr="00DB254A">
              <w:rPr>
                <w:b/>
                <w:sz w:val="28"/>
                <w:szCs w:val="28"/>
              </w:rPr>
              <w:t>rovision</w:t>
            </w:r>
          </w:p>
        </w:tc>
        <w:tc>
          <w:tcPr>
            <w:tcW w:w="4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3BEBC50C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Need and support</w:t>
            </w:r>
          </w:p>
        </w:tc>
        <w:tc>
          <w:tcPr>
            <w:tcW w:w="26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5EF3413D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Lead or delivery</w:t>
            </w:r>
          </w:p>
        </w:tc>
        <w:tc>
          <w:tcPr>
            <w:tcW w:w="1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351A9FDF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Suggested delivery</w:t>
            </w:r>
          </w:p>
        </w:tc>
        <w:tc>
          <w:tcPr>
            <w:tcW w:w="4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5973F844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Review evidenc</w:t>
            </w:r>
            <w:r w:rsidRPr="00DB254A">
              <w:rPr>
                <w:b/>
                <w:sz w:val="28"/>
                <w:szCs w:val="28"/>
              </w:rPr>
              <w:t>e</w:t>
            </w:r>
          </w:p>
        </w:tc>
      </w:tr>
      <w:tr w:rsidR="00C23E3E" w14:paraId="59249848" w14:textId="77777777" w:rsidTr="00DB254A">
        <w:trPr>
          <w:cantSplit/>
          <w:trHeight w:val="2151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02A9FC8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Tutor support</w:t>
            </w:r>
          </w:p>
        </w:tc>
        <w:tc>
          <w:tcPr>
            <w:tcW w:w="4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8630D50" w14:textId="77777777" w:rsidR="005D3AD7" w:rsidRDefault="00DB254A" w:rsidP="00DB254A">
            <w:pPr>
              <w:pStyle w:val="ListParagraph"/>
              <w:numPr>
                <w:ilvl w:val="0"/>
                <w:numId w:val="3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>Emerging worries</w:t>
            </w:r>
          </w:p>
          <w:p w14:paraId="7B5F1941" w14:textId="1F9B357E" w:rsidR="005D3AD7" w:rsidRDefault="005D3AD7" w:rsidP="00DB254A">
            <w:pPr>
              <w:pStyle w:val="ListParagraph"/>
              <w:numPr>
                <w:ilvl w:val="0"/>
                <w:numId w:val="3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DB254A" w:rsidRPr="005D3AD7">
              <w:rPr>
                <w:sz w:val="24"/>
                <w:szCs w:val="24"/>
              </w:rPr>
              <w:t xml:space="preserve">hanges in presentation </w:t>
            </w:r>
          </w:p>
          <w:p w14:paraId="17E3C155" w14:textId="1A294A37" w:rsidR="005D3AD7" w:rsidRDefault="005D3AD7" w:rsidP="00DB254A">
            <w:pPr>
              <w:pStyle w:val="ListParagraph"/>
              <w:numPr>
                <w:ilvl w:val="0"/>
                <w:numId w:val="3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DB254A" w:rsidRPr="005D3AD7">
              <w:rPr>
                <w:sz w:val="24"/>
                <w:szCs w:val="24"/>
              </w:rPr>
              <w:t>ifficulties joining in</w:t>
            </w:r>
          </w:p>
          <w:p w14:paraId="3E4088AF" w14:textId="22FF5F36" w:rsidR="006D6666" w:rsidRPr="005D3AD7" w:rsidRDefault="005D3AD7" w:rsidP="00DB254A">
            <w:pPr>
              <w:pStyle w:val="ListParagraph"/>
              <w:numPr>
                <w:ilvl w:val="0"/>
                <w:numId w:val="3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DB254A" w:rsidRPr="005D3AD7">
              <w:rPr>
                <w:sz w:val="24"/>
                <w:szCs w:val="24"/>
              </w:rPr>
              <w:t>hare concerns</w:t>
            </w:r>
          </w:p>
        </w:tc>
        <w:tc>
          <w:tcPr>
            <w:tcW w:w="26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CC870EC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F</w:t>
            </w:r>
            <w:r w:rsidRPr="00BF7DF8">
              <w:rPr>
                <w:sz w:val="24"/>
                <w:szCs w:val="24"/>
              </w:rPr>
              <w:t>orm tutor, linked to pastoral officer</w:t>
            </w:r>
          </w:p>
        </w:tc>
        <w:tc>
          <w:tcPr>
            <w:tcW w:w="1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0A0F549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Brief check ins at an agreed frequency.</w:t>
            </w:r>
          </w:p>
        </w:tc>
        <w:tc>
          <w:tcPr>
            <w:tcW w:w="4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5098031" w14:textId="77777777" w:rsidR="002B20EC" w:rsidRDefault="00DB254A" w:rsidP="00DB254A">
            <w:pPr>
              <w:pStyle w:val="ListParagraph"/>
              <w:numPr>
                <w:ilvl w:val="0"/>
                <w:numId w:val="19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Pupil view</w:t>
            </w:r>
            <w:r w:rsidRPr="002B20EC">
              <w:rPr>
                <w:sz w:val="24"/>
                <w:szCs w:val="24"/>
              </w:rPr>
              <w:t xml:space="preserve"> </w:t>
            </w:r>
          </w:p>
          <w:p w14:paraId="0AB12CCE" w14:textId="77777777" w:rsidR="002B20EC" w:rsidRDefault="002B20EC" w:rsidP="00DB254A">
            <w:pPr>
              <w:pStyle w:val="ListParagraph"/>
              <w:numPr>
                <w:ilvl w:val="0"/>
                <w:numId w:val="19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Pupil </w:t>
            </w:r>
            <w:r w:rsidR="00DB254A" w:rsidRPr="002B20EC">
              <w:rPr>
                <w:sz w:val="24"/>
                <w:szCs w:val="24"/>
              </w:rPr>
              <w:t>participation</w:t>
            </w:r>
          </w:p>
          <w:p w14:paraId="79EECC68" w14:textId="0EB24703" w:rsidR="006D6666" w:rsidRPr="002B20EC" w:rsidRDefault="002B20EC" w:rsidP="00DB254A">
            <w:pPr>
              <w:pStyle w:val="ListParagraph"/>
              <w:numPr>
                <w:ilvl w:val="0"/>
                <w:numId w:val="19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DB254A" w:rsidRPr="002B20EC">
              <w:rPr>
                <w:sz w:val="24"/>
                <w:szCs w:val="24"/>
              </w:rPr>
              <w:t xml:space="preserve">hether </w:t>
            </w:r>
            <w:r w:rsidR="00DB254A" w:rsidRPr="002B20EC">
              <w:rPr>
                <w:sz w:val="24"/>
                <w:szCs w:val="24"/>
              </w:rPr>
              <w:t>concerns settle, recur or worsen</w:t>
            </w:r>
          </w:p>
        </w:tc>
      </w:tr>
      <w:tr w:rsidR="00C23E3E" w14:paraId="16BC5549" w14:textId="77777777" w:rsidTr="00DB254A">
        <w:trPr>
          <w:cantSplit/>
          <w:trHeight w:val="2178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BF2EE93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Pastoral assessment and plan</w:t>
            </w:r>
          </w:p>
        </w:tc>
        <w:tc>
          <w:tcPr>
            <w:tcW w:w="4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12FF5F8" w14:textId="77777777" w:rsidR="005D3AD7" w:rsidRDefault="00DB254A" w:rsidP="00DB254A">
            <w:pPr>
              <w:pStyle w:val="ListParagraph"/>
              <w:numPr>
                <w:ilvl w:val="0"/>
                <w:numId w:val="38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 xml:space="preserve">Recurring concerns </w:t>
            </w:r>
          </w:p>
          <w:p w14:paraId="5F1F0E1B" w14:textId="02E78AFF" w:rsidR="005D3AD7" w:rsidRDefault="005D3AD7" w:rsidP="00DB254A">
            <w:pPr>
              <w:pStyle w:val="ListParagraph"/>
              <w:numPr>
                <w:ilvl w:val="0"/>
                <w:numId w:val="38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DB254A" w:rsidRPr="005D3AD7">
              <w:rPr>
                <w:sz w:val="24"/>
                <w:szCs w:val="24"/>
              </w:rPr>
              <w:t>eeds spanning lessons,</w:t>
            </w:r>
            <w:r>
              <w:rPr>
                <w:sz w:val="24"/>
                <w:szCs w:val="24"/>
              </w:rPr>
              <w:t xml:space="preserve"> </w:t>
            </w:r>
            <w:r w:rsidR="00DB254A" w:rsidRPr="005D3AD7">
              <w:rPr>
                <w:sz w:val="24"/>
                <w:szCs w:val="24"/>
              </w:rPr>
              <w:t>friendships or home</w:t>
            </w:r>
          </w:p>
          <w:p w14:paraId="61B7773C" w14:textId="008F85B6" w:rsidR="006D6666" w:rsidRPr="005D3AD7" w:rsidRDefault="00DB254A" w:rsidP="00DB254A">
            <w:pPr>
              <w:pStyle w:val="ListParagraph"/>
              <w:numPr>
                <w:ilvl w:val="0"/>
                <w:numId w:val="38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>Gather views and agree goals</w:t>
            </w:r>
            <w:r w:rsidR="005D3AD7">
              <w:rPr>
                <w:sz w:val="24"/>
                <w:szCs w:val="24"/>
              </w:rPr>
              <w:t xml:space="preserve"> and </w:t>
            </w:r>
            <w:r w:rsidRPr="005D3AD7">
              <w:rPr>
                <w:sz w:val="24"/>
                <w:szCs w:val="24"/>
              </w:rPr>
              <w:t>suppor</w:t>
            </w:r>
            <w:r w:rsidR="005D3AD7">
              <w:rPr>
                <w:sz w:val="24"/>
                <w:szCs w:val="24"/>
              </w:rPr>
              <w:t>t</w:t>
            </w:r>
          </w:p>
        </w:tc>
        <w:tc>
          <w:tcPr>
            <w:tcW w:w="26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5666201F" w14:textId="5B393C48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P</w:t>
            </w:r>
            <w:r w:rsidRPr="00BF7DF8">
              <w:rPr>
                <w:sz w:val="24"/>
                <w:szCs w:val="24"/>
              </w:rPr>
              <w:t xml:space="preserve">astoral </w:t>
            </w:r>
            <w:r w:rsidR="00BF7DF8">
              <w:rPr>
                <w:sz w:val="24"/>
                <w:szCs w:val="24"/>
              </w:rPr>
              <w:t xml:space="preserve">team </w:t>
            </w:r>
            <w:r w:rsidRPr="00BF7DF8">
              <w:rPr>
                <w:sz w:val="24"/>
                <w:szCs w:val="24"/>
              </w:rPr>
              <w:t>and family</w:t>
            </w:r>
          </w:p>
        </w:tc>
        <w:tc>
          <w:tcPr>
            <w:tcW w:w="1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26EB319C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 xml:space="preserve">Initial assessment and </w:t>
            </w:r>
            <w:r w:rsidRPr="00BF7DF8">
              <w:rPr>
                <w:sz w:val="24"/>
                <w:szCs w:val="24"/>
              </w:rPr>
              <w:t>planned follow up.</w:t>
            </w:r>
          </w:p>
        </w:tc>
        <w:tc>
          <w:tcPr>
            <w:tcW w:w="4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79F89647" w14:textId="77777777" w:rsidR="002B20EC" w:rsidRDefault="00DB254A" w:rsidP="00DB254A">
            <w:pPr>
              <w:pStyle w:val="ListParagraph"/>
              <w:numPr>
                <w:ilvl w:val="0"/>
                <w:numId w:val="20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Recorded goals</w:t>
            </w:r>
          </w:p>
          <w:p w14:paraId="50F842EE" w14:textId="77777777" w:rsidR="002B20EC" w:rsidRDefault="002B20EC" w:rsidP="00DB254A">
            <w:pPr>
              <w:pStyle w:val="ListParagraph"/>
              <w:numPr>
                <w:ilvl w:val="0"/>
                <w:numId w:val="20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 a</w:t>
            </w:r>
            <w:r w:rsidR="00DB254A" w:rsidRPr="002B20EC">
              <w:rPr>
                <w:sz w:val="24"/>
                <w:szCs w:val="24"/>
              </w:rPr>
              <w:t xml:space="preserve">ctions </w:t>
            </w:r>
          </w:p>
          <w:p w14:paraId="27DAFA2D" w14:textId="5365BA4D" w:rsidR="006D6666" w:rsidRPr="002B20EC" w:rsidRDefault="002B20EC" w:rsidP="00DB254A">
            <w:pPr>
              <w:pStyle w:val="ListParagraph"/>
              <w:numPr>
                <w:ilvl w:val="0"/>
                <w:numId w:val="20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2B20EC">
              <w:rPr>
                <w:sz w:val="24"/>
                <w:szCs w:val="24"/>
              </w:rPr>
              <w:t>upil and parent feedback</w:t>
            </w:r>
          </w:p>
        </w:tc>
      </w:tr>
      <w:tr w:rsidR="00C23E3E" w14:paraId="41D2FBD7" w14:textId="77777777" w:rsidTr="00DB254A">
        <w:trPr>
          <w:cantSplit/>
          <w:trHeight w:val="1580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2208931" w14:textId="18DE9C9F" w:rsidR="006D6666" w:rsidRPr="00BF7DF8" w:rsidRDefault="00BF7DF8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In-school Intervention</w:t>
            </w:r>
          </w:p>
        </w:tc>
        <w:tc>
          <w:tcPr>
            <w:tcW w:w="4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53BF511" w14:textId="297C5CC3" w:rsidR="006D6666" w:rsidRPr="005D3AD7" w:rsidRDefault="00DB254A" w:rsidP="00DB254A">
            <w:pPr>
              <w:pStyle w:val="ListParagraph"/>
              <w:numPr>
                <w:ilvl w:val="0"/>
                <w:numId w:val="39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 xml:space="preserve">Suitable identified needs requiring a planned school intervention, subject to </w:t>
            </w:r>
            <w:r w:rsidRPr="005D3AD7">
              <w:rPr>
                <w:sz w:val="24"/>
                <w:szCs w:val="24"/>
              </w:rPr>
              <w:t>staff and availability</w:t>
            </w:r>
          </w:p>
        </w:tc>
        <w:tc>
          <w:tcPr>
            <w:tcW w:w="26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83565F8" w14:textId="3DF6D8E3" w:rsidR="006D6666" w:rsidRPr="00BF7DF8" w:rsidRDefault="00BF7DF8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Specialised TAs</w:t>
            </w:r>
            <w:r w:rsidR="00DB254A" w:rsidRPr="00BF7DF8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Pastoral Team</w:t>
            </w:r>
          </w:p>
        </w:tc>
        <w:tc>
          <w:tcPr>
            <w:tcW w:w="1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39597F0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Agreed intervention programme.</w:t>
            </w:r>
          </w:p>
        </w:tc>
        <w:tc>
          <w:tcPr>
            <w:tcW w:w="4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8414AA4" w14:textId="77777777" w:rsidR="002B20EC" w:rsidRDefault="00DB254A" w:rsidP="00DB254A">
            <w:pPr>
              <w:pStyle w:val="ListParagraph"/>
              <w:numPr>
                <w:ilvl w:val="0"/>
                <w:numId w:val="21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Goals</w:t>
            </w:r>
          </w:p>
          <w:p w14:paraId="76B66584" w14:textId="1CED3120" w:rsidR="002B20EC" w:rsidRDefault="002B20EC" w:rsidP="00DB254A">
            <w:pPr>
              <w:pStyle w:val="ListParagraph"/>
              <w:numPr>
                <w:ilvl w:val="0"/>
                <w:numId w:val="2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DB254A" w:rsidRPr="002B20EC">
              <w:rPr>
                <w:sz w:val="24"/>
                <w:szCs w:val="24"/>
              </w:rPr>
              <w:t>ession review</w:t>
            </w:r>
          </w:p>
          <w:p w14:paraId="2B91A64B" w14:textId="6BD9712D" w:rsidR="002B20EC" w:rsidRDefault="002B20EC" w:rsidP="00DB254A">
            <w:pPr>
              <w:pStyle w:val="ListParagraph"/>
              <w:numPr>
                <w:ilvl w:val="0"/>
                <w:numId w:val="2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2B20EC">
              <w:rPr>
                <w:sz w:val="24"/>
                <w:szCs w:val="24"/>
              </w:rPr>
              <w:t>upil feedback</w:t>
            </w:r>
          </w:p>
          <w:p w14:paraId="3CF2988C" w14:textId="4CFF8475" w:rsidR="006D6666" w:rsidRPr="002B20EC" w:rsidRDefault="002B20EC" w:rsidP="00DB254A">
            <w:pPr>
              <w:pStyle w:val="ListParagraph"/>
              <w:numPr>
                <w:ilvl w:val="0"/>
                <w:numId w:val="2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DB254A" w:rsidRPr="002B20EC">
              <w:rPr>
                <w:sz w:val="24"/>
                <w:szCs w:val="24"/>
              </w:rPr>
              <w:t>se of strategies beyond sessions</w:t>
            </w:r>
          </w:p>
        </w:tc>
      </w:tr>
      <w:tr w:rsidR="00C23E3E" w14:paraId="238892B7" w14:textId="77777777" w:rsidTr="00DB254A">
        <w:trPr>
          <w:cantSplit/>
          <w:trHeight w:val="2178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56143DCC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lastRenderedPageBreak/>
              <w:t>Social skills and inclusion support</w:t>
            </w:r>
          </w:p>
        </w:tc>
        <w:tc>
          <w:tcPr>
            <w:tcW w:w="4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535C24A8" w14:textId="72365589" w:rsidR="005D3AD7" w:rsidRDefault="00DB254A" w:rsidP="00DB254A">
            <w:pPr>
              <w:pStyle w:val="ListParagraph"/>
              <w:numPr>
                <w:ilvl w:val="0"/>
                <w:numId w:val="40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>Difficulty with friendships, communication or participation.</w:t>
            </w:r>
          </w:p>
          <w:p w14:paraId="61939B04" w14:textId="10F716E7" w:rsidR="006D6666" w:rsidRPr="005D3AD7" w:rsidRDefault="00DB254A" w:rsidP="00DB254A">
            <w:pPr>
              <w:pStyle w:val="ListParagraph"/>
              <w:numPr>
                <w:ilvl w:val="0"/>
                <w:numId w:val="40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 xml:space="preserve">Teach and rehearse relevant skills </w:t>
            </w:r>
            <w:r w:rsidRPr="005D3AD7">
              <w:rPr>
                <w:sz w:val="24"/>
                <w:szCs w:val="24"/>
              </w:rPr>
              <w:t>with adaptations</w:t>
            </w:r>
          </w:p>
        </w:tc>
        <w:tc>
          <w:tcPr>
            <w:tcW w:w="26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76AED579" w14:textId="74BE8C2B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P</w:t>
            </w:r>
            <w:r w:rsidRPr="00BF7DF8">
              <w:rPr>
                <w:sz w:val="24"/>
                <w:szCs w:val="24"/>
              </w:rPr>
              <w:t xml:space="preserve">astoral </w:t>
            </w:r>
            <w:r w:rsidR="00BF7DF8">
              <w:rPr>
                <w:sz w:val="24"/>
                <w:szCs w:val="24"/>
              </w:rPr>
              <w:t>team</w:t>
            </w:r>
            <w:r w:rsidRPr="00BF7DF8">
              <w:rPr>
                <w:sz w:val="24"/>
                <w:szCs w:val="24"/>
              </w:rPr>
              <w:t>; SENCO where appropriate</w:t>
            </w:r>
            <w:r w:rsidR="00BF7DF8">
              <w:rPr>
                <w:sz w:val="24"/>
                <w:szCs w:val="24"/>
              </w:rPr>
              <w:t>; Specialised TAs</w:t>
            </w:r>
          </w:p>
        </w:tc>
        <w:tc>
          <w:tcPr>
            <w:tcW w:w="1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2C4067D0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Individual or small group work matched to need.</w:t>
            </w:r>
          </w:p>
        </w:tc>
        <w:tc>
          <w:tcPr>
            <w:tcW w:w="4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AE9C995" w14:textId="77777777" w:rsidR="002B20EC" w:rsidRDefault="00DB254A" w:rsidP="00DB254A">
            <w:pPr>
              <w:pStyle w:val="ListParagraph"/>
              <w:numPr>
                <w:ilvl w:val="0"/>
                <w:numId w:val="22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Engagement</w:t>
            </w:r>
          </w:p>
          <w:p w14:paraId="50DC309E" w14:textId="44768609" w:rsidR="002B20EC" w:rsidRDefault="002B20EC" w:rsidP="00DB254A">
            <w:pPr>
              <w:pStyle w:val="ListParagraph"/>
              <w:numPr>
                <w:ilvl w:val="0"/>
                <w:numId w:val="2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2B20EC">
              <w:rPr>
                <w:sz w:val="24"/>
                <w:szCs w:val="24"/>
              </w:rPr>
              <w:t>upil experience</w:t>
            </w:r>
          </w:p>
          <w:p w14:paraId="6C83A1A4" w14:textId="4430BEB8" w:rsidR="002B20EC" w:rsidRDefault="002B20EC" w:rsidP="00DB254A">
            <w:pPr>
              <w:pStyle w:val="ListParagraph"/>
              <w:numPr>
                <w:ilvl w:val="0"/>
                <w:numId w:val="2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DB254A" w:rsidRPr="002B20EC">
              <w:rPr>
                <w:sz w:val="24"/>
                <w:szCs w:val="24"/>
              </w:rPr>
              <w:t>ocial participation</w:t>
            </w:r>
          </w:p>
          <w:p w14:paraId="3DDB5CEC" w14:textId="0BDC9148" w:rsidR="006D6666" w:rsidRPr="002B20EC" w:rsidRDefault="002B20EC" w:rsidP="00DB254A">
            <w:pPr>
              <w:pStyle w:val="ListParagraph"/>
              <w:numPr>
                <w:ilvl w:val="0"/>
                <w:numId w:val="2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DB254A" w:rsidRPr="002B20EC">
              <w:rPr>
                <w:sz w:val="24"/>
                <w:szCs w:val="24"/>
              </w:rPr>
              <w:t>ransfer of skills</w:t>
            </w:r>
          </w:p>
        </w:tc>
      </w:tr>
      <w:tr w:rsidR="00C23E3E" w14:paraId="1B348EDA" w14:textId="77777777" w:rsidTr="00DB254A">
        <w:trPr>
          <w:cantSplit/>
          <w:trHeight w:val="2151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9714D2C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Regulation and behaviour support</w:t>
            </w:r>
          </w:p>
        </w:tc>
        <w:tc>
          <w:tcPr>
            <w:tcW w:w="4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B45A912" w14:textId="77777777" w:rsidR="005D3AD7" w:rsidRDefault="00DB254A" w:rsidP="00DB254A">
            <w:pPr>
              <w:pStyle w:val="ListParagraph"/>
              <w:numPr>
                <w:ilvl w:val="0"/>
                <w:numId w:val="41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 xml:space="preserve">Difficulty managing </w:t>
            </w:r>
            <w:r w:rsidRPr="005D3AD7">
              <w:rPr>
                <w:sz w:val="24"/>
                <w:szCs w:val="24"/>
              </w:rPr>
              <w:t>emotions or demands</w:t>
            </w:r>
          </w:p>
          <w:p w14:paraId="34DE3A75" w14:textId="77777777" w:rsidR="005D3AD7" w:rsidRDefault="00DB254A" w:rsidP="00DB254A">
            <w:pPr>
              <w:pStyle w:val="ListParagraph"/>
              <w:numPr>
                <w:ilvl w:val="0"/>
                <w:numId w:val="41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>Agree triggers</w:t>
            </w:r>
          </w:p>
          <w:p w14:paraId="0A1E20BB" w14:textId="77777777" w:rsidR="005D3AD7" w:rsidRDefault="00DB254A" w:rsidP="00DB254A">
            <w:pPr>
              <w:pStyle w:val="ListParagraph"/>
              <w:numPr>
                <w:ilvl w:val="0"/>
                <w:numId w:val="41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5D3AD7">
              <w:rPr>
                <w:sz w:val="24"/>
                <w:szCs w:val="24"/>
              </w:rPr>
              <w:t>supportive responses</w:t>
            </w:r>
          </w:p>
          <w:p w14:paraId="1AAA70E5" w14:textId="2BF6B2B8" w:rsidR="006D6666" w:rsidRPr="005D3AD7" w:rsidRDefault="005D3AD7" w:rsidP="00DB254A">
            <w:pPr>
              <w:pStyle w:val="ListParagraph"/>
              <w:numPr>
                <w:ilvl w:val="0"/>
                <w:numId w:val="41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B254A" w:rsidRPr="005D3AD7">
              <w:rPr>
                <w:sz w:val="24"/>
                <w:szCs w:val="24"/>
              </w:rPr>
              <w:t>djustments and strategies</w:t>
            </w:r>
          </w:p>
        </w:tc>
        <w:tc>
          <w:tcPr>
            <w:tcW w:w="26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7B9C7DA" w14:textId="58A2604D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P</w:t>
            </w:r>
            <w:r w:rsidRPr="00BF7DF8">
              <w:rPr>
                <w:sz w:val="24"/>
                <w:szCs w:val="24"/>
              </w:rPr>
              <w:t>astoral team,</w:t>
            </w:r>
            <w:r w:rsidR="002B20EC">
              <w:rPr>
                <w:sz w:val="24"/>
                <w:szCs w:val="24"/>
              </w:rPr>
              <w:t xml:space="preserve"> SLT,</w:t>
            </w:r>
            <w:r w:rsidRPr="00BF7DF8">
              <w:rPr>
                <w:sz w:val="24"/>
                <w:szCs w:val="24"/>
              </w:rPr>
              <w:t xml:space="preserve"> teachers and SENCO as appropriate</w:t>
            </w:r>
          </w:p>
        </w:tc>
        <w:tc>
          <w:tcPr>
            <w:tcW w:w="1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D34B4AF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Individual plan used consistently across school.</w:t>
            </w:r>
          </w:p>
        </w:tc>
        <w:tc>
          <w:tcPr>
            <w:tcW w:w="4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34FC564" w14:textId="77777777" w:rsidR="002B20EC" w:rsidRDefault="00DB254A" w:rsidP="00DB254A">
            <w:pPr>
              <w:pStyle w:val="ListParagraph"/>
              <w:numPr>
                <w:ilvl w:val="0"/>
                <w:numId w:val="23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Access to learning</w:t>
            </w:r>
          </w:p>
          <w:p w14:paraId="6FBD0392" w14:textId="0DCDECEC" w:rsidR="002B20EC" w:rsidRDefault="002B20EC" w:rsidP="00DB254A">
            <w:pPr>
              <w:pStyle w:val="ListParagraph"/>
              <w:numPr>
                <w:ilvl w:val="0"/>
                <w:numId w:val="2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B254A" w:rsidRPr="002B20EC">
              <w:rPr>
                <w:sz w:val="24"/>
                <w:szCs w:val="24"/>
              </w:rPr>
              <w:t>egulation and recovery</w:t>
            </w:r>
          </w:p>
          <w:p w14:paraId="7A048A24" w14:textId="1023A07B" w:rsidR="006D6666" w:rsidRPr="002B20EC" w:rsidRDefault="002B20EC" w:rsidP="00DB254A">
            <w:pPr>
              <w:pStyle w:val="ListParagraph"/>
              <w:numPr>
                <w:ilvl w:val="0"/>
                <w:numId w:val="2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2B20EC">
              <w:rPr>
                <w:sz w:val="24"/>
                <w:szCs w:val="24"/>
              </w:rPr>
              <w:t>upil and family views</w:t>
            </w:r>
          </w:p>
        </w:tc>
      </w:tr>
      <w:tr w:rsidR="00C23E3E" w14:paraId="39768DE1" w14:textId="77777777" w:rsidTr="00DB254A">
        <w:trPr>
          <w:cantSplit/>
          <w:trHeight w:val="2151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4A58F9C4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Attendance and transition support</w:t>
            </w:r>
          </w:p>
        </w:tc>
        <w:tc>
          <w:tcPr>
            <w:tcW w:w="4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0293A97" w14:textId="77777777" w:rsidR="002C305F" w:rsidRDefault="00DB254A" w:rsidP="00DB254A">
            <w:pPr>
              <w:pStyle w:val="ListParagraph"/>
              <w:numPr>
                <w:ilvl w:val="0"/>
                <w:numId w:val="42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C305F">
              <w:rPr>
                <w:sz w:val="24"/>
                <w:szCs w:val="24"/>
              </w:rPr>
              <w:t>Wellbeing barriers to attendance or change</w:t>
            </w:r>
          </w:p>
          <w:p w14:paraId="55C5418C" w14:textId="77777777" w:rsidR="002C305F" w:rsidRDefault="00DB254A" w:rsidP="00DB254A">
            <w:pPr>
              <w:pStyle w:val="ListParagraph"/>
              <w:numPr>
                <w:ilvl w:val="0"/>
                <w:numId w:val="42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C305F">
              <w:rPr>
                <w:sz w:val="24"/>
                <w:szCs w:val="24"/>
              </w:rPr>
              <w:t xml:space="preserve">Understand the pupil’s experience </w:t>
            </w:r>
          </w:p>
          <w:p w14:paraId="5272B35C" w14:textId="777E26E4" w:rsidR="006D6666" w:rsidRPr="002C305F" w:rsidRDefault="002C305F" w:rsidP="00DB254A">
            <w:pPr>
              <w:pStyle w:val="ListParagraph"/>
              <w:numPr>
                <w:ilvl w:val="0"/>
                <w:numId w:val="42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B254A" w:rsidRPr="002C305F">
              <w:rPr>
                <w:sz w:val="24"/>
                <w:szCs w:val="24"/>
              </w:rPr>
              <w:t>gree practical support.</w:t>
            </w:r>
          </w:p>
        </w:tc>
        <w:tc>
          <w:tcPr>
            <w:tcW w:w="26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557C47D" w14:textId="1FD7483C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A</w:t>
            </w:r>
            <w:r w:rsidRPr="00BF7DF8">
              <w:rPr>
                <w:sz w:val="24"/>
                <w:szCs w:val="24"/>
              </w:rPr>
              <w:t>ttendance and pastoral leads; tutor</w:t>
            </w:r>
            <w:r w:rsidR="002B20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319B0BF" w14:textId="513ED9D8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Agreed plan, contact and review points</w:t>
            </w:r>
            <w:r w:rsidR="002B20EC">
              <w:rPr>
                <w:sz w:val="24"/>
                <w:szCs w:val="24"/>
              </w:rPr>
              <w:t xml:space="preserve"> (late ladder)</w:t>
            </w:r>
          </w:p>
        </w:tc>
        <w:tc>
          <w:tcPr>
            <w:tcW w:w="4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6A5DF02" w14:textId="77777777" w:rsidR="002B20EC" w:rsidRDefault="00DB254A" w:rsidP="00DB254A">
            <w:pPr>
              <w:pStyle w:val="ListParagraph"/>
              <w:numPr>
                <w:ilvl w:val="0"/>
                <w:numId w:val="24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 xml:space="preserve">Attendance </w:t>
            </w:r>
          </w:p>
          <w:p w14:paraId="27A7162A" w14:textId="1A7BE07E" w:rsidR="002B20EC" w:rsidRDefault="002B20EC" w:rsidP="00DB254A">
            <w:pPr>
              <w:pStyle w:val="ListParagraph"/>
              <w:numPr>
                <w:ilvl w:val="0"/>
                <w:numId w:val="2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Puntality</w:t>
            </w:r>
          </w:p>
          <w:p w14:paraId="6B9E7836" w14:textId="5D7BAF24" w:rsidR="006D6666" w:rsidRPr="002B20EC" w:rsidRDefault="002B20EC" w:rsidP="00DB254A">
            <w:pPr>
              <w:pStyle w:val="ListParagraph"/>
              <w:numPr>
                <w:ilvl w:val="0"/>
                <w:numId w:val="2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DB254A" w:rsidRPr="002B20EC">
              <w:rPr>
                <w:sz w:val="24"/>
                <w:szCs w:val="24"/>
              </w:rPr>
              <w:t>amily feedback.</w:t>
            </w:r>
          </w:p>
        </w:tc>
      </w:tr>
      <w:tr w:rsidR="00C23E3E" w14:paraId="2C735399" w14:textId="77777777" w:rsidTr="00DB254A">
        <w:trPr>
          <w:cantSplit/>
          <w:trHeight w:val="2178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42DB7B3" w14:textId="77777777" w:rsidR="006D6666" w:rsidRPr="00BF7DF8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BF7DF8">
              <w:rPr>
                <w:sz w:val="24"/>
                <w:szCs w:val="24"/>
              </w:rPr>
              <w:t>Coordinated school review</w:t>
            </w:r>
          </w:p>
        </w:tc>
        <w:tc>
          <w:tcPr>
            <w:tcW w:w="4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EBBC5F1" w14:textId="77777777" w:rsidR="002C305F" w:rsidRDefault="00DB254A" w:rsidP="00DB254A">
            <w:pPr>
              <w:pStyle w:val="ListParagraph"/>
              <w:numPr>
                <w:ilvl w:val="0"/>
                <w:numId w:val="43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C305F">
              <w:rPr>
                <w:sz w:val="24"/>
                <w:szCs w:val="24"/>
              </w:rPr>
              <w:t>Limited progress</w:t>
            </w:r>
          </w:p>
          <w:p w14:paraId="021DE7AE" w14:textId="4677F84B" w:rsidR="002C305F" w:rsidRDefault="002C305F" w:rsidP="00DB254A">
            <w:pPr>
              <w:pStyle w:val="ListParagraph"/>
              <w:numPr>
                <w:ilvl w:val="0"/>
                <w:numId w:val="4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DB254A" w:rsidRPr="002C305F">
              <w:rPr>
                <w:sz w:val="24"/>
                <w:szCs w:val="24"/>
              </w:rPr>
              <w:t>orsening needs or complexity</w:t>
            </w:r>
          </w:p>
          <w:p w14:paraId="39DA43C3" w14:textId="77777777" w:rsidR="002C305F" w:rsidRDefault="00DB254A" w:rsidP="00DB254A">
            <w:pPr>
              <w:pStyle w:val="ListParagraph"/>
              <w:numPr>
                <w:ilvl w:val="0"/>
                <w:numId w:val="43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C305F">
              <w:rPr>
                <w:sz w:val="24"/>
                <w:szCs w:val="24"/>
              </w:rPr>
              <w:t>Review intervention, environment and access</w:t>
            </w:r>
          </w:p>
          <w:p w14:paraId="38ED0207" w14:textId="76B1D792" w:rsidR="006D6666" w:rsidRPr="002C305F" w:rsidRDefault="002C305F" w:rsidP="00DB254A">
            <w:pPr>
              <w:pStyle w:val="ListParagraph"/>
              <w:numPr>
                <w:ilvl w:val="0"/>
                <w:numId w:val="43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DB254A" w:rsidRPr="002C305F">
              <w:rPr>
                <w:sz w:val="24"/>
                <w:szCs w:val="24"/>
              </w:rPr>
              <w:t>onsider referral.</w:t>
            </w:r>
          </w:p>
        </w:tc>
        <w:tc>
          <w:tcPr>
            <w:tcW w:w="26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773A2A0" w14:textId="0B5F1E72" w:rsidR="006D6666" w:rsidRPr="00BF7DF8" w:rsidRDefault="002B20EC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Pastoral Team and SEND</w:t>
            </w:r>
            <w:r w:rsidR="002C305F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1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A32DD65" w14:textId="05966269" w:rsidR="006D6666" w:rsidRPr="00BF7DF8" w:rsidRDefault="002B20EC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DB254A" w:rsidRPr="00BF7DF8">
              <w:rPr>
                <w:sz w:val="24"/>
                <w:szCs w:val="24"/>
              </w:rPr>
              <w:t>f concerns increase.</w:t>
            </w:r>
          </w:p>
        </w:tc>
        <w:tc>
          <w:tcPr>
            <w:tcW w:w="4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C643C89" w14:textId="6775CB01" w:rsidR="006D6666" w:rsidRPr="002B20EC" w:rsidRDefault="00DB254A" w:rsidP="00DB254A">
            <w:pPr>
              <w:pStyle w:val="ListParagraph"/>
              <w:numPr>
                <w:ilvl w:val="0"/>
                <w:numId w:val="25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2B20EC">
              <w:rPr>
                <w:sz w:val="24"/>
                <w:szCs w:val="24"/>
              </w:rPr>
              <w:t>Recorded decision to continue, adapt, reduce or increase support</w:t>
            </w:r>
          </w:p>
        </w:tc>
      </w:tr>
    </w:tbl>
    <w:p w14:paraId="254BEEBB" w14:textId="73345EF0" w:rsidR="006D6666" w:rsidRPr="00DB254A" w:rsidRDefault="00DB254A" w:rsidP="00DB254A">
      <w:pPr>
        <w:rPr>
          <w:b/>
          <w:bCs/>
          <w:sz w:val="48"/>
          <w:szCs w:val="48"/>
        </w:rPr>
      </w:pPr>
      <w:r>
        <w:br w:type="page"/>
      </w:r>
      <w:r w:rsidRPr="00DB254A">
        <w:rPr>
          <w:b/>
          <w:bCs/>
          <w:sz w:val="48"/>
          <w:szCs w:val="48"/>
        </w:rPr>
        <w:lastRenderedPageBreak/>
        <w:t>Specialist support and referral routes</w:t>
      </w:r>
    </w:p>
    <w:tbl>
      <w:tblPr>
        <w:tblW w:w="15348" w:type="dxa"/>
        <w:tblLayout w:type="fixed"/>
        <w:tblLook w:val="04A0" w:firstRow="1" w:lastRow="0" w:firstColumn="1" w:lastColumn="0" w:noHBand="0" w:noVBand="1"/>
      </w:tblPr>
      <w:tblGrid>
        <w:gridCol w:w="2059"/>
        <w:gridCol w:w="3627"/>
        <w:gridCol w:w="3210"/>
        <w:gridCol w:w="2615"/>
        <w:gridCol w:w="3837"/>
      </w:tblGrid>
      <w:tr w:rsidR="00DB254A" w:rsidRPr="00C23E3E" w14:paraId="4EE976DC" w14:textId="77777777" w:rsidTr="00DB254A">
        <w:trPr>
          <w:cantSplit/>
          <w:trHeight w:val="542"/>
          <w:tblHeader/>
        </w:trPr>
        <w:tc>
          <w:tcPr>
            <w:tcW w:w="20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6D12509A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P</w:t>
            </w:r>
            <w:r w:rsidRPr="00DB254A">
              <w:rPr>
                <w:b/>
                <w:sz w:val="28"/>
                <w:szCs w:val="28"/>
              </w:rPr>
              <w:t>rovision</w:t>
            </w:r>
          </w:p>
        </w:tc>
        <w:tc>
          <w:tcPr>
            <w:tcW w:w="3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72AB0786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32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264C88F5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School coordinati</w:t>
            </w:r>
            <w:r w:rsidRPr="00DB254A">
              <w:rPr>
                <w:b/>
                <w:sz w:val="28"/>
                <w:szCs w:val="28"/>
              </w:rPr>
              <w:t>on</w:t>
            </w:r>
          </w:p>
        </w:tc>
        <w:tc>
          <w:tcPr>
            <w:tcW w:w="26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612EDA6C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Access and delivery</w:t>
            </w:r>
          </w:p>
        </w:tc>
        <w:tc>
          <w:tcPr>
            <w:tcW w:w="3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8E5"/>
            <w:vAlign w:val="center"/>
          </w:tcPr>
          <w:p w14:paraId="5D7E3CA5" w14:textId="77777777" w:rsidR="006D6666" w:rsidRPr="00DB254A" w:rsidRDefault="00DB254A">
            <w:pPr>
              <w:spacing w:before="100" w:after="100" w:line="240" w:lineRule="auto"/>
              <w:rPr>
                <w:sz w:val="28"/>
                <w:szCs w:val="28"/>
              </w:rPr>
            </w:pPr>
            <w:r w:rsidRPr="00DB254A">
              <w:rPr>
                <w:b/>
                <w:sz w:val="28"/>
                <w:szCs w:val="28"/>
              </w:rPr>
              <w:t>Evidence and follow up</w:t>
            </w:r>
          </w:p>
        </w:tc>
      </w:tr>
      <w:tr w:rsidR="00DB254A" w:rsidRPr="00C23E3E" w14:paraId="399B628E" w14:textId="77777777" w:rsidTr="00DB254A">
        <w:trPr>
          <w:cantSplit/>
          <w:trHeight w:val="1531"/>
        </w:trPr>
        <w:tc>
          <w:tcPr>
            <w:tcW w:w="20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D81A57E" w14:textId="77777777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Mental Health Support Team</w:t>
            </w:r>
          </w:p>
        </w:tc>
        <w:tc>
          <w:tcPr>
            <w:tcW w:w="3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1B6CF3B" w14:textId="548978B0" w:rsidR="006D6666" w:rsidRPr="00C23E3E" w:rsidRDefault="00DB254A" w:rsidP="00DB254A">
            <w:pPr>
              <w:pStyle w:val="ListParagraph"/>
              <w:numPr>
                <w:ilvl w:val="0"/>
                <w:numId w:val="25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Suitable mild to moderate mental health needs within the service remit</w:t>
            </w:r>
          </w:p>
        </w:tc>
        <w:tc>
          <w:tcPr>
            <w:tcW w:w="32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D38D908" w14:textId="09DB34CB" w:rsidR="006D6666" w:rsidRPr="00C23E3E" w:rsidRDefault="00C23E3E" w:rsidP="00C23E3E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Pastoral Officer</w:t>
            </w:r>
            <w:r w:rsidR="00DB254A" w:rsidRPr="00C23E3E">
              <w:rPr>
                <w:sz w:val="24"/>
                <w:szCs w:val="24"/>
              </w:rPr>
              <w:t xml:space="preserve"> with pupil and family</w:t>
            </w:r>
          </w:p>
        </w:tc>
        <w:tc>
          <w:tcPr>
            <w:tcW w:w="26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8EAF681" w14:textId="1FF59AAF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C</w:t>
            </w:r>
            <w:r w:rsidRPr="00C23E3E">
              <w:rPr>
                <w:sz w:val="24"/>
                <w:szCs w:val="24"/>
              </w:rPr>
              <w:t xml:space="preserve">onsult or refer </w:t>
            </w:r>
            <w:r w:rsidR="00C23E3E">
              <w:rPr>
                <w:sz w:val="24"/>
                <w:szCs w:val="24"/>
              </w:rPr>
              <w:t>with Julie Clarke who</w:t>
            </w:r>
            <w:r w:rsidRPr="00C23E3E">
              <w:rPr>
                <w:sz w:val="24"/>
                <w:szCs w:val="24"/>
              </w:rPr>
              <w:t xml:space="preserve"> </w:t>
            </w:r>
            <w:r w:rsidRPr="00C23E3E">
              <w:rPr>
                <w:sz w:val="24"/>
                <w:szCs w:val="24"/>
              </w:rPr>
              <w:t>determines suitability and offer</w:t>
            </w:r>
          </w:p>
        </w:tc>
        <w:tc>
          <w:tcPr>
            <w:tcW w:w="3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750408B" w14:textId="77777777" w:rsidR="00C23E3E" w:rsidRDefault="00DB254A" w:rsidP="00DB254A">
            <w:pPr>
              <w:pStyle w:val="ListParagraph"/>
              <w:numPr>
                <w:ilvl w:val="0"/>
                <w:numId w:val="25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Referral outcome</w:t>
            </w:r>
          </w:p>
          <w:p w14:paraId="0D7CC4DA" w14:textId="28208FBB" w:rsidR="00C23E3E" w:rsidRDefault="00C23E3E" w:rsidP="00DB254A">
            <w:pPr>
              <w:pStyle w:val="ListParagraph"/>
              <w:numPr>
                <w:ilvl w:val="0"/>
                <w:numId w:val="25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C23E3E">
              <w:rPr>
                <w:sz w:val="24"/>
                <w:szCs w:val="24"/>
              </w:rPr>
              <w:t xml:space="preserve">rovider feedback </w:t>
            </w:r>
          </w:p>
          <w:p w14:paraId="7EE31242" w14:textId="41C01B76" w:rsidR="006D6666" w:rsidRDefault="00C23E3E" w:rsidP="00DB254A">
            <w:pPr>
              <w:pStyle w:val="ListParagraph"/>
              <w:numPr>
                <w:ilvl w:val="0"/>
                <w:numId w:val="25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B254A" w:rsidRPr="00C23E3E">
              <w:rPr>
                <w:sz w:val="24"/>
                <w:szCs w:val="24"/>
              </w:rPr>
              <w:t>upil experience</w:t>
            </w:r>
          </w:p>
          <w:p w14:paraId="38FF6A3C" w14:textId="5D83460D" w:rsidR="00C23E3E" w:rsidRPr="00C23E3E" w:rsidRDefault="00C23E3E" w:rsidP="00DB254A">
            <w:pPr>
              <w:pStyle w:val="ListParagraph"/>
              <w:numPr>
                <w:ilvl w:val="0"/>
                <w:numId w:val="25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 feedback</w:t>
            </w:r>
          </w:p>
        </w:tc>
      </w:tr>
      <w:tr w:rsidR="00DB254A" w:rsidRPr="00C23E3E" w14:paraId="31278B8C" w14:textId="77777777" w:rsidTr="00DB254A">
        <w:trPr>
          <w:cantSplit/>
          <w:trHeight w:val="1531"/>
        </w:trPr>
        <w:tc>
          <w:tcPr>
            <w:tcW w:w="20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920A480" w14:textId="77777777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School Nurse</w:t>
            </w:r>
          </w:p>
        </w:tc>
        <w:tc>
          <w:tcPr>
            <w:tcW w:w="3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4537DD9" w14:textId="77777777" w:rsidR="006D6666" w:rsidRPr="00C23E3E" w:rsidRDefault="00DB254A" w:rsidP="00DB254A">
            <w:pPr>
              <w:pStyle w:val="ListParagraph"/>
              <w:numPr>
                <w:ilvl w:val="0"/>
                <w:numId w:val="44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Advice on health and emotional wellbeing and links to appropriate health support.</w:t>
            </w:r>
          </w:p>
        </w:tc>
        <w:tc>
          <w:tcPr>
            <w:tcW w:w="32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20F9BE9" w14:textId="3984FD14" w:rsidR="006D6666" w:rsidRPr="00C23E3E" w:rsidRDefault="00C23E3E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Pastoral Officer with pupil and family</w:t>
            </w:r>
          </w:p>
        </w:tc>
        <w:tc>
          <w:tcPr>
            <w:tcW w:w="26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0BDD2EB0" w14:textId="3DEDBDFC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Use local service arrangements, including family routes where available</w:t>
            </w:r>
          </w:p>
        </w:tc>
        <w:tc>
          <w:tcPr>
            <w:tcW w:w="3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163C3BAF" w14:textId="77777777" w:rsidR="00C23E3E" w:rsidRDefault="00DB254A" w:rsidP="00DB254A">
            <w:pPr>
              <w:pStyle w:val="ListParagraph"/>
              <w:numPr>
                <w:ilvl w:val="0"/>
                <w:numId w:val="44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Advice received</w:t>
            </w:r>
          </w:p>
          <w:p w14:paraId="0E2F979A" w14:textId="06FE83D7" w:rsidR="00C23E3E" w:rsidRDefault="00DB254A" w:rsidP="00DB254A">
            <w:pPr>
              <w:pStyle w:val="ListParagraph"/>
              <w:numPr>
                <w:ilvl w:val="0"/>
                <w:numId w:val="4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23E3E">
              <w:rPr>
                <w:sz w:val="24"/>
                <w:szCs w:val="24"/>
              </w:rPr>
              <w:t>greed actions</w:t>
            </w:r>
          </w:p>
          <w:p w14:paraId="3F54BEC6" w14:textId="65E02B1B" w:rsidR="006D6666" w:rsidRPr="00C23E3E" w:rsidRDefault="00DB254A" w:rsidP="00DB254A">
            <w:pPr>
              <w:pStyle w:val="ListParagraph"/>
              <w:numPr>
                <w:ilvl w:val="0"/>
                <w:numId w:val="44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C23E3E">
              <w:rPr>
                <w:sz w:val="24"/>
                <w:szCs w:val="24"/>
              </w:rPr>
              <w:t>ffect on health barriers and school participation</w:t>
            </w:r>
          </w:p>
        </w:tc>
      </w:tr>
      <w:tr w:rsidR="00DB254A" w:rsidRPr="00C23E3E" w14:paraId="30A0E7EA" w14:textId="77777777" w:rsidTr="00DB254A">
        <w:trPr>
          <w:cantSplit/>
          <w:trHeight w:val="1196"/>
        </w:trPr>
        <w:tc>
          <w:tcPr>
            <w:tcW w:w="20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52136A0" w14:textId="77777777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GP and children’s mental health services</w:t>
            </w:r>
          </w:p>
        </w:tc>
        <w:tc>
          <w:tcPr>
            <w:tcW w:w="3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8F6587A" w14:textId="77777777" w:rsidR="00DB254A" w:rsidRDefault="00DB254A" w:rsidP="00DB254A">
            <w:pPr>
              <w:pStyle w:val="ListParagraph"/>
              <w:numPr>
                <w:ilvl w:val="0"/>
                <w:numId w:val="45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DB254A">
              <w:rPr>
                <w:sz w:val="24"/>
                <w:szCs w:val="24"/>
              </w:rPr>
              <w:t>Health review</w:t>
            </w:r>
          </w:p>
          <w:p w14:paraId="76397DE0" w14:textId="5C2DD18E" w:rsidR="006D6666" w:rsidRPr="00DB254A" w:rsidRDefault="00DB254A" w:rsidP="00DB254A">
            <w:pPr>
              <w:pStyle w:val="ListParagraph"/>
              <w:numPr>
                <w:ilvl w:val="0"/>
                <w:numId w:val="45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DB254A">
              <w:rPr>
                <w:sz w:val="24"/>
                <w:szCs w:val="24"/>
              </w:rPr>
              <w:t xml:space="preserve">pecialist </w:t>
            </w:r>
            <w:r w:rsidRPr="00DB254A">
              <w:rPr>
                <w:sz w:val="24"/>
                <w:szCs w:val="24"/>
              </w:rPr>
              <w:t>assessment or intervention where needs warrant it</w:t>
            </w:r>
          </w:p>
        </w:tc>
        <w:tc>
          <w:tcPr>
            <w:tcW w:w="32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69EEDD8" w14:textId="4A0D10AA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M</w:t>
            </w:r>
            <w:r w:rsidRPr="00C23E3E">
              <w:rPr>
                <w:sz w:val="24"/>
                <w:szCs w:val="24"/>
              </w:rPr>
              <w:t>ental Health Lead</w:t>
            </w:r>
            <w:r>
              <w:rPr>
                <w:sz w:val="24"/>
                <w:szCs w:val="24"/>
              </w:rPr>
              <w:t xml:space="preserve"> and pastoral team</w:t>
            </w:r>
            <w:r w:rsidRPr="00C23E3E">
              <w:rPr>
                <w:sz w:val="24"/>
                <w:szCs w:val="24"/>
              </w:rPr>
              <w:t xml:space="preserve"> supports family and relevant school information</w:t>
            </w:r>
          </w:p>
        </w:tc>
        <w:tc>
          <w:tcPr>
            <w:tcW w:w="26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A17277F" w14:textId="724527DD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Follow local pathways and provider criteria</w:t>
            </w:r>
          </w:p>
        </w:tc>
        <w:tc>
          <w:tcPr>
            <w:tcW w:w="3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1C0109C" w14:textId="77777777" w:rsidR="00DB254A" w:rsidRDefault="00DB254A" w:rsidP="00DB254A">
            <w:pPr>
              <w:pStyle w:val="ListParagraph"/>
              <w:numPr>
                <w:ilvl w:val="0"/>
                <w:numId w:val="46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DB254A">
              <w:rPr>
                <w:sz w:val="24"/>
                <w:szCs w:val="24"/>
              </w:rPr>
              <w:t>Referral status</w:t>
            </w:r>
          </w:p>
          <w:p w14:paraId="4F74E1D9" w14:textId="63ED6C80" w:rsidR="00DB254A" w:rsidRDefault="00DB254A" w:rsidP="00DB254A">
            <w:pPr>
              <w:pStyle w:val="ListParagraph"/>
              <w:numPr>
                <w:ilvl w:val="0"/>
                <w:numId w:val="46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DB254A">
              <w:rPr>
                <w:sz w:val="24"/>
                <w:szCs w:val="24"/>
              </w:rPr>
              <w:t>greed recommendations</w:t>
            </w:r>
          </w:p>
          <w:p w14:paraId="15531D8A" w14:textId="0E793113" w:rsidR="006D6666" w:rsidRPr="00DB254A" w:rsidRDefault="00DB254A" w:rsidP="00DB254A">
            <w:pPr>
              <w:pStyle w:val="ListParagraph"/>
              <w:numPr>
                <w:ilvl w:val="0"/>
                <w:numId w:val="46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DB254A">
              <w:rPr>
                <w:sz w:val="24"/>
                <w:szCs w:val="24"/>
              </w:rPr>
              <w:t xml:space="preserve">ngoing school support </w:t>
            </w:r>
          </w:p>
        </w:tc>
      </w:tr>
      <w:tr w:rsidR="00DB254A" w:rsidRPr="00C23E3E" w14:paraId="0E49ABEC" w14:textId="77777777" w:rsidTr="00DB254A">
        <w:trPr>
          <w:cantSplit/>
          <w:trHeight w:val="1531"/>
        </w:trPr>
        <w:tc>
          <w:tcPr>
            <w:tcW w:w="20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27EDB900" w14:textId="77777777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 xml:space="preserve">Family </w:t>
            </w:r>
            <w:r w:rsidRPr="00C23E3E">
              <w:rPr>
                <w:sz w:val="24"/>
                <w:szCs w:val="24"/>
              </w:rPr>
              <w:t>early help and other services</w:t>
            </w:r>
          </w:p>
        </w:tc>
        <w:tc>
          <w:tcPr>
            <w:tcW w:w="3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5DF094B" w14:textId="7025C287" w:rsidR="006D6666" w:rsidRPr="00DB254A" w:rsidRDefault="00DB254A" w:rsidP="00DB254A">
            <w:pPr>
              <w:pStyle w:val="ListParagraph"/>
              <w:numPr>
                <w:ilvl w:val="0"/>
                <w:numId w:val="4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DB254A">
              <w:rPr>
                <w:sz w:val="24"/>
                <w:szCs w:val="24"/>
              </w:rPr>
              <w:t>Coordinated help where wider family circumstances affect wellbeing</w:t>
            </w:r>
          </w:p>
        </w:tc>
        <w:tc>
          <w:tcPr>
            <w:tcW w:w="32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38746959" w14:textId="6B7B01A5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P</w:t>
            </w:r>
            <w:r w:rsidRPr="00C23E3E">
              <w:rPr>
                <w:sz w:val="24"/>
                <w:szCs w:val="24"/>
              </w:rPr>
              <w:t xml:space="preserve">astoral </w:t>
            </w:r>
            <w:r>
              <w:rPr>
                <w:sz w:val="24"/>
                <w:szCs w:val="24"/>
              </w:rPr>
              <w:t>T</w:t>
            </w:r>
            <w:r w:rsidRPr="00C23E3E">
              <w:rPr>
                <w:sz w:val="24"/>
                <w:szCs w:val="24"/>
              </w:rPr>
              <w:t xml:space="preserve">eam and </w:t>
            </w:r>
            <w:r>
              <w:rPr>
                <w:sz w:val="24"/>
                <w:szCs w:val="24"/>
              </w:rPr>
              <w:t>Safeguarding Team</w:t>
            </w:r>
          </w:p>
        </w:tc>
        <w:tc>
          <w:tcPr>
            <w:tcW w:w="26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4FA52C5" w14:textId="77777777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Identify suitable services and follow local arrangements, consent and information sharing requirements.</w:t>
            </w:r>
          </w:p>
        </w:tc>
        <w:tc>
          <w:tcPr>
            <w:tcW w:w="3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5F4"/>
            <w:vAlign w:val="center"/>
          </w:tcPr>
          <w:p w14:paraId="65A7F44F" w14:textId="77777777" w:rsidR="00DB254A" w:rsidRDefault="00DB254A" w:rsidP="00DB254A">
            <w:pPr>
              <w:pStyle w:val="ListParagraph"/>
              <w:numPr>
                <w:ilvl w:val="0"/>
                <w:numId w:val="47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DB254A">
              <w:rPr>
                <w:sz w:val="24"/>
                <w:szCs w:val="24"/>
              </w:rPr>
              <w:t xml:space="preserve">Family </w:t>
            </w:r>
            <w:r w:rsidRPr="00DB254A">
              <w:rPr>
                <w:sz w:val="24"/>
                <w:szCs w:val="24"/>
              </w:rPr>
              <w:t>goals</w:t>
            </w:r>
          </w:p>
          <w:p w14:paraId="579D24C9" w14:textId="77777777" w:rsidR="00DB254A" w:rsidRDefault="00DB254A" w:rsidP="00DB254A">
            <w:pPr>
              <w:pStyle w:val="ListParagraph"/>
              <w:numPr>
                <w:ilvl w:val="0"/>
                <w:numId w:val="4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DB254A">
              <w:rPr>
                <w:sz w:val="24"/>
                <w:szCs w:val="24"/>
              </w:rPr>
              <w:t>ulti</w:t>
            </w:r>
            <w:r>
              <w:rPr>
                <w:sz w:val="24"/>
                <w:szCs w:val="24"/>
              </w:rPr>
              <w:t>-</w:t>
            </w:r>
            <w:r w:rsidRPr="00DB254A">
              <w:rPr>
                <w:sz w:val="24"/>
                <w:szCs w:val="24"/>
              </w:rPr>
              <w:t>agency actions</w:t>
            </w:r>
          </w:p>
          <w:p w14:paraId="72464ECB" w14:textId="668C3B6E" w:rsidR="006D6666" w:rsidRPr="00DB254A" w:rsidRDefault="00DB254A" w:rsidP="00DB254A">
            <w:pPr>
              <w:pStyle w:val="ListParagraph"/>
              <w:numPr>
                <w:ilvl w:val="0"/>
                <w:numId w:val="47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DB254A">
              <w:rPr>
                <w:sz w:val="24"/>
                <w:szCs w:val="24"/>
              </w:rPr>
              <w:t>ccess and wellbeing outcomes</w:t>
            </w:r>
          </w:p>
        </w:tc>
      </w:tr>
      <w:tr w:rsidR="00DB254A" w:rsidRPr="00C23E3E" w14:paraId="546CFE79" w14:textId="77777777" w:rsidTr="00DB254A">
        <w:trPr>
          <w:cantSplit/>
          <w:trHeight w:val="1531"/>
        </w:trPr>
        <w:tc>
          <w:tcPr>
            <w:tcW w:w="20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B553F0C" w14:textId="77777777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>Safeguarding and urgent response</w:t>
            </w:r>
          </w:p>
        </w:tc>
        <w:tc>
          <w:tcPr>
            <w:tcW w:w="3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0607FAF" w14:textId="1383828E" w:rsidR="006D6666" w:rsidRPr="00DB254A" w:rsidRDefault="00DB254A" w:rsidP="00DB254A">
            <w:pPr>
              <w:pStyle w:val="ListParagraph"/>
              <w:numPr>
                <w:ilvl w:val="0"/>
                <w:numId w:val="48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DB254A">
              <w:rPr>
                <w:sz w:val="24"/>
                <w:szCs w:val="24"/>
              </w:rPr>
              <w:t>Concerns about abuse, self harm, suicidal statements or immediate safet</w:t>
            </w:r>
            <w:r>
              <w:rPr>
                <w:sz w:val="24"/>
                <w:szCs w:val="24"/>
              </w:rPr>
              <w:t>y</w:t>
            </w:r>
          </w:p>
        </w:tc>
        <w:tc>
          <w:tcPr>
            <w:tcW w:w="32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10F2BA0" w14:textId="5A088281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Safeguarding Team</w:t>
            </w:r>
          </w:p>
        </w:tc>
        <w:tc>
          <w:tcPr>
            <w:tcW w:w="26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E0964CD" w14:textId="77777777" w:rsidR="006D6666" w:rsidRPr="00C23E3E" w:rsidRDefault="00DB254A">
            <w:pPr>
              <w:spacing w:before="100" w:after="100" w:line="240" w:lineRule="auto"/>
              <w:rPr>
                <w:sz w:val="24"/>
                <w:szCs w:val="24"/>
              </w:rPr>
            </w:pPr>
            <w:r w:rsidRPr="00C23E3E">
              <w:rPr>
                <w:sz w:val="24"/>
                <w:szCs w:val="24"/>
              </w:rPr>
              <w:t xml:space="preserve">Prompt safeguarding action; immediate danger </w:t>
            </w:r>
            <w:r w:rsidRPr="00C23E3E">
              <w:rPr>
                <w:sz w:val="24"/>
                <w:szCs w:val="24"/>
              </w:rPr>
              <w:t>requires emergency help. Bypass routine stages.</w:t>
            </w:r>
          </w:p>
        </w:tc>
        <w:tc>
          <w:tcPr>
            <w:tcW w:w="3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12C5AB8" w14:textId="77777777" w:rsidR="00DB254A" w:rsidRDefault="00DB254A" w:rsidP="00DB254A">
            <w:pPr>
              <w:pStyle w:val="ListParagraph"/>
              <w:numPr>
                <w:ilvl w:val="0"/>
                <w:numId w:val="48"/>
              </w:numPr>
              <w:spacing w:before="100" w:after="100" w:line="240" w:lineRule="auto"/>
              <w:rPr>
                <w:sz w:val="24"/>
                <w:szCs w:val="24"/>
              </w:rPr>
            </w:pPr>
            <w:r w:rsidRPr="00DB254A">
              <w:rPr>
                <w:sz w:val="24"/>
                <w:szCs w:val="24"/>
              </w:rPr>
              <w:t>Protective action</w:t>
            </w:r>
          </w:p>
          <w:p w14:paraId="151545B4" w14:textId="77777777" w:rsidR="00DB254A" w:rsidRDefault="00DB254A" w:rsidP="00DB254A">
            <w:pPr>
              <w:pStyle w:val="ListParagraph"/>
              <w:numPr>
                <w:ilvl w:val="0"/>
                <w:numId w:val="48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DB254A">
              <w:rPr>
                <w:sz w:val="24"/>
                <w:szCs w:val="24"/>
              </w:rPr>
              <w:t>afety planning where needed</w:t>
            </w:r>
          </w:p>
          <w:p w14:paraId="296CF7D9" w14:textId="7F0A5685" w:rsidR="006D6666" w:rsidRPr="00DB254A" w:rsidRDefault="00DB254A" w:rsidP="00DB254A">
            <w:pPr>
              <w:pStyle w:val="ListParagraph"/>
              <w:numPr>
                <w:ilvl w:val="0"/>
                <w:numId w:val="48"/>
              </w:numPr>
              <w:spacing w:before="100" w:after="1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DB254A">
              <w:rPr>
                <w:sz w:val="24"/>
                <w:szCs w:val="24"/>
              </w:rPr>
              <w:t>ppropriate professional follow up</w:t>
            </w:r>
          </w:p>
        </w:tc>
      </w:tr>
    </w:tbl>
    <w:p w14:paraId="382ED4EB" w14:textId="4AA622DA" w:rsidR="006D6666" w:rsidRDefault="006D6666"/>
    <w:sectPr w:rsidR="006D6666" w:rsidSect="00BF7DF8">
      <w:headerReference w:type="default" r:id="rId8"/>
      <w:footerReference w:type="default" r:id="rId9"/>
      <w:pgSz w:w="16834" w:h="1190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76D56" w14:textId="77777777" w:rsidR="00000000" w:rsidRDefault="00DB254A">
      <w:pPr>
        <w:spacing w:after="0" w:line="240" w:lineRule="auto"/>
      </w:pPr>
      <w:r>
        <w:separator/>
      </w:r>
    </w:p>
  </w:endnote>
  <w:endnote w:type="continuationSeparator" w:id="0">
    <w:p w14:paraId="504404E1" w14:textId="77777777" w:rsidR="00000000" w:rsidRDefault="00DB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524922"/>
      <w:docPartObj>
        <w:docPartGallery w:val="Page Numbers (Bottom of Page)"/>
        <w:docPartUnique/>
      </w:docPartObj>
    </w:sdtPr>
    <w:sdtContent>
      <w:p w14:paraId="1671B09A" w14:textId="1E09EBA5" w:rsidR="00DB254A" w:rsidRDefault="00DB254A">
        <w:pPr>
          <w:pStyle w:val="Footer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71485A2" wp14:editId="5305DC4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3" name="Flowchart: Alternate Process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5766E6" w14:textId="77777777" w:rsidR="00DB254A" w:rsidRDefault="00DB254A">
                              <w:pPr>
                                <w:pStyle w:val="Footer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71485A2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3" o:spid="_x0000_s1026" type="#_x0000_t176" style="position:absolute;margin-left:0;margin-top:0;width:40.35pt;height:34.7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" filled="f" fillcolor="#5c83b4" stroked="f" strokecolor="#737373">
                  <v:textbox>
                    <w:txbxContent>
                      <w:p w14:paraId="595766E6" w14:textId="77777777" w:rsidR="00DB254A" w:rsidRDefault="00DB254A">
                        <w:pPr>
                          <w:pStyle w:val="Footer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noProof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AFDFB" w14:textId="77777777" w:rsidR="00000000" w:rsidRDefault="00DB254A">
      <w:pPr>
        <w:spacing w:after="0" w:line="240" w:lineRule="auto"/>
      </w:pPr>
      <w:r>
        <w:separator/>
      </w:r>
    </w:p>
  </w:footnote>
  <w:footnote w:type="continuationSeparator" w:id="0">
    <w:p w14:paraId="71D6D82A" w14:textId="77777777" w:rsidR="00000000" w:rsidRDefault="00DB2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541E" w14:textId="53FCB2EE" w:rsidR="006D6666" w:rsidRDefault="00271C5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693964" wp14:editId="48848287">
          <wp:simplePos x="0" y="0"/>
          <wp:positionH relativeFrom="column">
            <wp:posOffset>6893560</wp:posOffset>
          </wp:positionH>
          <wp:positionV relativeFrom="paragraph">
            <wp:posOffset>-266700</wp:posOffset>
          </wp:positionV>
          <wp:extent cx="3079750" cy="539115"/>
          <wp:effectExtent l="0" t="0" r="6350" b="0"/>
          <wp:wrapThrough wrapText="bothSides">
            <wp:wrapPolygon edited="0">
              <wp:start x="0" y="0"/>
              <wp:lineTo x="0" y="20608"/>
              <wp:lineTo x="21511" y="20608"/>
              <wp:lineTo x="21511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70" t="21924" r="11217" b="24159"/>
                  <a:stretch/>
                </pic:blipFill>
                <pic:spPr bwMode="auto">
                  <a:xfrm>
                    <a:off x="0" y="0"/>
                    <a:ext cx="3079750" cy="5391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A86E65"/>
    <w:multiLevelType w:val="hybridMultilevel"/>
    <w:tmpl w:val="D4EAC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89101A"/>
    <w:multiLevelType w:val="hybridMultilevel"/>
    <w:tmpl w:val="E20C9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483454"/>
    <w:multiLevelType w:val="hybridMultilevel"/>
    <w:tmpl w:val="8C38C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190009"/>
    <w:multiLevelType w:val="hybridMultilevel"/>
    <w:tmpl w:val="21066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C2476"/>
    <w:multiLevelType w:val="hybridMultilevel"/>
    <w:tmpl w:val="EC52A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DB32C2"/>
    <w:multiLevelType w:val="hybridMultilevel"/>
    <w:tmpl w:val="1778D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BD7A83"/>
    <w:multiLevelType w:val="hybridMultilevel"/>
    <w:tmpl w:val="7BDAC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65D24"/>
    <w:multiLevelType w:val="hybridMultilevel"/>
    <w:tmpl w:val="E098B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8936FF"/>
    <w:multiLevelType w:val="hybridMultilevel"/>
    <w:tmpl w:val="C93A4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645EB6"/>
    <w:multiLevelType w:val="hybridMultilevel"/>
    <w:tmpl w:val="5EEA9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90533E"/>
    <w:multiLevelType w:val="hybridMultilevel"/>
    <w:tmpl w:val="95264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0906F5"/>
    <w:multiLevelType w:val="hybridMultilevel"/>
    <w:tmpl w:val="33D60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A20D34"/>
    <w:multiLevelType w:val="hybridMultilevel"/>
    <w:tmpl w:val="83943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636CA9"/>
    <w:multiLevelType w:val="hybridMultilevel"/>
    <w:tmpl w:val="C8F6F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F96F00"/>
    <w:multiLevelType w:val="hybridMultilevel"/>
    <w:tmpl w:val="59F20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0C7117"/>
    <w:multiLevelType w:val="hybridMultilevel"/>
    <w:tmpl w:val="844CC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D0625B"/>
    <w:multiLevelType w:val="hybridMultilevel"/>
    <w:tmpl w:val="6E66D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6D7D80"/>
    <w:multiLevelType w:val="hybridMultilevel"/>
    <w:tmpl w:val="D3A2A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4849"/>
    <w:multiLevelType w:val="hybridMultilevel"/>
    <w:tmpl w:val="9EE2D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F36F40"/>
    <w:multiLevelType w:val="hybridMultilevel"/>
    <w:tmpl w:val="90B03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A64667"/>
    <w:multiLevelType w:val="hybridMultilevel"/>
    <w:tmpl w:val="3D6CB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CF704E"/>
    <w:multiLevelType w:val="hybridMultilevel"/>
    <w:tmpl w:val="81FAF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1C44A5"/>
    <w:multiLevelType w:val="hybridMultilevel"/>
    <w:tmpl w:val="757A5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177524"/>
    <w:multiLevelType w:val="hybridMultilevel"/>
    <w:tmpl w:val="8856B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C75672"/>
    <w:multiLevelType w:val="hybridMultilevel"/>
    <w:tmpl w:val="2E98C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405F99"/>
    <w:multiLevelType w:val="hybridMultilevel"/>
    <w:tmpl w:val="7D021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E627F9"/>
    <w:multiLevelType w:val="hybridMultilevel"/>
    <w:tmpl w:val="58A66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2F24D7"/>
    <w:multiLevelType w:val="hybridMultilevel"/>
    <w:tmpl w:val="ED88F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131CE9"/>
    <w:multiLevelType w:val="hybridMultilevel"/>
    <w:tmpl w:val="8A1A9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B25B1"/>
    <w:multiLevelType w:val="hybridMultilevel"/>
    <w:tmpl w:val="E7462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5D1231"/>
    <w:multiLevelType w:val="hybridMultilevel"/>
    <w:tmpl w:val="09B2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510E55"/>
    <w:multiLevelType w:val="hybridMultilevel"/>
    <w:tmpl w:val="F39C2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163339"/>
    <w:multiLevelType w:val="hybridMultilevel"/>
    <w:tmpl w:val="A8E27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083FF0"/>
    <w:multiLevelType w:val="hybridMultilevel"/>
    <w:tmpl w:val="11984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51032C"/>
    <w:multiLevelType w:val="hybridMultilevel"/>
    <w:tmpl w:val="9954C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C37204"/>
    <w:multiLevelType w:val="hybridMultilevel"/>
    <w:tmpl w:val="A078A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542976"/>
    <w:multiLevelType w:val="hybridMultilevel"/>
    <w:tmpl w:val="793ED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1344BF"/>
    <w:multiLevelType w:val="hybridMultilevel"/>
    <w:tmpl w:val="3A7E4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493317"/>
    <w:multiLevelType w:val="hybridMultilevel"/>
    <w:tmpl w:val="5876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35F22"/>
    <w:multiLevelType w:val="hybridMultilevel"/>
    <w:tmpl w:val="A7922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654C8F"/>
    <w:multiLevelType w:val="hybridMultilevel"/>
    <w:tmpl w:val="88F0D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D63100"/>
    <w:multiLevelType w:val="hybridMultilevel"/>
    <w:tmpl w:val="F280D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20"/>
  </w:num>
  <w:num w:numId="8">
    <w:abstractNumId w:val="47"/>
  </w:num>
  <w:num w:numId="9">
    <w:abstractNumId w:val="23"/>
  </w:num>
  <w:num w:numId="10">
    <w:abstractNumId w:val="34"/>
  </w:num>
  <w:num w:numId="11">
    <w:abstractNumId w:val="33"/>
  </w:num>
  <w:num w:numId="12">
    <w:abstractNumId w:val="32"/>
  </w:num>
  <w:num w:numId="13">
    <w:abstractNumId w:val="45"/>
  </w:num>
  <w:num w:numId="14">
    <w:abstractNumId w:val="46"/>
  </w:num>
  <w:num w:numId="15">
    <w:abstractNumId w:val="29"/>
  </w:num>
  <w:num w:numId="16">
    <w:abstractNumId w:val="30"/>
  </w:num>
  <w:num w:numId="17">
    <w:abstractNumId w:val="8"/>
  </w:num>
  <w:num w:numId="18">
    <w:abstractNumId w:val="13"/>
  </w:num>
  <w:num w:numId="19">
    <w:abstractNumId w:val="28"/>
  </w:num>
  <w:num w:numId="20">
    <w:abstractNumId w:val="39"/>
  </w:num>
  <w:num w:numId="21">
    <w:abstractNumId w:val="6"/>
  </w:num>
  <w:num w:numId="22">
    <w:abstractNumId w:val="7"/>
  </w:num>
  <w:num w:numId="23">
    <w:abstractNumId w:val="42"/>
  </w:num>
  <w:num w:numId="24">
    <w:abstractNumId w:val="27"/>
  </w:num>
  <w:num w:numId="25">
    <w:abstractNumId w:val="44"/>
  </w:num>
  <w:num w:numId="26">
    <w:abstractNumId w:val="41"/>
  </w:num>
  <w:num w:numId="27">
    <w:abstractNumId w:val="24"/>
  </w:num>
  <w:num w:numId="28">
    <w:abstractNumId w:val="9"/>
  </w:num>
  <w:num w:numId="29">
    <w:abstractNumId w:val="10"/>
  </w:num>
  <w:num w:numId="30">
    <w:abstractNumId w:val="12"/>
  </w:num>
  <w:num w:numId="31">
    <w:abstractNumId w:val="16"/>
  </w:num>
  <w:num w:numId="32">
    <w:abstractNumId w:val="11"/>
  </w:num>
  <w:num w:numId="33">
    <w:abstractNumId w:val="21"/>
  </w:num>
  <w:num w:numId="34">
    <w:abstractNumId w:val="37"/>
  </w:num>
  <w:num w:numId="35">
    <w:abstractNumId w:val="19"/>
  </w:num>
  <w:num w:numId="36">
    <w:abstractNumId w:val="15"/>
  </w:num>
  <w:num w:numId="37">
    <w:abstractNumId w:val="36"/>
  </w:num>
  <w:num w:numId="38">
    <w:abstractNumId w:val="31"/>
  </w:num>
  <w:num w:numId="39">
    <w:abstractNumId w:val="17"/>
  </w:num>
  <w:num w:numId="40">
    <w:abstractNumId w:val="18"/>
  </w:num>
  <w:num w:numId="41">
    <w:abstractNumId w:val="25"/>
  </w:num>
  <w:num w:numId="42">
    <w:abstractNumId w:val="40"/>
  </w:num>
  <w:num w:numId="43">
    <w:abstractNumId w:val="26"/>
  </w:num>
  <w:num w:numId="44">
    <w:abstractNumId w:val="14"/>
  </w:num>
  <w:num w:numId="45">
    <w:abstractNumId w:val="43"/>
  </w:num>
  <w:num w:numId="46">
    <w:abstractNumId w:val="38"/>
  </w:num>
  <w:num w:numId="47">
    <w:abstractNumId w:val="35"/>
  </w:num>
  <w:num w:numId="48">
    <w:abstractNumId w:val="2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1C5A"/>
    <w:rsid w:val="0029639D"/>
    <w:rsid w:val="002B20EC"/>
    <w:rsid w:val="002C305F"/>
    <w:rsid w:val="00326F90"/>
    <w:rsid w:val="003C09D9"/>
    <w:rsid w:val="005D3AD7"/>
    <w:rsid w:val="006D6666"/>
    <w:rsid w:val="008D45A8"/>
    <w:rsid w:val="00AA1D8D"/>
    <w:rsid w:val="00B47730"/>
    <w:rsid w:val="00BF7DF8"/>
    <w:rsid w:val="00C23E3E"/>
    <w:rsid w:val="00CB0664"/>
    <w:rsid w:val="00DB254A"/>
    <w:rsid w:val="00E93D2F"/>
    <w:rsid w:val="00FC693F"/>
    <w:rsid w:val="00FE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A3E3CB4"/>
  <w14:defaultImageDpi w14:val="300"/>
  <w15:docId w15:val="{8EBCE2D4-C83E-43DA-8882-E8AA68D5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Stevenson</cp:lastModifiedBy>
  <cp:revision>7</cp:revision>
  <dcterms:created xsi:type="dcterms:W3CDTF">2026-10-01T20:54:00Z</dcterms:created>
  <dcterms:modified xsi:type="dcterms:W3CDTF">2026-10-01T21:31:00Z</dcterms:modified>
  <cp:category/>
</cp:coreProperties>
</file>