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5594"/>
        <w:gridCol w:w="5594"/>
      </w:tblGrid>
      <w:tr w:rsidR="00E42145" w14:paraId="69DADDA3" w14:textId="77777777">
        <w:tc>
          <w:tcPr>
            <w:tcW w:w="5594" w:type="dxa"/>
            <w:shd w:val="clear" w:color="auto" w:fill="0758A6"/>
          </w:tcPr>
          <w:p w14:paraId="1F8F9A58" w14:textId="2E7897F6" w:rsidR="00E42145" w:rsidRDefault="00E42145">
            <w:pPr>
              <w:spacing w:after="0"/>
              <w:jc w:val="center"/>
            </w:pPr>
          </w:p>
          <w:p w14:paraId="6320E03B" w14:textId="77777777" w:rsidR="00E42145" w:rsidRDefault="000318B5">
            <w:pPr>
              <w:spacing w:after="0"/>
              <w:jc w:val="center"/>
            </w:pPr>
            <w:r>
              <w:rPr>
                <w:rFonts w:ascii="Aptos" w:hAnsi="Aptos"/>
                <w:b/>
                <w:color w:val="FFFFFF"/>
                <w:sz w:val="42"/>
              </w:rPr>
              <w:t>★ OUR SCHOOL NEWS ★</w:t>
            </w:r>
            <w:r>
              <w:rPr>
                <w:rFonts w:ascii="Aptos" w:hAnsi="Aptos"/>
                <w:b/>
                <w:color w:val="FFFFFF"/>
                <w:sz w:val="42"/>
              </w:rPr>
              <w:br/>
              <w:t>St Julie's Catholic Primary School</w:t>
            </w:r>
          </w:p>
        </w:tc>
        <w:tc>
          <w:tcPr>
            <w:tcW w:w="5594" w:type="dxa"/>
            <w:shd w:val="clear" w:color="auto" w:fill="0758A6"/>
          </w:tcPr>
          <w:p w14:paraId="44E04775" w14:textId="77777777" w:rsidR="00444446" w:rsidRPr="00C94A32" w:rsidRDefault="00444446" w:rsidP="00444446">
            <w:pPr>
              <w:rPr>
                <w:color w:val="FFC000"/>
                <w:sz w:val="36"/>
                <w:szCs w:val="36"/>
              </w:rPr>
            </w:pPr>
            <w:r w:rsidRPr="00C94A32">
              <w:rPr>
                <w:color w:val="FFC000"/>
                <w:sz w:val="36"/>
                <w:szCs w:val="36"/>
              </w:rPr>
              <w:t>FRIDAY 18</w:t>
            </w:r>
            <w:r w:rsidRPr="00C94A32">
              <w:rPr>
                <w:color w:val="FFC000"/>
                <w:sz w:val="36"/>
                <w:szCs w:val="36"/>
                <w:vertAlign w:val="superscript"/>
              </w:rPr>
              <w:t>th</w:t>
            </w:r>
            <w:r w:rsidRPr="00C94A32">
              <w:rPr>
                <w:color w:val="FFC000"/>
                <w:sz w:val="36"/>
                <w:szCs w:val="36"/>
              </w:rPr>
              <w:t xml:space="preserve"> September 2026</w:t>
            </w:r>
            <w:r w:rsidRPr="00C94A32">
              <w:rPr>
                <w:color w:val="FFC000"/>
                <w:sz w:val="28"/>
                <w:szCs w:val="28"/>
              </w:rPr>
              <w:br/>
            </w:r>
            <w:r>
              <w:rPr>
                <w:color w:val="FFC000"/>
                <w:sz w:val="28"/>
                <w:szCs w:val="28"/>
              </w:rPr>
              <w:t xml:space="preserve">                 </w:t>
            </w:r>
            <w:r>
              <w:rPr>
                <w:color w:val="FFC000"/>
                <w:sz w:val="36"/>
                <w:szCs w:val="36"/>
              </w:rPr>
              <w:t xml:space="preserve">         </w:t>
            </w:r>
            <w:r>
              <w:rPr>
                <w:noProof/>
              </w:rPr>
              <w:drawing>
                <wp:inline distT="0" distB="0" distL="0" distR="0" wp14:anchorId="6B221CB5" wp14:editId="16B4375B">
                  <wp:extent cx="782320" cy="1007110"/>
                  <wp:effectExtent l="0" t="0" r="0" b="2540"/>
                  <wp:docPr id="1439311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2320" cy="1007110"/>
                          </a:xfrm>
                          <a:prstGeom prst="rect">
                            <a:avLst/>
                          </a:prstGeom>
                          <a:noFill/>
                          <a:ln>
                            <a:noFill/>
                          </a:ln>
                        </pic:spPr>
                      </pic:pic>
                    </a:graphicData>
                  </a:graphic>
                </wp:inline>
              </w:drawing>
            </w:r>
          </w:p>
          <w:p w14:paraId="7F473576" w14:textId="5A84A9F2" w:rsidR="00E42145" w:rsidRDefault="00E42145">
            <w:pPr>
              <w:spacing w:after="0"/>
              <w:jc w:val="center"/>
            </w:pPr>
          </w:p>
        </w:tc>
      </w:tr>
    </w:tbl>
    <w:p w14:paraId="0C75941A" w14:textId="77777777" w:rsidR="00E42145" w:rsidRDefault="000318B5">
      <w:pPr>
        <w:jc w:val="center"/>
      </w:pPr>
      <w:r>
        <w:rPr>
          <w:b/>
          <w:color w:val="083B70"/>
          <w:sz w:val="19"/>
        </w:rPr>
        <w:t>A caring family school where we learn, grow and walk in the footsteps of Jesus.</w:t>
      </w:r>
    </w:p>
    <w:tbl>
      <w:tblPr>
        <w:tblW w:w="0" w:type="auto"/>
        <w:jc w:val="center"/>
        <w:tblLook w:val="04A0" w:firstRow="1" w:lastRow="0" w:firstColumn="1" w:lastColumn="0" w:noHBand="0" w:noVBand="1"/>
      </w:tblPr>
      <w:tblGrid>
        <w:gridCol w:w="1597"/>
        <w:gridCol w:w="640"/>
        <w:gridCol w:w="958"/>
        <w:gridCol w:w="1280"/>
        <w:gridCol w:w="318"/>
        <w:gridCol w:w="800"/>
        <w:gridCol w:w="798"/>
        <w:gridCol w:w="322"/>
        <w:gridCol w:w="1276"/>
        <w:gridCol w:w="962"/>
        <w:gridCol w:w="636"/>
        <w:gridCol w:w="996"/>
        <w:gridCol w:w="606"/>
      </w:tblGrid>
      <w:tr w:rsidR="00E42145" w14:paraId="02A6E6D4" w14:textId="77777777">
        <w:trPr>
          <w:jc w:val="center"/>
        </w:trPr>
        <w:tc>
          <w:tcPr>
            <w:tcW w:w="11189" w:type="dxa"/>
            <w:gridSpan w:val="13"/>
            <w:shd w:val="clear" w:color="auto" w:fill="FFF6D9"/>
          </w:tcPr>
          <w:p w14:paraId="15BF73C7" w14:textId="77777777" w:rsidR="00E42145" w:rsidRDefault="000318B5">
            <w:pPr>
              <w:spacing w:after="0"/>
              <w:jc w:val="center"/>
            </w:pPr>
            <w:r>
              <w:rPr>
                <w:rFonts w:ascii="Aptos" w:hAnsi="Aptos"/>
                <w:b/>
                <w:color w:val="0758A6"/>
              </w:rPr>
              <w:t>💬</w:t>
            </w:r>
            <w:r>
              <w:rPr>
                <w:rFonts w:ascii="Aptos" w:hAnsi="Aptos"/>
                <w:b/>
                <w:color w:val="0758A6"/>
              </w:rPr>
              <w:t xml:space="preserve"> HEADTEACHER'S MESSAGE</w:t>
            </w:r>
          </w:p>
          <w:p w14:paraId="6CC953F6" w14:textId="1CCAA046" w:rsidR="00E42145" w:rsidRPr="00444446" w:rsidRDefault="00444446" w:rsidP="00444446">
            <w:pPr>
              <w:rPr>
                <w:lang w:val="en-GB"/>
              </w:rPr>
            </w:pPr>
            <w:r w:rsidRPr="00444446">
              <w:rPr>
                <w:rFonts w:ascii="Aptos Light" w:hAnsi="Aptos Light"/>
                <w:lang w:val="en-GB"/>
              </w:rPr>
              <w:t>It has been another wonderful week at St Julie’s, and I have been incredibly proud of all our children. As I have visited classes across the school, it has been a pleasure to see the children working hard, striving to do their very best and demonstrating such positive attitudes to their learning. It was also lovely to hear the many complimentary remarks from our parishioners following our 60th Celebration Mass. They spoke warmly about the children’s exemplary behaviour and the respect they showed throughout the occasion. Our children are fantastic ambassadors for St Julie’s and continue to make us immensely proud. Thank you, as always, to our families for your continued support</w:t>
            </w:r>
          </w:p>
        </w:tc>
      </w:tr>
      <w:tr w:rsidR="00E42145" w14:paraId="48C93780" w14:textId="77777777">
        <w:tblPrEx>
          <w:jc w:val="left"/>
        </w:tblPrEx>
        <w:tc>
          <w:tcPr>
            <w:tcW w:w="11189" w:type="dxa"/>
            <w:gridSpan w:val="13"/>
            <w:shd w:val="clear" w:color="auto" w:fill="E8F7EE"/>
          </w:tcPr>
          <w:tbl>
            <w:tblPr>
              <w:tblW w:w="0" w:type="auto"/>
              <w:tblLook w:val="04A0" w:firstRow="1" w:lastRow="0" w:firstColumn="1" w:lastColumn="0" w:noHBand="0" w:noVBand="1"/>
            </w:tblPr>
            <w:tblGrid>
              <w:gridCol w:w="8136"/>
              <w:gridCol w:w="1944"/>
            </w:tblGrid>
            <w:tr w:rsidR="00E42145" w14:paraId="2BAF517C" w14:textId="77777777">
              <w:tc>
                <w:tcPr>
                  <w:tcW w:w="8136" w:type="dxa"/>
                  <w:shd w:val="clear" w:color="auto" w:fill="E8F7EE"/>
                </w:tcPr>
                <w:p w14:paraId="791876A7" w14:textId="77777777" w:rsidR="00E42145" w:rsidRDefault="000318B5">
                  <w:pPr>
                    <w:spacing w:after="0"/>
                    <w:jc w:val="center"/>
                  </w:pPr>
                  <w:r>
                    <w:rPr>
                      <w:rFonts w:ascii="Aptos" w:hAnsi="Aptos"/>
                      <w:b/>
                      <w:color w:val="0758A6"/>
                    </w:rPr>
                    <w:t>WELCOME TO OUR NEW PARENT GOVERNOR</w:t>
                  </w:r>
                </w:p>
                <w:p w14:paraId="5FEB70B1" w14:textId="77777777" w:rsidR="006501BF" w:rsidRPr="006501BF" w:rsidRDefault="006501BF" w:rsidP="006501BF">
                  <w:pPr>
                    <w:spacing w:after="0"/>
                    <w:rPr>
                      <w:rFonts w:ascii="Aptos" w:hAnsi="Aptos"/>
                      <w:lang w:val="en-GB"/>
                    </w:rPr>
                  </w:pPr>
                  <w:r w:rsidRPr="006501BF">
                    <w:rPr>
                      <w:rFonts w:ascii="Aptos" w:hAnsi="Aptos"/>
                      <w:lang w:val="en-GB"/>
                    </w:rPr>
                    <w:t xml:space="preserve">We are delighted to welcome </w:t>
                  </w:r>
                  <w:r w:rsidRPr="006501BF">
                    <w:rPr>
                      <w:rFonts w:ascii="Aptos" w:hAnsi="Aptos"/>
                      <w:b/>
                      <w:bCs/>
                      <w:lang w:val="en-GB"/>
                    </w:rPr>
                    <w:t>Mr Mark Hobin</w:t>
                  </w:r>
                  <w:r w:rsidRPr="006501BF">
                    <w:rPr>
                      <w:rFonts w:ascii="Aptos" w:hAnsi="Aptos"/>
                      <w:lang w:val="en-GB"/>
                    </w:rPr>
                    <w:t xml:space="preserve"> as our newly elected Parent Governor, following the election held at the end of the summer term. We look forward to working together and thank Mark for volunteering his time, skills and commitment to support our children, families and wider school community.</w:t>
                  </w:r>
                </w:p>
                <w:p w14:paraId="3A8CECBD" w14:textId="072DF9D4" w:rsidR="00E42145" w:rsidRPr="006501BF" w:rsidRDefault="00E42145" w:rsidP="00444446">
                  <w:pPr>
                    <w:spacing w:after="0"/>
                    <w:rPr>
                      <w:lang w:val="en-GB"/>
                    </w:rPr>
                  </w:pPr>
                </w:p>
              </w:tc>
              <w:tc>
                <w:tcPr>
                  <w:tcW w:w="1944" w:type="dxa"/>
                  <w:shd w:val="clear" w:color="auto" w:fill="E3F3FF"/>
                </w:tcPr>
                <w:p w14:paraId="4B62E31B" w14:textId="6560DAB9" w:rsidR="00E42145" w:rsidRDefault="00205582">
                  <w:pPr>
                    <w:spacing w:after="0"/>
                    <w:jc w:val="center"/>
                  </w:pPr>
                  <w:r>
                    <w:rPr>
                      <w:rFonts w:ascii="Aptos" w:hAnsi="Aptos"/>
                      <w:b/>
                      <w:noProof/>
                      <w:color w:val="083B70"/>
                      <w:sz w:val="17"/>
                    </w:rPr>
                    <w:drawing>
                      <wp:inline distT="0" distB="0" distL="0" distR="0" wp14:anchorId="6150A4B4" wp14:editId="0D753AE3">
                        <wp:extent cx="1052584" cy="1255004"/>
                        <wp:effectExtent l="0" t="0" r="0" b="2540"/>
                        <wp:docPr id="1698512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5235" cy="1270087"/>
                                </a:xfrm>
                                <a:prstGeom prst="rect">
                                  <a:avLst/>
                                </a:prstGeom>
                                <a:noFill/>
                              </pic:spPr>
                            </pic:pic>
                          </a:graphicData>
                        </a:graphic>
                      </wp:inline>
                    </w:drawing>
                  </w:r>
                </w:p>
              </w:tc>
            </w:tr>
          </w:tbl>
          <w:p w14:paraId="7FD5D13E" w14:textId="77777777" w:rsidR="00E42145" w:rsidRDefault="00E42145"/>
        </w:tc>
      </w:tr>
      <w:tr w:rsidR="00E42145" w14:paraId="74E8623D" w14:textId="77777777">
        <w:trPr>
          <w:jc w:val="center"/>
        </w:trPr>
        <w:tc>
          <w:tcPr>
            <w:tcW w:w="11189" w:type="dxa"/>
            <w:gridSpan w:val="13"/>
            <w:shd w:val="clear" w:color="auto" w:fill="2D8ED6"/>
          </w:tcPr>
          <w:p w14:paraId="6A630CA1" w14:textId="77777777" w:rsidR="00E42145" w:rsidRDefault="000318B5">
            <w:pPr>
              <w:spacing w:after="0"/>
              <w:jc w:val="center"/>
            </w:pPr>
            <w:r>
              <w:rPr>
                <w:rFonts w:ascii="Aptos" w:hAnsi="Aptos"/>
                <w:b/>
                <w:color w:val="FFFFFF"/>
                <w:sz w:val="26"/>
              </w:rPr>
              <w:t>⭐</w:t>
            </w:r>
            <w:r>
              <w:rPr>
                <w:rFonts w:ascii="Aptos" w:hAnsi="Aptos"/>
                <w:b/>
                <w:color w:val="FFFFFF"/>
                <w:sz w:val="26"/>
              </w:rPr>
              <w:t xml:space="preserve"> </w:t>
            </w:r>
            <w:r>
              <w:rPr>
                <w:rFonts w:ascii="Aptos" w:hAnsi="Aptos"/>
                <w:b/>
                <w:color w:val="FFFFFF"/>
                <w:sz w:val="26"/>
              </w:rPr>
              <w:t xml:space="preserve">CELEBRATING OUR CHILDREN </w:t>
            </w:r>
            <w:r>
              <w:rPr>
                <w:rFonts w:ascii="Aptos" w:hAnsi="Aptos"/>
                <w:b/>
                <w:color w:val="FFFFFF"/>
                <w:sz w:val="26"/>
              </w:rPr>
              <w:t>⭐</w:t>
            </w:r>
          </w:p>
        </w:tc>
      </w:tr>
      <w:tr w:rsidR="00E42145" w14:paraId="1ECFE687" w14:textId="77777777">
        <w:tblPrEx>
          <w:jc w:val="left"/>
        </w:tblPrEx>
        <w:tc>
          <w:tcPr>
            <w:tcW w:w="2238" w:type="dxa"/>
            <w:gridSpan w:val="2"/>
            <w:shd w:val="clear" w:color="auto" w:fill="0758A6"/>
          </w:tcPr>
          <w:p w14:paraId="120DB1A1" w14:textId="77777777" w:rsidR="00E42145" w:rsidRDefault="000318B5">
            <w:pPr>
              <w:spacing w:after="0"/>
              <w:jc w:val="center"/>
            </w:pPr>
            <w:r>
              <w:rPr>
                <w:rFonts w:ascii="Aptos" w:hAnsi="Aptos"/>
                <w:b/>
                <w:color w:val="FFFFFF"/>
                <w:sz w:val="14"/>
              </w:rPr>
              <w:t>CLASS</w:t>
            </w:r>
          </w:p>
        </w:tc>
        <w:tc>
          <w:tcPr>
            <w:tcW w:w="2238" w:type="dxa"/>
            <w:gridSpan w:val="2"/>
            <w:shd w:val="clear" w:color="auto" w:fill="2D8ED6"/>
          </w:tcPr>
          <w:p w14:paraId="32641D85" w14:textId="77777777" w:rsidR="00E42145" w:rsidRDefault="000318B5">
            <w:pPr>
              <w:spacing w:after="0"/>
              <w:jc w:val="center"/>
            </w:pPr>
            <w:r>
              <w:rPr>
                <w:rFonts w:ascii="Aptos" w:hAnsi="Aptos"/>
                <w:b/>
                <w:color w:val="FFFFFF"/>
                <w:sz w:val="14"/>
              </w:rPr>
              <w:t>⭐</w:t>
            </w:r>
            <w:r>
              <w:rPr>
                <w:rFonts w:ascii="Aptos" w:hAnsi="Aptos"/>
                <w:b/>
                <w:color w:val="FFFFFF"/>
                <w:sz w:val="14"/>
              </w:rPr>
              <w:t xml:space="preserve"> STAR OF</w:t>
            </w:r>
            <w:r>
              <w:rPr>
                <w:rFonts w:ascii="Aptos" w:hAnsi="Aptos"/>
                <w:b/>
                <w:color w:val="FFFFFF"/>
                <w:sz w:val="14"/>
              </w:rPr>
              <w:br/>
              <w:t>THE WEEK</w:t>
            </w:r>
          </w:p>
        </w:tc>
        <w:tc>
          <w:tcPr>
            <w:tcW w:w="2238" w:type="dxa"/>
            <w:gridSpan w:val="4"/>
            <w:shd w:val="clear" w:color="auto" w:fill="0758A6"/>
          </w:tcPr>
          <w:p w14:paraId="45CD3B5A" w14:textId="77777777" w:rsidR="00E42145" w:rsidRDefault="000318B5">
            <w:pPr>
              <w:spacing w:after="0"/>
              <w:jc w:val="center"/>
            </w:pPr>
            <w:r>
              <w:rPr>
                <w:rFonts w:ascii="Aptos" w:hAnsi="Aptos"/>
                <w:b/>
                <w:color w:val="FFFFFF"/>
                <w:sz w:val="14"/>
              </w:rPr>
              <w:t>📚</w:t>
            </w:r>
            <w:r>
              <w:rPr>
                <w:rFonts w:ascii="Aptos" w:hAnsi="Aptos"/>
                <w:b/>
                <w:color w:val="FFFFFF"/>
                <w:sz w:val="14"/>
              </w:rPr>
              <w:t xml:space="preserve"> READER OF</w:t>
            </w:r>
            <w:r>
              <w:rPr>
                <w:rFonts w:ascii="Aptos" w:hAnsi="Aptos"/>
                <w:b/>
                <w:color w:val="FFFFFF"/>
                <w:sz w:val="14"/>
              </w:rPr>
              <w:br/>
              <w:t>THE WEEK</w:t>
            </w:r>
          </w:p>
        </w:tc>
        <w:tc>
          <w:tcPr>
            <w:tcW w:w="2238" w:type="dxa"/>
            <w:gridSpan w:val="2"/>
            <w:shd w:val="clear" w:color="auto" w:fill="2D8ED6"/>
          </w:tcPr>
          <w:p w14:paraId="6D6AC2D6" w14:textId="77777777" w:rsidR="00E42145" w:rsidRDefault="000318B5">
            <w:pPr>
              <w:spacing w:after="0"/>
              <w:jc w:val="center"/>
            </w:pPr>
            <w:r>
              <w:rPr>
                <w:rFonts w:ascii="Aptos" w:hAnsi="Aptos"/>
                <w:b/>
                <w:color w:val="FFFFFF"/>
                <w:sz w:val="14"/>
              </w:rPr>
              <w:t>🔢</w:t>
            </w:r>
            <w:r>
              <w:rPr>
                <w:rFonts w:ascii="Aptos" w:hAnsi="Aptos"/>
                <w:b/>
                <w:color w:val="FFFFFF"/>
                <w:sz w:val="14"/>
              </w:rPr>
              <w:t xml:space="preserve"> MATHEMATICIAN</w:t>
            </w:r>
            <w:r>
              <w:rPr>
                <w:rFonts w:ascii="Aptos" w:hAnsi="Aptos"/>
                <w:b/>
                <w:color w:val="FFFFFF"/>
                <w:sz w:val="14"/>
              </w:rPr>
              <w:br/>
              <w:t>OF THE WEEK</w:t>
            </w:r>
          </w:p>
        </w:tc>
        <w:tc>
          <w:tcPr>
            <w:tcW w:w="2238" w:type="dxa"/>
            <w:gridSpan w:val="3"/>
            <w:shd w:val="clear" w:color="auto" w:fill="0758A6"/>
          </w:tcPr>
          <w:p w14:paraId="33C16F19" w14:textId="77777777" w:rsidR="00E42145" w:rsidRDefault="000318B5">
            <w:pPr>
              <w:spacing w:after="0"/>
              <w:jc w:val="center"/>
            </w:pPr>
            <w:r>
              <w:rPr>
                <w:rFonts w:ascii="Aptos" w:hAnsi="Aptos"/>
                <w:b/>
                <w:color w:val="FFFFFF"/>
                <w:sz w:val="14"/>
              </w:rPr>
              <w:t>🍎</w:t>
            </w:r>
            <w:r>
              <w:rPr>
                <w:rFonts w:ascii="Aptos" w:hAnsi="Aptos"/>
                <w:b/>
                <w:color w:val="FFFFFF"/>
                <w:sz w:val="14"/>
              </w:rPr>
              <w:t xml:space="preserve"> LUNCHTIME</w:t>
            </w:r>
            <w:r>
              <w:rPr>
                <w:rFonts w:ascii="Aptos" w:hAnsi="Aptos"/>
                <w:b/>
                <w:color w:val="FFFFFF"/>
                <w:sz w:val="14"/>
              </w:rPr>
              <w:br/>
              <w:t>SUPERSTAR</w:t>
            </w:r>
          </w:p>
        </w:tc>
      </w:tr>
      <w:tr w:rsidR="00E42145" w14:paraId="2199A70B" w14:textId="77777777">
        <w:tblPrEx>
          <w:jc w:val="left"/>
        </w:tblPrEx>
        <w:tc>
          <w:tcPr>
            <w:tcW w:w="2238" w:type="dxa"/>
            <w:gridSpan w:val="2"/>
            <w:shd w:val="clear" w:color="auto" w:fill="E3F3FF"/>
          </w:tcPr>
          <w:p w14:paraId="28CB97B8" w14:textId="77777777" w:rsidR="00E42145" w:rsidRDefault="000318B5">
            <w:pPr>
              <w:spacing w:after="0"/>
              <w:jc w:val="center"/>
            </w:pPr>
            <w:r>
              <w:rPr>
                <w:rFonts w:ascii="Aptos" w:hAnsi="Aptos"/>
                <w:b/>
                <w:color w:val="083B70"/>
                <w:sz w:val="15"/>
              </w:rPr>
              <w:t>EYFS</w:t>
            </w:r>
          </w:p>
        </w:tc>
        <w:tc>
          <w:tcPr>
            <w:tcW w:w="2238" w:type="dxa"/>
            <w:gridSpan w:val="2"/>
            <w:shd w:val="clear" w:color="auto" w:fill="FFFFFF"/>
          </w:tcPr>
          <w:p w14:paraId="25883D0B" w14:textId="3D8A1125"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Charli</w:t>
            </w:r>
          </w:p>
        </w:tc>
        <w:tc>
          <w:tcPr>
            <w:tcW w:w="2238" w:type="dxa"/>
            <w:gridSpan w:val="4"/>
            <w:shd w:val="clear" w:color="auto" w:fill="FFFFFF"/>
          </w:tcPr>
          <w:p w14:paraId="769AA89B" w14:textId="74C08384"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Max</w:t>
            </w:r>
          </w:p>
        </w:tc>
        <w:tc>
          <w:tcPr>
            <w:tcW w:w="2238" w:type="dxa"/>
            <w:gridSpan w:val="2"/>
            <w:shd w:val="clear" w:color="auto" w:fill="FFFFFF"/>
          </w:tcPr>
          <w:p w14:paraId="26434BCE" w14:textId="18825F4F"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Clara</w:t>
            </w:r>
          </w:p>
        </w:tc>
        <w:tc>
          <w:tcPr>
            <w:tcW w:w="2238" w:type="dxa"/>
            <w:gridSpan w:val="3"/>
            <w:shd w:val="clear" w:color="auto" w:fill="FFFFFF"/>
          </w:tcPr>
          <w:p w14:paraId="7EBFDD4C" w14:textId="1D7FE53B" w:rsidR="00E42145" w:rsidRPr="004E3335" w:rsidRDefault="004E3335" w:rsidP="004E3335">
            <w:pPr>
              <w:spacing w:after="0"/>
              <w:jc w:val="center"/>
              <w:rPr>
                <w:b/>
                <w:bCs/>
                <w:color w:val="00B0F0"/>
                <w:sz w:val="24"/>
                <w:szCs w:val="24"/>
              </w:rPr>
            </w:pPr>
            <w:r w:rsidRPr="004E3335">
              <w:rPr>
                <w:b/>
                <w:bCs/>
                <w:color w:val="00B0F0"/>
                <w:sz w:val="24"/>
                <w:szCs w:val="24"/>
              </w:rPr>
              <w:t>Eliza</w:t>
            </w:r>
          </w:p>
        </w:tc>
      </w:tr>
      <w:tr w:rsidR="00E42145" w14:paraId="660489B8" w14:textId="77777777">
        <w:tblPrEx>
          <w:jc w:val="left"/>
        </w:tblPrEx>
        <w:tc>
          <w:tcPr>
            <w:tcW w:w="2238" w:type="dxa"/>
            <w:gridSpan w:val="2"/>
            <w:shd w:val="clear" w:color="auto" w:fill="E3F3FF"/>
          </w:tcPr>
          <w:p w14:paraId="1EAA2358" w14:textId="77777777" w:rsidR="00E42145" w:rsidRDefault="000318B5">
            <w:pPr>
              <w:spacing w:after="0"/>
              <w:jc w:val="center"/>
            </w:pPr>
            <w:r>
              <w:rPr>
                <w:rFonts w:ascii="Aptos" w:hAnsi="Aptos"/>
                <w:b/>
                <w:color w:val="083B70"/>
                <w:sz w:val="15"/>
              </w:rPr>
              <w:t>Year 1</w:t>
            </w:r>
          </w:p>
        </w:tc>
        <w:tc>
          <w:tcPr>
            <w:tcW w:w="2238" w:type="dxa"/>
            <w:gridSpan w:val="2"/>
            <w:shd w:val="clear" w:color="auto" w:fill="F6FBFF"/>
          </w:tcPr>
          <w:p w14:paraId="001AB25A" w14:textId="77D97EEE"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Felicity B</w:t>
            </w:r>
          </w:p>
        </w:tc>
        <w:tc>
          <w:tcPr>
            <w:tcW w:w="2238" w:type="dxa"/>
            <w:gridSpan w:val="4"/>
            <w:shd w:val="clear" w:color="auto" w:fill="F6FBFF"/>
          </w:tcPr>
          <w:p w14:paraId="1B38CFD5" w14:textId="6DE761AD"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Violet</w:t>
            </w:r>
          </w:p>
        </w:tc>
        <w:tc>
          <w:tcPr>
            <w:tcW w:w="2238" w:type="dxa"/>
            <w:gridSpan w:val="2"/>
            <w:shd w:val="clear" w:color="auto" w:fill="F6FBFF"/>
          </w:tcPr>
          <w:p w14:paraId="6D89ED81" w14:textId="609B155E"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Albie</w:t>
            </w:r>
          </w:p>
        </w:tc>
        <w:tc>
          <w:tcPr>
            <w:tcW w:w="2238" w:type="dxa"/>
            <w:gridSpan w:val="3"/>
            <w:shd w:val="clear" w:color="auto" w:fill="F6FBFF"/>
          </w:tcPr>
          <w:p w14:paraId="5F694EE5" w14:textId="5CDE3CA4" w:rsidR="00E42145" w:rsidRPr="004E3335" w:rsidRDefault="004E3335" w:rsidP="004E3335">
            <w:pPr>
              <w:spacing w:after="0"/>
              <w:jc w:val="center"/>
              <w:rPr>
                <w:b/>
                <w:bCs/>
                <w:color w:val="00B0F0"/>
                <w:sz w:val="24"/>
                <w:szCs w:val="24"/>
              </w:rPr>
            </w:pPr>
            <w:r w:rsidRPr="004E3335">
              <w:rPr>
                <w:b/>
                <w:bCs/>
                <w:color w:val="00B0F0"/>
                <w:sz w:val="24"/>
                <w:szCs w:val="24"/>
              </w:rPr>
              <w:t>Cody</w:t>
            </w:r>
          </w:p>
        </w:tc>
      </w:tr>
      <w:tr w:rsidR="00E42145" w14:paraId="79A933F1" w14:textId="77777777">
        <w:tblPrEx>
          <w:jc w:val="left"/>
        </w:tblPrEx>
        <w:tc>
          <w:tcPr>
            <w:tcW w:w="2238" w:type="dxa"/>
            <w:gridSpan w:val="2"/>
            <w:shd w:val="clear" w:color="auto" w:fill="E3F3FF"/>
          </w:tcPr>
          <w:p w14:paraId="57245293" w14:textId="77777777" w:rsidR="00E42145" w:rsidRDefault="000318B5">
            <w:pPr>
              <w:spacing w:after="0"/>
              <w:jc w:val="center"/>
            </w:pPr>
            <w:r>
              <w:rPr>
                <w:rFonts w:ascii="Aptos" w:hAnsi="Aptos"/>
                <w:b/>
                <w:color w:val="083B70"/>
                <w:sz w:val="15"/>
              </w:rPr>
              <w:t>Year 2</w:t>
            </w:r>
          </w:p>
        </w:tc>
        <w:tc>
          <w:tcPr>
            <w:tcW w:w="2238" w:type="dxa"/>
            <w:gridSpan w:val="2"/>
            <w:shd w:val="clear" w:color="auto" w:fill="FFFFFF"/>
          </w:tcPr>
          <w:p w14:paraId="2780BF79" w14:textId="7A7FE020"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Felicity</w:t>
            </w:r>
          </w:p>
        </w:tc>
        <w:tc>
          <w:tcPr>
            <w:tcW w:w="2238" w:type="dxa"/>
            <w:gridSpan w:val="4"/>
            <w:shd w:val="clear" w:color="auto" w:fill="FFFFFF"/>
          </w:tcPr>
          <w:p w14:paraId="113E5848" w14:textId="16C627C9"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Noah</w:t>
            </w:r>
          </w:p>
        </w:tc>
        <w:tc>
          <w:tcPr>
            <w:tcW w:w="2238" w:type="dxa"/>
            <w:gridSpan w:val="2"/>
            <w:shd w:val="clear" w:color="auto" w:fill="FFFFFF"/>
          </w:tcPr>
          <w:p w14:paraId="1FCD7509" w14:textId="4AF0FCBF"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Matilda</w:t>
            </w:r>
          </w:p>
        </w:tc>
        <w:tc>
          <w:tcPr>
            <w:tcW w:w="2238" w:type="dxa"/>
            <w:gridSpan w:val="3"/>
            <w:shd w:val="clear" w:color="auto" w:fill="FFFFFF"/>
          </w:tcPr>
          <w:p w14:paraId="280F9A8F" w14:textId="30624D1D" w:rsidR="00E42145" w:rsidRPr="004E3335" w:rsidRDefault="004E3335" w:rsidP="004E3335">
            <w:pPr>
              <w:spacing w:after="0"/>
              <w:jc w:val="center"/>
              <w:rPr>
                <w:b/>
                <w:bCs/>
                <w:color w:val="00B0F0"/>
                <w:sz w:val="24"/>
                <w:szCs w:val="24"/>
              </w:rPr>
            </w:pPr>
            <w:r w:rsidRPr="004E3335">
              <w:rPr>
                <w:b/>
                <w:bCs/>
                <w:color w:val="00B0F0"/>
                <w:sz w:val="24"/>
                <w:szCs w:val="24"/>
              </w:rPr>
              <w:t>Charlotte</w:t>
            </w:r>
          </w:p>
        </w:tc>
      </w:tr>
      <w:tr w:rsidR="00E42145" w14:paraId="0D399121" w14:textId="77777777">
        <w:tblPrEx>
          <w:jc w:val="left"/>
        </w:tblPrEx>
        <w:tc>
          <w:tcPr>
            <w:tcW w:w="2238" w:type="dxa"/>
            <w:gridSpan w:val="2"/>
            <w:shd w:val="clear" w:color="auto" w:fill="E3F3FF"/>
          </w:tcPr>
          <w:p w14:paraId="6B3A9624" w14:textId="77777777" w:rsidR="00E42145" w:rsidRDefault="000318B5">
            <w:pPr>
              <w:spacing w:after="0"/>
              <w:jc w:val="center"/>
            </w:pPr>
            <w:r>
              <w:rPr>
                <w:rFonts w:ascii="Aptos" w:hAnsi="Aptos"/>
                <w:b/>
                <w:color w:val="083B70"/>
                <w:sz w:val="15"/>
              </w:rPr>
              <w:t>Year 3</w:t>
            </w:r>
          </w:p>
        </w:tc>
        <w:tc>
          <w:tcPr>
            <w:tcW w:w="2238" w:type="dxa"/>
            <w:gridSpan w:val="2"/>
            <w:shd w:val="clear" w:color="auto" w:fill="F6FBFF"/>
          </w:tcPr>
          <w:p w14:paraId="419ECB01" w14:textId="663335AE"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Evie</w:t>
            </w:r>
          </w:p>
        </w:tc>
        <w:tc>
          <w:tcPr>
            <w:tcW w:w="2238" w:type="dxa"/>
            <w:gridSpan w:val="4"/>
            <w:shd w:val="clear" w:color="auto" w:fill="F6FBFF"/>
          </w:tcPr>
          <w:p w14:paraId="03DEBCCF" w14:textId="559F450D"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Faith</w:t>
            </w:r>
          </w:p>
        </w:tc>
        <w:tc>
          <w:tcPr>
            <w:tcW w:w="2238" w:type="dxa"/>
            <w:gridSpan w:val="2"/>
            <w:shd w:val="clear" w:color="auto" w:fill="F6FBFF"/>
          </w:tcPr>
          <w:p w14:paraId="12FE03B4" w14:textId="5A28F2B1"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Grace</w:t>
            </w:r>
          </w:p>
        </w:tc>
        <w:tc>
          <w:tcPr>
            <w:tcW w:w="2238" w:type="dxa"/>
            <w:gridSpan w:val="3"/>
            <w:shd w:val="clear" w:color="auto" w:fill="F6FBFF"/>
          </w:tcPr>
          <w:p w14:paraId="35E0D434" w14:textId="670EAC0D" w:rsidR="00E42145" w:rsidRPr="004E3335" w:rsidRDefault="004E3335" w:rsidP="004E3335">
            <w:pPr>
              <w:spacing w:after="0"/>
              <w:jc w:val="center"/>
              <w:rPr>
                <w:b/>
                <w:bCs/>
                <w:color w:val="00B0F0"/>
                <w:sz w:val="24"/>
                <w:szCs w:val="24"/>
              </w:rPr>
            </w:pPr>
            <w:r w:rsidRPr="004E3335">
              <w:rPr>
                <w:b/>
                <w:bCs/>
                <w:color w:val="00B0F0"/>
                <w:sz w:val="24"/>
                <w:szCs w:val="24"/>
              </w:rPr>
              <w:t>Isla</w:t>
            </w:r>
          </w:p>
        </w:tc>
      </w:tr>
      <w:tr w:rsidR="00E42145" w14:paraId="10C96214" w14:textId="77777777">
        <w:tblPrEx>
          <w:jc w:val="left"/>
        </w:tblPrEx>
        <w:tc>
          <w:tcPr>
            <w:tcW w:w="2238" w:type="dxa"/>
            <w:gridSpan w:val="2"/>
            <w:shd w:val="clear" w:color="auto" w:fill="E3F3FF"/>
          </w:tcPr>
          <w:p w14:paraId="74816857" w14:textId="77777777" w:rsidR="00E42145" w:rsidRDefault="000318B5">
            <w:pPr>
              <w:spacing w:after="0"/>
              <w:jc w:val="center"/>
            </w:pPr>
            <w:r>
              <w:rPr>
                <w:rFonts w:ascii="Aptos" w:hAnsi="Aptos"/>
                <w:b/>
                <w:color w:val="083B70"/>
                <w:sz w:val="15"/>
              </w:rPr>
              <w:t>Year 4</w:t>
            </w:r>
          </w:p>
        </w:tc>
        <w:tc>
          <w:tcPr>
            <w:tcW w:w="2238" w:type="dxa"/>
            <w:gridSpan w:val="2"/>
            <w:shd w:val="clear" w:color="auto" w:fill="FFFFFF"/>
          </w:tcPr>
          <w:p w14:paraId="238CCB24" w14:textId="637E781A"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Daniel</w:t>
            </w:r>
          </w:p>
        </w:tc>
        <w:tc>
          <w:tcPr>
            <w:tcW w:w="2238" w:type="dxa"/>
            <w:gridSpan w:val="4"/>
            <w:shd w:val="clear" w:color="auto" w:fill="FFFFFF"/>
          </w:tcPr>
          <w:p w14:paraId="6B59EF87" w14:textId="05D268AC"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Charlotte</w:t>
            </w:r>
          </w:p>
        </w:tc>
        <w:tc>
          <w:tcPr>
            <w:tcW w:w="2238" w:type="dxa"/>
            <w:gridSpan w:val="2"/>
            <w:shd w:val="clear" w:color="auto" w:fill="FFFFFF"/>
          </w:tcPr>
          <w:p w14:paraId="74470ADF" w14:textId="74063F2F"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Lilia</w:t>
            </w:r>
          </w:p>
        </w:tc>
        <w:tc>
          <w:tcPr>
            <w:tcW w:w="2238" w:type="dxa"/>
            <w:gridSpan w:val="3"/>
            <w:shd w:val="clear" w:color="auto" w:fill="FFFFFF"/>
          </w:tcPr>
          <w:p w14:paraId="6478FE87" w14:textId="2A022005" w:rsidR="00E42145" w:rsidRPr="004E3335" w:rsidRDefault="004E3335" w:rsidP="004E3335">
            <w:pPr>
              <w:spacing w:after="0"/>
              <w:jc w:val="center"/>
              <w:rPr>
                <w:b/>
                <w:bCs/>
                <w:color w:val="00B0F0"/>
                <w:sz w:val="24"/>
                <w:szCs w:val="24"/>
              </w:rPr>
            </w:pPr>
            <w:r w:rsidRPr="004E3335">
              <w:rPr>
                <w:b/>
                <w:bCs/>
                <w:color w:val="00B0F0"/>
                <w:sz w:val="24"/>
                <w:szCs w:val="24"/>
              </w:rPr>
              <w:t>Isaac</w:t>
            </w:r>
          </w:p>
        </w:tc>
      </w:tr>
      <w:tr w:rsidR="00E42145" w14:paraId="60869724" w14:textId="77777777">
        <w:tblPrEx>
          <w:jc w:val="left"/>
        </w:tblPrEx>
        <w:tc>
          <w:tcPr>
            <w:tcW w:w="2238" w:type="dxa"/>
            <w:gridSpan w:val="2"/>
            <w:shd w:val="clear" w:color="auto" w:fill="E3F3FF"/>
          </w:tcPr>
          <w:p w14:paraId="18C4555C" w14:textId="77777777" w:rsidR="00E42145" w:rsidRDefault="000318B5">
            <w:pPr>
              <w:spacing w:after="0"/>
              <w:jc w:val="center"/>
            </w:pPr>
            <w:r>
              <w:rPr>
                <w:rFonts w:ascii="Aptos" w:hAnsi="Aptos"/>
                <w:b/>
                <w:color w:val="083B70"/>
                <w:sz w:val="15"/>
              </w:rPr>
              <w:t>Year 5</w:t>
            </w:r>
          </w:p>
        </w:tc>
        <w:tc>
          <w:tcPr>
            <w:tcW w:w="2238" w:type="dxa"/>
            <w:gridSpan w:val="2"/>
            <w:shd w:val="clear" w:color="auto" w:fill="F6FBFF"/>
          </w:tcPr>
          <w:p w14:paraId="3F0B77D3" w14:textId="4CB926CB" w:rsidR="00E42145" w:rsidRPr="004E3335" w:rsidRDefault="007D21E0" w:rsidP="004E3335">
            <w:pPr>
              <w:spacing w:after="0"/>
              <w:jc w:val="center"/>
              <w:rPr>
                <w:b/>
                <w:bCs/>
                <w:color w:val="00B0F0"/>
                <w:sz w:val="24"/>
                <w:szCs w:val="24"/>
              </w:rPr>
            </w:pPr>
            <w:r w:rsidRPr="004E3335">
              <w:rPr>
                <w:rFonts w:ascii="Aptos" w:hAnsi="Aptos"/>
                <w:b/>
                <w:bCs/>
                <w:color w:val="00B0F0"/>
                <w:sz w:val="24"/>
                <w:szCs w:val="24"/>
              </w:rPr>
              <w:t>Joel</w:t>
            </w:r>
          </w:p>
        </w:tc>
        <w:tc>
          <w:tcPr>
            <w:tcW w:w="2238" w:type="dxa"/>
            <w:gridSpan w:val="4"/>
            <w:shd w:val="clear" w:color="auto" w:fill="F6FBFF"/>
          </w:tcPr>
          <w:p w14:paraId="3600A57B" w14:textId="76122231" w:rsidR="00E42145" w:rsidRPr="004E3335" w:rsidRDefault="007D21E0" w:rsidP="004E3335">
            <w:pPr>
              <w:spacing w:after="0"/>
              <w:jc w:val="center"/>
              <w:rPr>
                <w:b/>
                <w:bCs/>
                <w:color w:val="00B0F0"/>
                <w:sz w:val="24"/>
                <w:szCs w:val="24"/>
              </w:rPr>
            </w:pPr>
            <w:r w:rsidRPr="004E3335">
              <w:rPr>
                <w:rFonts w:ascii="Aptos" w:hAnsi="Aptos"/>
                <w:b/>
                <w:bCs/>
                <w:color w:val="00B0F0"/>
                <w:sz w:val="24"/>
                <w:szCs w:val="24"/>
              </w:rPr>
              <w:t>Theo L</w:t>
            </w:r>
          </w:p>
        </w:tc>
        <w:tc>
          <w:tcPr>
            <w:tcW w:w="2238" w:type="dxa"/>
            <w:gridSpan w:val="2"/>
            <w:shd w:val="clear" w:color="auto" w:fill="F6FBFF"/>
          </w:tcPr>
          <w:p w14:paraId="51D932A1" w14:textId="30B6B9F2" w:rsidR="00E42145" w:rsidRPr="004E3335" w:rsidRDefault="007D21E0" w:rsidP="004E3335">
            <w:pPr>
              <w:spacing w:after="0"/>
              <w:jc w:val="center"/>
              <w:rPr>
                <w:b/>
                <w:bCs/>
                <w:color w:val="00B0F0"/>
                <w:sz w:val="24"/>
                <w:szCs w:val="24"/>
              </w:rPr>
            </w:pPr>
            <w:r w:rsidRPr="004E3335">
              <w:rPr>
                <w:rFonts w:ascii="Aptos" w:hAnsi="Aptos"/>
                <w:b/>
                <w:bCs/>
                <w:color w:val="00B0F0"/>
                <w:sz w:val="24"/>
                <w:szCs w:val="24"/>
              </w:rPr>
              <w:t>Ella</w:t>
            </w:r>
          </w:p>
        </w:tc>
        <w:tc>
          <w:tcPr>
            <w:tcW w:w="2238" w:type="dxa"/>
            <w:gridSpan w:val="3"/>
            <w:shd w:val="clear" w:color="auto" w:fill="F6FBFF"/>
          </w:tcPr>
          <w:p w14:paraId="14782741" w14:textId="2C9740B6" w:rsidR="00E42145" w:rsidRPr="004E3335" w:rsidRDefault="004E3335" w:rsidP="004E3335">
            <w:pPr>
              <w:spacing w:after="0"/>
              <w:jc w:val="center"/>
              <w:rPr>
                <w:b/>
                <w:bCs/>
                <w:color w:val="00B0F0"/>
                <w:sz w:val="24"/>
                <w:szCs w:val="24"/>
              </w:rPr>
            </w:pPr>
            <w:r w:rsidRPr="004E3335">
              <w:rPr>
                <w:b/>
                <w:bCs/>
                <w:color w:val="00B0F0"/>
                <w:sz w:val="24"/>
                <w:szCs w:val="24"/>
              </w:rPr>
              <w:t>Eliza H</w:t>
            </w:r>
          </w:p>
        </w:tc>
      </w:tr>
      <w:tr w:rsidR="00E42145" w14:paraId="04F14015" w14:textId="77777777">
        <w:tblPrEx>
          <w:jc w:val="left"/>
        </w:tblPrEx>
        <w:tc>
          <w:tcPr>
            <w:tcW w:w="2238" w:type="dxa"/>
            <w:gridSpan w:val="2"/>
            <w:shd w:val="clear" w:color="auto" w:fill="E3F3FF"/>
          </w:tcPr>
          <w:p w14:paraId="26613891" w14:textId="77777777" w:rsidR="00E42145" w:rsidRDefault="000318B5">
            <w:pPr>
              <w:spacing w:after="0"/>
              <w:jc w:val="center"/>
            </w:pPr>
            <w:r>
              <w:rPr>
                <w:rFonts w:ascii="Aptos" w:hAnsi="Aptos"/>
                <w:b/>
                <w:color w:val="083B70"/>
                <w:sz w:val="15"/>
              </w:rPr>
              <w:t>Year 6</w:t>
            </w:r>
          </w:p>
        </w:tc>
        <w:tc>
          <w:tcPr>
            <w:tcW w:w="2238" w:type="dxa"/>
            <w:gridSpan w:val="2"/>
            <w:shd w:val="clear" w:color="auto" w:fill="FFFFFF"/>
          </w:tcPr>
          <w:p w14:paraId="7AC3C925" w14:textId="6991FDC5"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Harry</w:t>
            </w:r>
          </w:p>
        </w:tc>
        <w:tc>
          <w:tcPr>
            <w:tcW w:w="2238" w:type="dxa"/>
            <w:gridSpan w:val="4"/>
            <w:shd w:val="clear" w:color="auto" w:fill="FFFFFF"/>
          </w:tcPr>
          <w:p w14:paraId="440892AB" w14:textId="20C16BC6"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Sam</w:t>
            </w:r>
          </w:p>
        </w:tc>
        <w:tc>
          <w:tcPr>
            <w:tcW w:w="2238" w:type="dxa"/>
            <w:gridSpan w:val="2"/>
            <w:shd w:val="clear" w:color="auto" w:fill="FFFFFF"/>
          </w:tcPr>
          <w:p w14:paraId="17EF7846" w14:textId="3750526A"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Nuala</w:t>
            </w:r>
          </w:p>
        </w:tc>
        <w:tc>
          <w:tcPr>
            <w:tcW w:w="2238" w:type="dxa"/>
            <w:gridSpan w:val="3"/>
            <w:shd w:val="clear" w:color="auto" w:fill="FFFFFF"/>
          </w:tcPr>
          <w:p w14:paraId="58E5DA36" w14:textId="1F766AED" w:rsidR="00E42145" w:rsidRPr="004E3335" w:rsidRDefault="004E3335" w:rsidP="004E3335">
            <w:pPr>
              <w:spacing w:after="0"/>
              <w:jc w:val="center"/>
              <w:rPr>
                <w:b/>
                <w:bCs/>
                <w:color w:val="00B0F0"/>
                <w:sz w:val="24"/>
                <w:szCs w:val="24"/>
              </w:rPr>
            </w:pPr>
            <w:r w:rsidRPr="004E3335">
              <w:rPr>
                <w:rFonts w:ascii="Aptos" w:hAnsi="Aptos"/>
                <w:b/>
                <w:bCs/>
                <w:color w:val="00B0F0"/>
                <w:sz w:val="24"/>
                <w:szCs w:val="24"/>
              </w:rPr>
              <w:t>Jaxon</w:t>
            </w:r>
          </w:p>
        </w:tc>
      </w:tr>
      <w:tr w:rsidR="00E42145" w14:paraId="08B3C6F9" w14:textId="77777777">
        <w:trPr>
          <w:jc w:val="center"/>
        </w:trPr>
        <w:tc>
          <w:tcPr>
            <w:tcW w:w="11189" w:type="dxa"/>
            <w:gridSpan w:val="13"/>
            <w:shd w:val="clear" w:color="auto" w:fill="0758A6"/>
          </w:tcPr>
          <w:p w14:paraId="36341FC6" w14:textId="77777777" w:rsidR="00E42145" w:rsidRDefault="000318B5">
            <w:pPr>
              <w:spacing w:after="0"/>
              <w:jc w:val="center"/>
            </w:pPr>
            <w:r>
              <w:rPr>
                <w:rFonts w:ascii="Aptos" w:hAnsi="Aptos"/>
                <w:b/>
                <w:color w:val="FFFFFF"/>
                <w:sz w:val="26"/>
              </w:rPr>
              <w:t>✝</w:t>
            </w:r>
            <w:r>
              <w:rPr>
                <w:rFonts w:ascii="Aptos" w:hAnsi="Aptos"/>
                <w:b/>
                <w:color w:val="FFFFFF"/>
                <w:sz w:val="26"/>
              </w:rPr>
              <w:t xml:space="preserve"> SUNDAY'S GOSPEL — GENEROSITY &amp; GOD'S LOVE</w:t>
            </w:r>
          </w:p>
        </w:tc>
      </w:tr>
      <w:tr w:rsidR="00E42145" w14:paraId="5DC18AA8" w14:textId="77777777">
        <w:trPr>
          <w:jc w:val="center"/>
        </w:trPr>
        <w:tc>
          <w:tcPr>
            <w:tcW w:w="11189" w:type="dxa"/>
            <w:gridSpan w:val="13"/>
            <w:shd w:val="clear" w:color="auto" w:fill="E8F7EE"/>
          </w:tcPr>
          <w:p w14:paraId="73E50257" w14:textId="77777777" w:rsidR="00E42145" w:rsidRDefault="000318B5">
            <w:pPr>
              <w:spacing w:after="0"/>
              <w:jc w:val="center"/>
            </w:pPr>
            <w:r>
              <w:rPr>
                <w:rFonts w:ascii="Aptos" w:hAnsi="Aptos"/>
                <w:b/>
                <w:color w:val="0758A6"/>
              </w:rPr>
              <w:t>💙</w:t>
            </w:r>
            <w:r>
              <w:rPr>
                <w:rFonts w:ascii="Aptos" w:hAnsi="Aptos"/>
                <w:b/>
                <w:color w:val="0758A6"/>
              </w:rPr>
              <w:t xml:space="preserve"> LIVING OUT OUR MISSION</w:t>
            </w:r>
          </w:p>
          <w:p w14:paraId="3397B32D" w14:textId="5C5A9BED" w:rsidR="00E42145" w:rsidRPr="006C3528" w:rsidRDefault="000318B5">
            <w:pPr>
              <w:rPr>
                <w:sz w:val="18"/>
                <w:szCs w:val="18"/>
              </w:rPr>
            </w:pPr>
            <w:r w:rsidRPr="006C3528">
              <w:rPr>
                <w:rFonts w:ascii="Aptos" w:hAnsi="Aptos"/>
                <w:color w:val="263746"/>
                <w:sz w:val="18"/>
                <w:szCs w:val="18"/>
              </w:rPr>
              <w:t xml:space="preserve">Our buddies have been doing a wonderful job helping and supporting our </w:t>
            </w:r>
            <w:r w:rsidR="007D21E0">
              <w:rPr>
                <w:rFonts w:ascii="Aptos" w:hAnsi="Aptos"/>
                <w:color w:val="263746"/>
                <w:sz w:val="18"/>
                <w:szCs w:val="18"/>
              </w:rPr>
              <w:t>early years children</w:t>
            </w:r>
            <w:r w:rsidRPr="006C3528">
              <w:rPr>
                <w:rFonts w:ascii="Aptos" w:hAnsi="Aptos"/>
                <w:color w:val="263746"/>
                <w:sz w:val="18"/>
                <w:szCs w:val="18"/>
              </w:rPr>
              <w:t xml:space="preserve"> at playtime and lunchtime. They have shown kindness, patience and care, helping our younger children to feel happy, safe and included. This is a lovely example of our mission in action and what it means to be a caring family school, walking together in th</w:t>
            </w:r>
            <w:r w:rsidRPr="006C3528">
              <w:rPr>
                <w:rFonts w:ascii="Aptos" w:hAnsi="Aptos"/>
                <w:color w:val="263746"/>
                <w:sz w:val="18"/>
                <w:szCs w:val="18"/>
              </w:rPr>
              <w:t>e footsteps of Jesus.</w:t>
            </w:r>
          </w:p>
        </w:tc>
      </w:tr>
      <w:tr w:rsidR="00E42145" w14:paraId="5C34FFFA" w14:textId="77777777">
        <w:tblPrEx>
          <w:jc w:val="left"/>
        </w:tblPrEx>
        <w:tc>
          <w:tcPr>
            <w:tcW w:w="5594" w:type="dxa"/>
            <w:gridSpan w:val="6"/>
            <w:shd w:val="clear" w:color="auto" w:fill="FFF6D9"/>
          </w:tcPr>
          <w:p w14:paraId="725624BE" w14:textId="77777777" w:rsidR="00E42145" w:rsidRPr="006C3528" w:rsidRDefault="000318B5">
            <w:pPr>
              <w:spacing w:after="0"/>
              <w:jc w:val="center"/>
              <w:rPr>
                <w:rFonts w:ascii="Aptos" w:hAnsi="Aptos"/>
                <w:b/>
                <w:color w:val="083B70"/>
                <w:sz w:val="18"/>
                <w:szCs w:val="18"/>
              </w:rPr>
            </w:pPr>
            <w:r w:rsidRPr="00444446">
              <w:rPr>
                <w:rFonts w:ascii="Aptos" w:hAnsi="Aptos"/>
                <w:b/>
                <w:color w:val="083B70"/>
              </w:rPr>
              <w:t>Sunday 20 September 2026</w:t>
            </w:r>
            <w:r w:rsidRPr="00444446">
              <w:rPr>
                <w:rFonts w:ascii="Aptos" w:hAnsi="Aptos"/>
                <w:b/>
                <w:color w:val="083B70"/>
              </w:rPr>
              <w:br/>
            </w:r>
            <w:r w:rsidRPr="006C3528">
              <w:rPr>
                <w:rFonts w:ascii="Aptos" w:hAnsi="Aptos"/>
                <w:b/>
                <w:color w:val="083B70"/>
                <w:sz w:val="18"/>
                <w:szCs w:val="18"/>
              </w:rPr>
              <w:t>25th Sunday in Ordinary Time</w:t>
            </w:r>
            <w:r w:rsidRPr="006C3528">
              <w:rPr>
                <w:rFonts w:ascii="Aptos" w:hAnsi="Aptos"/>
                <w:b/>
                <w:color w:val="083B70"/>
                <w:sz w:val="18"/>
                <w:szCs w:val="18"/>
              </w:rPr>
              <w:br/>
            </w:r>
            <w:r w:rsidRPr="006C3528">
              <w:rPr>
                <w:rFonts w:ascii="Aptos" w:hAnsi="Aptos"/>
                <w:b/>
                <w:color w:val="083B70"/>
                <w:sz w:val="18"/>
                <w:szCs w:val="18"/>
              </w:rPr>
              <w:br/>
              <w:t>Matthew 20:1–16</w:t>
            </w:r>
            <w:r w:rsidRPr="006C3528">
              <w:rPr>
                <w:rFonts w:ascii="Aptos" w:hAnsi="Aptos"/>
                <w:b/>
                <w:color w:val="083B70"/>
                <w:sz w:val="18"/>
                <w:szCs w:val="18"/>
              </w:rPr>
              <w:br/>
            </w:r>
            <w:r w:rsidRPr="006C3528">
              <w:rPr>
                <w:rFonts w:ascii="Aptos" w:hAnsi="Aptos"/>
                <w:b/>
                <w:color w:val="083B70"/>
                <w:sz w:val="18"/>
                <w:szCs w:val="18"/>
              </w:rPr>
              <w:t>🌿</w:t>
            </w:r>
            <w:r w:rsidRPr="006C3528">
              <w:rPr>
                <w:rFonts w:ascii="Aptos" w:hAnsi="Aptos"/>
                <w:b/>
                <w:color w:val="083B70"/>
                <w:sz w:val="18"/>
                <w:szCs w:val="18"/>
              </w:rPr>
              <w:t xml:space="preserve"> The Workers in the Vineyard</w:t>
            </w:r>
          </w:p>
          <w:p w14:paraId="64F1298B" w14:textId="6DCC6EE1" w:rsidR="00444446" w:rsidRPr="00444446" w:rsidRDefault="00444446">
            <w:pPr>
              <w:spacing w:after="0"/>
              <w:jc w:val="center"/>
            </w:pPr>
            <w:r w:rsidRPr="006C3528">
              <w:rPr>
                <w:rFonts w:ascii="Aptos" w:hAnsi="Aptos"/>
                <w:bCs/>
                <w:color w:val="083B70"/>
                <w:sz w:val="18"/>
                <w:szCs w:val="18"/>
              </w:rPr>
              <w:t>Visit The Wednesday Word on our RE page for Scripture reflections and family resources.</w:t>
            </w:r>
          </w:p>
        </w:tc>
        <w:tc>
          <w:tcPr>
            <w:tcW w:w="5594" w:type="dxa"/>
            <w:gridSpan w:val="7"/>
            <w:shd w:val="clear" w:color="auto" w:fill="E3F3FF"/>
          </w:tcPr>
          <w:p w14:paraId="12D3A386" w14:textId="24661C84" w:rsidR="00E42145" w:rsidRPr="006C3528" w:rsidRDefault="000318B5">
            <w:pPr>
              <w:spacing w:after="0"/>
              <w:jc w:val="center"/>
              <w:rPr>
                <w:sz w:val="18"/>
                <w:szCs w:val="18"/>
              </w:rPr>
            </w:pPr>
            <w:r w:rsidRPr="006C3528">
              <w:rPr>
                <w:rFonts w:ascii="Aptos" w:hAnsi="Aptos"/>
                <w:color w:val="263746"/>
                <w:sz w:val="18"/>
                <w:szCs w:val="18"/>
              </w:rPr>
              <w:t>Jesus reminds us that God's generosity is f</w:t>
            </w:r>
            <w:r w:rsidRPr="006C3528">
              <w:rPr>
                <w:rFonts w:ascii="Aptos" w:hAnsi="Aptos"/>
                <w:color w:val="263746"/>
                <w:sz w:val="18"/>
                <w:szCs w:val="18"/>
              </w:rPr>
              <w:t>or everyone. We are called to be thankful for what we have, celebrate the good things others receive and show generosity in the way we treat one another.</w:t>
            </w:r>
            <w:r w:rsidRPr="006C3528">
              <w:rPr>
                <w:rFonts w:ascii="Aptos" w:hAnsi="Aptos"/>
                <w:color w:val="263746"/>
                <w:sz w:val="18"/>
                <w:szCs w:val="18"/>
              </w:rPr>
              <w:br/>
            </w:r>
            <w:r w:rsidRPr="006C3528">
              <w:rPr>
                <w:rFonts w:ascii="Aptos" w:hAnsi="Aptos"/>
                <w:color w:val="263746"/>
                <w:sz w:val="18"/>
                <w:szCs w:val="18"/>
              </w:rPr>
              <w:br/>
            </w:r>
            <w:r w:rsidRPr="006C3528">
              <w:rPr>
                <w:rFonts w:ascii="Aptos" w:hAnsi="Aptos"/>
                <w:color w:val="263746"/>
                <w:sz w:val="18"/>
                <w:szCs w:val="18"/>
              </w:rPr>
              <w:t>💙</w:t>
            </w:r>
            <w:r w:rsidRPr="006C3528">
              <w:rPr>
                <w:rFonts w:ascii="Aptos" w:hAnsi="Aptos"/>
                <w:color w:val="263746"/>
                <w:sz w:val="18"/>
                <w:szCs w:val="18"/>
              </w:rPr>
              <w:t xml:space="preserve"> How can I be generous with my time, kindness and friendship?</w:t>
            </w:r>
          </w:p>
        </w:tc>
      </w:tr>
      <w:tr w:rsidR="00E42145" w14:paraId="5CCCE99C" w14:textId="77777777">
        <w:tblPrEx>
          <w:jc w:val="left"/>
        </w:tblPrEx>
        <w:tc>
          <w:tcPr>
            <w:tcW w:w="11189" w:type="dxa"/>
            <w:gridSpan w:val="13"/>
            <w:shd w:val="clear" w:color="auto" w:fill="FFF6D9"/>
          </w:tcPr>
          <w:p w14:paraId="784D11C7" w14:textId="3A5738BB" w:rsidR="00E42145" w:rsidRDefault="006C3528" w:rsidP="006C3528">
            <w:pPr>
              <w:spacing w:after="0"/>
            </w:pPr>
            <w:r>
              <w:rPr>
                <w:rFonts w:ascii="Aptos" w:hAnsi="Aptos"/>
                <w:b/>
                <w:noProof/>
                <w:color w:val="0758A6"/>
              </w:rPr>
              <mc:AlternateContent>
                <mc:Choice Requires="wps">
                  <w:drawing>
                    <wp:anchor distT="0" distB="0" distL="114300" distR="114300" simplePos="0" relativeHeight="251659264" behindDoc="0" locked="0" layoutInCell="1" allowOverlap="1" wp14:anchorId="691106FE" wp14:editId="49BFB1CD">
                      <wp:simplePos x="0" y="0"/>
                      <wp:positionH relativeFrom="column">
                        <wp:posOffset>-30480</wp:posOffset>
                      </wp:positionH>
                      <wp:positionV relativeFrom="paragraph">
                        <wp:posOffset>26670</wp:posOffset>
                      </wp:positionV>
                      <wp:extent cx="7094220" cy="1082040"/>
                      <wp:effectExtent l="0" t="0" r="11430" b="22860"/>
                      <wp:wrapNone/>
                      <wp:docPr id="1746933464" name="Text Box 2"/>
                      <wp:cNvGraphicFramePr/>
                      <a:graphic xmlns:a="http://schemas.openxmlformats.org/drawingml/2006/main">
                        <a:graphicData uri="http://schemas.microsoft.com/office/word/2010/wordprocessingShape">
                          <wps:wsp>
                            <wps:cNvSpPr txBox="1"/>
                            <wps:spPr>
                              <a:xfrm>
                                <a:off x="0" y="0"/>
                                <a:ext cx="7094220" cy="1082040"/>
                              </a:xfrm>
                              <a:prstGeom prst="rect">
                                <a:avLst/>
                              </a:prstGeom>
                              <a:solidFill>
                                <a:srgbClr val="FFCCFF"/>
                              </a:solidFill>
                              <a:ln w="6350">
                                <a:solidFill>
                                  <a:prstClr val="black"/>
                                </a:solidFill>
                              </a:ln>
                            </wps:spPr>
                            <wps:txbx>
                              <w:txbxContent>
                                <w:p w14:paraId="753610A7" w14:textId="77777777" w:rsidR="006C3528" w:rsidRDefault="006C3528" w:rsidP="006C3528">
                                  <w:pPr>
                                    <w:spacing w:after="0"/>
                                    <w:jc w:val="center"/>
                                  </w:pPr>
                                  <w:r>
                                    <w:rPr>
                                      <w:rFonts w:ascii="Segoe UI Symbol" w:hAnsi="Segoe UI Symbol" w:cs="Segoe UI Symbol"/>
                                      <w:b/>
                                      <w:color w:val="0758A6"/>
                                      <w:sz w:val="21"/>
                                    </w:rPr>
                                    <w:t>✝</w:t>
                                  </w:r>
                                  <w:r>
                                    <w:rPr>
                                      <w:rFonts w:ascii="Aptos" w:hAnsi="Aptos"/>
                                      <w:b/>
                                      <w:color w:val="0758A6"/>
                                      <w:sz w:val="21"/>
                                    </w:rPr>
                                    <w:t xml:space="preserve"> PUPIL CATHOLIC LIFE SURVEY</w:t>
                                  </w:r>
                                </w:p>
                                <w:p w14:paraId="1651341D" w14:textId="4AF566C7" w:rsidR="006C3528" w:rsidRPr="006C3528" w:rsidRDefault="006C3528" w:rsidP="006C3528">
                                  <w:pPr>
                                    <w:rPr>
                                      <w:sz w:val="17"/>
                                      <w:szCs w:val="17"/>
                                    </w:rPr>
                                  </w:pPr>
                                  <w:r w:rsidRPr="006C3528">
                                    <w:rPr>
                                      <w:rFonts w:ascii="Aptos" w:hAnsi="Aptos"/>
                                      <w:color w:val="263746"/>
                                      <w:sz w:val="17"/>
                                      <w:szCs w:val="17"/>
                                    </w:rPr>
                                    <w:t xml:space="preserve">Thank you to the children who completed our Catholic Life Survey. The results were overwhelmingly positive, with most children agreeing or strongly agreeing that Jesus is at the heart of our school and that they enjoy learning, praying and growing in faith together. Pupils particularly value learning about Jesus, attending church and living out our Gospel and school values. We will continue to create opportunities for children to help plan and lead </w:t>
                                  </w:r>
                                  <w:r w:rsidR="007D21E0">
                                    <w:rPr>
                                      <w:rFonts w:ascii="Aptos" w:hAnsi="Aptos"/>
                                      <w:color w:val="263746"/>
                                      <w:sz w:val="17"/>
                                      <w:szCs w:val="17"/>
                                    </w:rPr>
                                    <w:t>Celebration of the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1106FE" id="_x0000_t202" coordsize="21600,21600" o:spt="202" path="m,l,21600r21600,l21600,xe">
                      <v:stroke joinstyle="miter"/>
                      <v:path gradientshapeok="t" o:connecttype="rect"/>
                    </v:shapetype>
                    <v:shape id="Text Box 2" o:spid="_x0000_s1026" type="#_x0000_t202" style="position:absolute;margin-left:-2.4pt;margin-top:2.1pt;width:558.6pt;height:8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" fillcolor="#fcf" strokeweight=".5pt">
                      <v:textbox>
                        <w:txbxContent>
                          <w:p w14:paraId="753610A7" w14:textId="77777777" w:rsidR="006C3528" w:rsidRDefault="006C3528" w:rsidP="006C3528">
                            <w:pPr>
                              <w:spacing w:after="0"/>
                              <w:jc w:val="center"/>
                            </w:pPr>
                            <w:r>
                              <w:rPr>
                                <w:rFonts w:ascii="Segoe UI Symbol" w:hAnsi="Segoe UI Symbol" w:cs="Segoe UI Symbol"/>
                                <w:b/>
                                <w:color w:val="0758A6"/>
                                <w:sz w:val="21"/>
                              </w:rPr>
                              <w:t>✝</w:t>
                            </w:r>
                            <w:r>
                              <w:rPr>
                                <w:rFonts w:ascii="Aptos" w:hAnsi="Aptos"/>
                                <w:b/>
                                <w:color w:val="0758A6"/>
                                <w:sz w:val="21"/>
                              </w:rPr>
                              <w:t xml:space="preserve"> PUPIL CATHOLIC LIFE SURVEY</w:t>
                            </w:r>
                          </w:p>
                          <w:p w14:paraId="1651341D" w14:textId="4AF566C7" w:rsidR="006C3528" w:rsidRPr="006C3528" w:rsidRDefault="006C3528" w:rsidP="006C3528">
                            <w:pPr>
                              <w:rPr>
                                <w:sz w:val="17"/>
                                <w:szCs w:val="17"/>
                              </w:rPr>
                            </w:pPr>
                            <w:r w:rsidRPr="006C3528">
                              <w:rPr>
                                <w:rFonts w:ascii="Aptos" w:hAnsi="Aptos"/>
                                <w:color w:val="263746"/>
                                <w:sz w:val="17"/>
                                <w:szCs w:val="17"/>
                              </w:rPr>
                              <w:t xml:space="preserve">Thank you to the children who completed our Catholic Life Survey. The results were overwhelmingly positive, with most children agreeing or strongly agreeing that Jesus is at the heart of our school and that they enjoy learning, praying and growing in faith together. Pupils particularly value learning about Jesus, attending church and living out our Gospel and school values. We will continue to create opportunities for children to help plan and lead </w:t>
                            </w:r>
                            <w:r w:rsidR="007D21E0">
                              <w:rPr>
                                <w:rFonts w:ascii="Aptos" w:hAnsi="Aptos"/>
                                <w:color w:val="263746"/>
                                <w:sz w:val="17"/>
                                <w:szCs w:val="17"/>
                              </w:rPr>
                              <w:t>Celebration of the Word</w:t>
                            </w:r>
                          </w:p>
                        </w:txbxContent>
                      </v:textbox>
                    </v:shape>
                  </w:pict>
                </mc:Fallback>
              </mc:AlternateContent>
            </w:r>
          </w:p>
          <w:p w14:paraId="49A399CB" w14:textId="77777777" w:rsidR="00444446" w:rsidRDefault="00444446">
            <w:pPr>
              <w:spacing w:after="0"/>
              <w:jc w:val="center"/>
            </w:pPr>
          </w:p>
          <w:p w14:paraId="26FFF87A" w14:textId="77777777" w:rsidR="00444446" w:rsidRDefault="00444446">
            <w:pPr>
              <w:spacing w:after="0"/>
              <w:jc w:val="center"/>
            </w:pPr>
          </w:p>
          <w:p w14:paraId="3FAFF814" w14:textId="77777777" w:rsidR="00444446" w:rsidRDefault="00444446">
            <w:pPr>
              <w:spacing w:after="0"/>
              <w:jc w:val="center"/>
            </w:pPr>
          </w:p>
        </w:tc>
      </w:tr>
      <w:tr w:rsidR="00E42145" w14:paraId="57626D01" w14:textId="77777777">
        <w:tblPrEx>
          <w:jc w:val="left"/>
        </w:tblPrEx>
        <w:trPr>
          <w:gridAfter w:val="1"/>
          <w:wAfter w:w="605" w:type="dxa"/>
        </w:trPr>
        <w:tc>
          <w:tcPr>
            <w:tcW w:w="10584" w:type="dxa"/>
            <w:gridSpan w:val="12"/>
            <w:shd w:val="clear" w:color="auto" w:fill="F0E8FA"/>
          </w:tcPr>
          <w:p w14:paraId="7A28B431" w14:textId="77777777" w:rsidR="00B0421E" w:rsidRDefault="00B0421E"/>
          <w:p w14:paraId="3E305DFA" w14:textId="6ED82895" w:rsidR="00B0421E" w:rsidRPr="00CC2EF7" w:rsidRDefault="006501BF" w:rsidP="00CC2EF7">
            <w:pPr>
              <w:jc w:val="center"/>
              <w:rPr>
                <w:b/>
                <w:bCs/>
                <w:sz w:val="32"/>
                <w:szCs w:val="32"/>
              </w:rPr>
            </w:pPr>
            <w:r>
              <w:rPr>
                <w:noProof/>
              </w:rPr>
              <w:lastRenderedPageBreak/>
              <mc:AlternateContent>
                <mc:Choice Requires="wps">
                  <w:drawing>
                    <wp:anchor distT="0" distB="0" distL="114300" distR="114300" simplePos="0" relativeHeight="251660288" behindDoc="0" locked="0" layoutInCell="1" allowOverlap="1" wp14:anchorId="2DC1D30D" wp14:editId="5EA9A337">
                      <wp:simplePos x="0" y="0"/>
                      <wp:positionH relativeFrom="column">
                        <wp:posOffset>3566160</wp:posOffset>
                      </wp:positionH>
                      <wp:positionV relativeFrom="paragraph">
                        <wp:posOffset>605155</wp:posOffset>
                      </wp:positionV>
                      <wp:extent cx="2987040" cy="2446020"/>
                      <wp:effectExtent l="0" t="0" r="22860" b="11430"/>
                      <wp:wrapNone/>
                      <wp:docPr id="456407691" name="Text Box 4"/>
                      <wp:cNvGraphicFramePr/>
                      <a:graphic xmlns:a="http://schemas.openxmlformats.org/drawingml/2006/main">
                        <a:graphicData uri="http://schemas.microsoft.com/office/word/2010/wordprocessingShape">
                          <wps:wsp>
                            <wps:cNvSpPr txBox="1"/>
                            <wps:spPr>
                              <a:xfrm>
                                <a:off x="0" y="0"/>
                                <a:ext cx="2987040" cy="2446020"/>
                              </a:xfrm>
                              <a:prstGeom prst="rect">
                                <a:avLst/>
                              </a:prstGeom>
                              <a:solidFill>
                                <a:srgbClr val="CC9900"/>
                              </a:solidFill>
                              <a:ln w="6350">
                                <a:solidFill>
                                  <a:prstClr val="black"/>
                                </a:solidFill>
                              </a:ln>
                            </wps:spPr>
                            <wps:txbx>
                              <w:txbxContent>
                                <w:p w14:paraId="1386DB15" w14:textId="14EDF7CD" w:rsidR="008255B2" w:rsidRDefault="008255B2">
                                  <w:r>
                                    <w:rPr>
                                      <w:noProof/>
                                    </w:rPr>
                                    <w:drawing>
                                      <wp:inline distT="0" distB="0" distL="0" distR="0" wp14:anchorId="084831D1" wp14:editId="049F5A03">
                                        <wp:extent cx="802640" cy="1280160"/>
                                        <wp:effectExtent l="0" t="0" r="0" b="0"/>
                                        <wp:docPr id="1406212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1212" name="Picture 140621212"/>
                                                <pic:cNvPicPr/>
                                              </pic:nvPicPr>
                                              <pic:blipFill>
                                                <a:blip r:embed="rId8"/>
                                                <a:stretch>
                                                  <a:fillRect/>
                                                </a:stretch>
                                              </pic:blipFill>
                                              <pic:spPr>
                                                <a:xfrm>
                                                  <a:off x="0" y="0"/>
                                                  <a:ext cx="819409" cy="130690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1D30D" id="Text Box 4" o:spid="_x0000_s1027" type="#_x0000_t202" style="position:absolute;left:0;text-align:left;margin-left:280.8pt;margin-top:47.65pt;width:235.2pt;height:19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" fillcolor="#c90" strokeweight=".5pt">
                      <v:textbox>
                        <w:txbxContent>
                          <w:p w14:paraId="1386DB15" w14:textId="14EDF7CD" w:rsidR="008255B2" w:rsidRDefault="008255B2">
                            <w:r>
                              <w:rPr>
                                <w:noProof/>
                              </w:rPr>
                              <w:drawing>
                                <wp:inline distT="0" distB="0" distL="0" distR="0" wp14:anchorId="084831D1" wp14:editId="049F5A03">
                                  <wp:extent cx="802640" cy="1280160"/>
                                  <wp:effectExtent l="0" t="0" r="0" b="0"/>
                                  <wp:docPr id="1406212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1212" name="Picture 140621212"/>
                                          <pic:cNvPicPr/>
                                        </pic:nvPicPr>
                                        <pic:blipFill>
                                          <a:blip r:embed="rId8"/>
                                          <a:stretch>
                                            <a:fillRect/>
                                          </a:stretch>
                                        </pic:blipFill>
                                        <pic:spPr>
                                          <a:xfrm>
                                            <a:off x="0" y="0"/>
                                            <a:ext cx="819409" cy="1306906"/>
                                          </a:xfrm>
                                          <a:prstGeom prst="rect">
                                            <a:avLst/>
                                          </a:prstGeom>
                                        </pic:spPr>
                                      </pic:pic>
                                    </a:graphicData>
                                  </a:graphic>
                                </wp:inline>
                              </w:drawing>
                            </w:r>
                          </w:p>
                        </w:txbxContent>
                      </v:textbox>
                    </v:shape>
                  </w:pict>
                </mc:Fallback>
              </mc:AlternateContent>
            </w:r>
            <w:r w:rsidR="008255B2" w:rsidRPr="00CC2EF7">
              <w:rPr>
                <w:b/>
                <w:bCs/>
                <w:sz w:val="32"/>
                <w:szCs w:val="32"/>
              </w:rPr>
              <w:t>🌈 CELEBRATING LIFE AT ST JULIE'S</w:t>
            </w:r>
            <w:r w:rsidR="008255B2" w:rsidRPr="00CC2EF7">
              <w:rPr>
                <w:b/>
                <w:bCs/>
                <w:sz w:val="32"/>
                <w:szCs w:val="32"/>
              </w:rPr>
              <w:br/>
              <w:t>WHAT'S BEEN HAPPENING THIS WEEK?</w:t>
            </w:r>
          </w:p>
          <w:p w14:paraId="4D9F809E" w14:textId="51D18B41" w:rsidR="00B0421E" w:rsidRDefault="006501BF" w:rsidP="00B0421E">
            <w:pPr>
              <w:rPr>
                <w:rFonts w:ascii="Aptos" w:hAnsi="Aptos"/>
                <w:b/>
                <w:color w:val="0758A6"/>
              </w:rPr>
            </w:pPr>
            <w:r>
              <w:rPr>
                <w:noProof/>
              </w:rPr>
              <mc:AlternateContent>
                <mc:Choice Requires="wps">
                  <w:drawing>
                    <wp:anchor distT="0" distB="0" distL="114300" distR="114300" simplePos="0" relativeHeight="251661312" behindDoc="0" locked="0" layoutInCell="1" allowOverlap="1" wp14:anchorId="098C5168" wp14:editId="68CA4E64">
                      <wp:simplePos x="0" y="0"/>
                      <wp:positionH relativeFrom="column">
                        <wp:posOffset>4472940</wp:posOffset>
                      </wp:positionH>
                      <wp:positionV relativeFrom="paragraph">
                        <wp:posOffset>0</wp:posOffset>
                      </wp:positionV>
                      <wp:extent cx="1981200" cy="2156460"/>
                      <wp:effectExtent l="0" t="0" r="19050" b="15240"/>
                      <wp:wrapNone/>
                      <wp:docPr id="618933565" name="Text Box 5"/>
                      <wp:cNvGraphicFramePr/>
                      <a:graphic xmlns:a="http://schemas.openxmlformats.org/drawingml/2006/main">
                        <a:graphicData uri="http://schemas.microsoft.com/office/word/2010/wordprocessingShape">
                          <wps:wsp>
                            <wps:cNvSpPr txBox="1"/>
                            <wps:spPr>
                              <a:xfrm>
                                <a:off x="0" y="0"/>
                                <a:ext cx="1981200" cy="2156460"/>
                              </a:xfrm>
                              <a:prstGeom prst="rect">
                                <a:avLst/>
                              </a:prstGeom>
                              <a:solidFill>
                                <a:schemeClr val="lt1"/>
                              </a:solidFill>
                              <a:ln w="6350">
                                <a:solidFill>
                                  <a:prstClr val="black"/>
                                </a:solidFill>
                              </a:ln>
                            </wps:spPr>
                            <wps:txbx>
                              <w:txbxContent>
                                <w:p w14:paraId="36A33DCA" w14:textId="20D7BDAB" w:rsidR="008255B2" w:rsidRDefault="008255B2">
                                  <w:pPr>
                                    <w:rPr>
                                      <w:rFonts w:ascii="Tahoma" w:hAnsi="Tahoma" w:cs="Tahoma"/>
                                      <w:bCs/>
                                      <w:iCs/>
                                      <w:sz w:val="18"/>
                                      <w:szCs w:val="18"/>
                                    </w:rPr>
                                  </w:pPr>
                                  <w:r w:rsidRPr="008255B2">
                                    <w:rPr>
                                      <w:rFonts w:ascii="Tahoma" w:hAnsi="Tahoma" w:cs="Tahoma"/>
                                      <w:bCs/>
                                      <w:iCs/>
                                      <w:sz w:val="18"/>
                                      <w:szCs w:val="18"/>
                                    </w:rPr>
                                    <w:t>We are delighted to award St Julie Catholic Primary School the Gold Primary Geography Quality Mark. It is clear from the submission that geography has a high profile across the school and is supported by a strong vision, purposeful leadership and a commitment to enabling pupils to become active and engaged geographers.</w:t>
                                  </w:r>
                                </w:p>
                                <w:p w14:paraId="5091980E" w14:textId="5C58B446" w:rsidR="008255B2" w:rsidRPr="008255B2" w:rsidRDefault="007D21E0">
                                  <w:pPr>
                                    <w:rPr>
                                      <w:b/>
                                    </w:rPr>
                                  </w:pPr>
                                  <w:r w:rsidRPr="008255B2">
                                    <w:rPr>
                                      <w:rFonts w:ascii="Tahoma" w:hAnsi="Tahoma" w:cs="Tahoma"/>
                                      <w:b/>
                                      <w:iCs/>
                                      <w:sz w:val="18"/>
                                      <w:szCs w:val="18"/>
                                    </w:rPr>
                                    <w:t>Thank You, Mrs. Kernick,</w:t>
                                  </w:r>
                                  <w:r w:rsidR="008255B2" w:rsidRPr="008255B2">
                                    <w:rPr>
                                      <w:rFonts w:ascii="Tahoma" w:hAnsi="Tahoma" w:cs="Tahoma"/>
                                      <w:b/>
                                      <w:iCs/>
                                      <w:sz w:val="18"/>
                                      <w:szCs w:val="18"/>
                                    </w:rPr>
                                    <w:t xml:space="preserve"> for </w:t>
                                  </w:r>
                                  <w:proofErr w:type="gramStart"/>
                                  <w:r w:rsidR="008255B2" w:rsidRPr="008255B2">
                                    <w:rPr>
                                      <w:rFonts w:ascii="Tahoma" w:hAnsi="Tahoma" w:cs="Tahoma"/>
                                      <w:b/>
                                      <w:iCs/>
                                      <w:sz w:val="18"/>
                                      <w:szCs w:val="18"/>
                                    </w:rPr>
                                    <w:t>all of</w:t>
                                  </w:r>
                                  <w:proofErr w:type="gramEnd"/>
                                  <w:r w:rsidR="008255B2" w:rsidRPr="008255B2">
                                    <w:rPr>
                                      <w:rFonts w:ascii="Tahoma" w:hAnsi="Tahoma" w:cs="Tahoma"/>
                                      <w:b/>
                                      <w:iCs/>
                                      <w:sz w:val="18"/>
                                      <w:szCs w:val="18"/>
                                    </w:rPr>
                                    <w:t xml:space="preserve"> your hard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8C5168" id="Text Box 5" o:spid="_x0000_s1028" type="#_x0000_t202" style="position:absolute;margin-left:352.2pt;margin-top:0;width:156pt;height:169.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" fillcolor="white [3201]" strokeweight=".5pt">
                      <v:textbox>
                        <w:txbxContent>
                          <w:p w14:paraId="36A33DCA" w14:textId="20D7BDAB" w:rsidR="008255B2" w:rsidRDefault="008255B2">
                            <w:pPr>
                              <w:rPr>
                                <w:rFonts w:ascii="Tahoma" w:hAnsi="Tahoma" w:cs="Tahoma"/>
                                <w:bCs/>
                                <w:iCs/>
                                <w:sz w:val="18"/>
                                <w:szCs w:val="18"/>
                              </w:rPr>
                            </w:pPr>
                            <w:r w:rsidRPr="008255B2">
                              <w:rPr>
                                <w:rFonts w:ascii="Tahoma" w:hAnsi="Tahoma" w:cs="Tahoma"/>
                                <w:bCs/>
                                <w:iCs/>
                                <w:sz w:val="18"/>
                                <w:szCs w:val="18"/>
                              </w:rPr>
                              <w:t>We are delighted to award St Julie Catholic Primary School the Gold Primary Geography Quality Mark. It is clear from the submission that geography has a high profile across the school and is supported by a strong vision, purposeful leadership and a commitment to enabling pupils to become active and engaged geographers.</w:t>
                            </w:r>
                          </w:p>
                          <w:p w14:paraId="5091980E" w14:textId="5C58B446" w:rsidR="008255B2" w:rsidRPr="008255B2" w:rsidRDefault="007D21E0">
                            <w:pPr>
                              <w:rPr>
                                <w:b/>
                              </w:rPr>
                            </w:pPr>
                            <w:r w:rsidRPr="008255B2">
                              <w:rPr>
                                <w:rFonts w:ascii="Tahoma" w:hAnsi="Tahoma" w:cs="Tahoma"/>
                                <w:b/>
                                <w:iCs/>
                                <w:sz w:val="18"/>
                                <w:szCs w:val="18"/>
                              </w:rPr>
                              <w:t>Thank You, Mrs. Kernick,</w:t>
                            </w:r>
                            <w:r w:rsidR="008255B2" w:rsidRPr="008255B2">
                              <w:rPr>
                                <w:rFonts w:ascii="Tahoma" w:hAnsi="Tahoma" w:cs="Tahoma"/>
                                <w:b/>
                                <w:iCs/>
                                <w:sz w:val="18"/>
                                <w:szCs w:val="18"/>
                              </w:rPr>
                              <w:t xml:space="preserve"> for </w:t>
                            </w:r>
                            <w:proofErr w:type="gramStart"/>
                            <w:r w:rsidR="008255B2" w:rsidRPr="008255B2">
                              <w:rPr>
                                <w:rFonts w:ascii="Tahoma" w:hAnsi="Tahoma" w:cs="Tahoma"/>
                                <w:b/>
                                <w:iCs/>
                                <w:sz w:val="18"/>
                                <w:szCs w:val="18"/>
                              </w:rPr>
                              <w:t>all of</w:t>
                            </w:r>
                            <w:proofErr w:type="gramEnd"/>
                            <w:r w:rsidR="008255B2" w:rsidRPr="008255B2">
                              <w:rPr>
                                <w:rFonts w:ascii="Tahoma" w:hAnsi="Tahoma" w:cs="Tahoma"/>
                                <w:b/>
                                <w:iCs/>
                                <w:sz w:val="18"/>
                                <w:szCs w:val="18"/>
                              </w:rPr>
                              <w:t xml:space="preserve"> your hard work.</w:t>
                            </w:r>
                          </w:p>
                        </w:txbxContent>
                      </v:textbox>
                    </v:shape>
                  </w:pict>
                </mc:Fallback>
              </mc:AlternateContent>
            </w:r>
            <w:r w:rsidR="00CC2EF7">
              <w:rPr>
                <w:noProof/>
              </w:rPr>
              <mc:AlternateContent>
                <mc:Choice Requires="wps">
                  <w:drawing>
                    <wp:anchor distT="0" distB="0" distL="114300" distR="114300" simplePos="0" relativeHeight="251662336" behindDoc="0" locked="0" layoutInCell="1" allowOverlap="1" wp14:anchorId="140B9E9D" wp14:editId="2F155574">
                      <wp:simplePos x="0" y="0"/>
                      <wp:positionH relativeFrom="column">
                        <wp:posOffset>-68580</wp:posOffset>
                      </wp:positionH>
                      <wp:positionV relativeFrom="paragraph">
                        <wp:posOffset>259080</wp:posOffset>
                      </wp:positionV>
                      <wp:extent cx="3192780" cy="1135380"/>
                      <wp:effectExtent l="0" t="0" r="26670" b="26670"/>
                      <wp:wrapNone/>
                      <wp:docPr id="1095244442" name="Text Box 4"/>
                      <wp:cNvGraphicFramePr/>
                      <a:graphic xmlns:a="http://schemas.openxmlformats.org/drawingml/2006/main">
                        <a:graphicData uri="http://schemas.microsoft.com/office/word/2010/wordprocessingShape">
                          <wps:wsp>
                            <wps:cNvSpPr txBox="1"/>
                            <wps:spPr>
                              <a:xfrm>
                                <a:off x="0" y="0"/>
                                <a:ext cx="3192780" cy="1135380"/>
                              </a:xfrm>
                              <a:prstGeom prst="rect">
                                <a:avLst/>
                              </a:prstGeom>
                              <a:solidFill>
                                <a:schemeClr val="lt1"/>
                              </a:solidFill>
                              <a:ln w="6350">
                                <a:solidFill>
                                  <a:prstClr val="black"/>
                                </a:solidFill>
                              </a:ln>
                            </wps:spPr>
                            <wps:txbx>
                              <w:txbxContent>
                                <w:p w14:paraId="326BFA68" w14:textId="119A477A" w:rsidR="00CC2EF7" w:rsidRPr="006501BF" w:rsidRDefault="00CC2EF7" w:rsidP="00CC2EF7">
                                  <w:pPr>
                                    <w:rPr>
                                      <w:rFonts w:ascii="Aptos" w:hAnsi="Aptos"/>
                                      <w:bCs/>
                                      <w:color w:val="0758A6"/>
                                      <w:sz w:val="20"/>
                                      <w:szCs w:val="20"/>
                                    </w:rPr>
                                  </w:pPr>
                                  <w:r w:rsidRPr="006501BF">
                                    <w:rPr>
                                      <w:rFonts w:ascii="Aptos" w:hAnsi="Aptos"/>
                                      <w:bCs/>
                                      <w:color w:val="0758A6"/>
                                      <w:sz w:val="20"/>
                                      <w:szCs w:val="20"/>
                                    </w:rPr>
                                    <w:t xml:space="preserve">A huge thank you to everyone who supported our Mary’s Meals Breakfast we raised a massive </w:t>
                                  </w:r>
                                  <w:r w:rsidRPr="006501BF">
                                    <w:rPr>
                                      <w:rFonts w:ascii="Aptos" w:hAnsi="Aptos"/>
                                      <w:b/>
                                      <w:color w:val="0758A6"/>
                                      <w:sz w:val="20"/>
                                      <w:szCs w:val="20"/>
                                    </w:rPr>
                                    <w:t>£164.</w:t>
                                  </w:r>
                                  <w:r w:rsidRPr="006501BF">
                                    <w:rPr>
                                      <w:rFonts w:ascii="Aptos" w:hAnsi="Aptos"/>
                                      <w:bCs/>
                                      <w:color w:val="0758A6"/>
                                      <w:sz w:val="20"/>
                                      <w:szCs w:val="20"/>
                                    </w:rPr>
                                    <w:t xml:space="preserve"> Thank you for your kindness, support and generosity. A special thank you to our staff and Mini Vinnies for helping to make the event such a success.</w:t>
                                  </w:r>
                                </w:p>
                                <w:p w14:paraId="737246DD" w14:textId="77777777" w:rsidR="00CC2EF7" w:rsidRPr="00B0421E" w:rsidRDefault="00CC2EF7" w:rsidP="00CC2EF7">
                                  <w:r w:rsidRPr="00B0421E">
                                    <w:t>.</w:t>
                                  </w:r>
                                </w:p>
                                <w:p w14:paraId="02157963" w14:textId="77777777" w:rsidR="00CC2EF7" w:rsidRPr="00B0421E" w:rsidRDefault="00CC2EF7" w:rsidP="00CC2EF7">
                                  <w:r w:rsidRPr="00B0421E">
                                    <w:t xml:space="preserve"> Together we raised an amazing £164. Thank you for your wonderful </w:t>
                                  </w:r>
                                </w:p>
                                <w:p w14:paraId="0CDE6A10" w14:textId="77777777" w:rsidR="00CC2EF7" w:rsidRPr="00B0421E" w:rsidRDefault="00CC2EF7" w:rsidP="00CC2EF7">
                                  <w:r w:rsidRPr="00B0421E">
                                    <w:t>generosity and support.</w:t>
                                  </w:r>
                                </w:p>
                                <w:p w14:paraId="0BECD8B3" w14:textId="77777777" w:rsidR="00CC2EF7" w:rsidRDefault="00CC2EF7"/>
                                <w:p w14:paraId="0DFB9C8A" w14:textId="77777777" w:rsidR="00CC2EF7" w:rsidRDefault="00CC2EF7"/>
                                <w:p w14:paraId="0CB71C16" w14:textId="77777777" w:rsidR="00CC2EF7" w:rsidRDefault="00CC2EF7"/>
                                <w:p w14:paraId="61055792" w14:textId="77777777" w:rsidR="00CC2EF7" w:rsidRDefault="00CC2EF7"/>
                                <w:p w14:paraId="2A6EF563" w14:textId="77777777" w:rsidR="00CC2EF7" w:rsidRDefault="00CC2EF7"/>
                                <w:p w14:paraId="16E32422" w14:textId="77777777" w:rsidR="00CC2EF7" w:rsidRDefault="00CC2E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B9E9D" id="_x0000_s1029" type="#_x0000_t202" style="position:absolute;margin-left:-5.4pt;margin-top:20.4pt;width:251.4pt;height:8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" fillcolor="white [3201]" strokeweight=".5pt">
                      <v:textbox>
                        <w:txbxContent>
                          <w:p w14:paraId="326BFA68" w14:textId="119A477A" w:rsidR="00CC2EF7" w:rsidRPr="006501BF" w:rsidRDefault="00CC2EF7" w:rsidP="00CC2EF7">
                            <w:pPr>
                              <w:rPr>
                                <w:rFonts w:ascii="Aptos" w:hAnsi="Aptos"/>
                                <w:bCs/>
                                <w:color w:val="0758A6"/>
                                <w:sz w:val="20"/>
                                <w:szCs w:val="20"/>
                              </w:rPr>
                            </w:pPr>
                            <w:r w:rsidRPr="006501BF">
                              <w:rPr>
                                <w:rFonts w:ascii="Aptos" w:hAnsi="Aptos"/>
                                <w:bCs/>
                                <w:color w:val="0758A6"/>
                                <w:sz w:val="20"/>
                                <w:szCs w:val="20"/>
                              </w:rPr>
                              <w:t xml:space="preserve">A huge thank you to everyone who supported our Mary’s Meals Breakfast we raised a massive </w:t>
                            </w:r>
                            <w:r w:rsidRPr="006501BF">
                              <w:rPr>
                                <w:rFonts w:ascii="Aptos" w:hAnsi="Aptos"/>
                                <w:b/>
                                <w:color w:val="0758A6"/>
                                <w:sz w:val="20"/>
                                <w:szCs w:val="20"/>
                              </w:rPr>
                              <w:t>£164.</w:t>
                            </w:r>
                            <w:r w:rsidRPr="006501BF">
                              <w:rPr>
                                <w:rFonts w:ascii="Aptos" w:hAnsi="Aptos"/>
                                <w:bCs/>
                                <w:color w:val="0758A6"/>
                                <w:sz w:val="20"/>
                                <w:szCs w:val="20"/>
                              </w:rPr>
                              <w:t xml:space="preserve"> Thank you for your kindness, support and generosity. A special thank you to our staff and Mini Vinnies for helping to make the event such a success.</w:t>
                            </w:r>
                          </w:p>
                          <w:p w14:paraId="737246DD" w14:textId="77777777" w:rsidR="00CC2EF7" w:rsidRPr="00B0421E" w:rsidRDefault="00CC2EF7" w:rsidP="00CC2EF7">
                            <w:r w:rsidRPr="00B0421E">
                              <w:t>.</w:t>
                            </w:r>
                          </w:p>
                          <w:p w14:paraId="02157963" w14:textId="77777777" w:rsidR="00CC2EF7" w:rsidRPr="00B0421E" w:rsidRDefault="00CC2EF7" w:rsidP="00CC2EF7">
                            <w:r w:rsidRPr="00B0421E">
                              <w:t xml:space="preserve"> Together we raised an amazing £164. Thank you for your wonderful </w:t>
                            </w:r>
                          </w:p>
                          <w:p w14:paraId="0CDE6A10" w14:textId="77777777" w:rsidR="00CC2EF7" w:rsidRPr="00B0421E" w:rsidRDefault="00CC2EF7" w:rsidP="00CC2EF7">
                            <w:r w:rsidRPr="00B0421E">
                              <w:t>generosity and support.</w:t>
                            </w:r>
                          </w:p>
                          <w:p w14:paraId="0BECD8B3" w14:textId="77777777" w:rsidR="00CC2EF7" w:rsidRDefault="00CC2EF7"/>
                          <w:p w14:paraId="0DFB9C8A" w14:textId="77777777" w:rsidR="00CC2EF7" w:rsidRDefault="00CC2EF7"/>
                          <w:p w14:paraId="0CB71C16" w14:textId="77777777" w:rsidR="00CC2EF7" w:rsidRDefault="00CC2EF7"/>
                          <w:p w14:paraId="61055792" w14:textId="77777777" w:rsidR="00CC2EF7" w:rsidRDefault="00CC2EF7"/>
                          <w:p w14:paraId="2A6EF563" w14:textId="77777777" w:rsidR="00CC2EF7" w:rsidRDefault="00CC2EF7"/>
                          <w:p w14:paraId="16E32422" w14:textId="77777777" w:rsidR="00CC2EF7" w:rsidRDefault="00CC2EF7"/>
                        </w:txbxContent>
                      </v:textbox>
                    </v:shape>
                  </w:pict>
                </mc:Fallback>
              </mc:AlternateContent>
            </w:r>
            <w:r w:rsidR="00B0421E">
              <w:rPr>
                <w:rFonts w:ascii="Aptos" w:hAnsi="Aptos"/>
                <w:b/>
                <w:color w:val="0758A6"/>
              </w:rPr>
              <w:t>🥣 THANK YOU — MARY'S MEALS</w:t>
            </w:r>
          </w:p>
          <w:p w14:paraId="0F4F2D88" w14:textId="4F6D57F8" w:rsidR="00E42145" w:rsidRDefault="008255B2">
            <w:r>
              <w:br/>
            </w:r>
            <w:r>
              <w:br/>
            </w:r>
          </w:p>
          <w:p w14:paraId="6C743E6D" w14:textId="77777777" w:rsidR="00CC2EF7" w:rsidRDefault="00CC2EF7"/>
          <w:p w14:paraId="3C2AF76A" w14:textId="5485198E" w:rsidR="00CC2EF7" w:rsidRPr="006501BF" w:rsidRDefault="00CC2EF7" w:rsidP="00CC2EF7">
            <w:pPr>
              <w:pStyle w:val="NormalWeb"/>
              <w:rPr>
                <w:lang w:val="en-US"/>
              </w:rPr>
            </w:pPr>
            <w:r>
              <w:rPr>
                <w:noProof/>
              </w:rPr>
              <w:t xml:space="preserve">  </w:t>
            </w:r>
            <w:r w:rsidR="006501BF">
              <w:rPr>
                <w:noProof/>
              </w:rPr>
              <w:drawing>
                <wp:inline distT="0" distB="0" distL="0" distR="0" wp14:anchorId="2B2DF0D7" wp14:editId="3A97F340">
                  <wp:extent cx="1684020" cy="1363673"/>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1583" cy="1369797"/>
                          </a:xfrm>
                          <a:prstGeom prst="rect">
                            <a:avLst/>
                          </a:prstGeom>
                          <a:noFill/>
                          <a:ln>
                            <a:noFill/>
                          </a:ln>
                        </pic:spPr>
                      </pic:pic>
                    </a:graphicData>
                  </a:graphic>
                </wp:inline>
              </w:drawing>
            </w:r>
            <w:r>
              <w:rPr>
                <w:noProof/>
              </w:rPr>
              <w:t xml:space="preserve">   </w:t>
            </w:r>
            <w:r w:rsidR="006501BF">
              <w:rPr>
                <w:noProof/>
                <w:lang w:val="en-US"/>
              </w:rPr>
              <w:drawing>
                <wp:inline distT="0" distB="0" distL="0" distR="0" wp14:anchorId="09FB2DA2" wp14:editId="49515FC7">
                  <wp:extent cx="1539240" cy="1365885"/>
                  <wp:effectExtent l="0" t="0" r="3810" b="5715"/>
                  <wp:docPr id="16897340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34056" name="Picture 1689734056"/>
                          <pic:cNvPicPr/>
                        </pic:nvPicPr>
                        <pic:blipFill>
                          <a:blip r:embed="rId10"/>
                          <a:stretch>
                            <a:fillRect/>
                          </a:stretch>
                        </pic:blipFill>
                        <pic:spPr>
                          <a:xfrm>
                            <a:off x="0" y="0"/>
                            <a:ext cx="1539240" cy="1365885"/>
                          </a:xfrm>
                          <a:prstGeom prst="rect">
                            <a:avLst/>
                          </a:prstGeom>
                        </pic:spPr>
                      </pic:pic>
                    </a:graphicData>
                  </a:graphic>
                </wp:inline>
              </w:drawing>
            </w:r>
            <w:r>
              <w:rPr>
                <w:noProof/>
              </w:rPr>
              <w:t xml:space="preserve">   </w:t>
            </w:r>
            <w:r w:rsidR="006501BF" w:rsidRPr="006501BF">
              <w:rPr>
                <w:noProof/>
                <w:lang w:val="en-US"/>
              </w:rPr>
              <mc:AlternateContent>
                <mc:Choice Requires="wps">
                  <w:drawing>
                    <wp:inline distT="0" distB="0" distL="0" distR="0" wp14:anchorId="68DB6689" wp14:editId="223C4373">
                      <wp:extent cx="304800" cy="304800"/>
                      <wp:effectExtent l="0" t="0" r="0" b="0"/>
                      <wp:docPr id="9888400" name="Rectangle 5"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3725768B" id="Rectangle 5"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r w:rsidR="00E42145" w14:paraId="3B8EDC6F" w14:textId="77777777">
        <w:trPr>
          <w:jc w:val="center"/>
        </w:trPr>
        <w:tc>
          <w:tcPr>
            <w:tcW w:w="11189" w:type="dxa"/>
            <w:gridSpan w:val="13"/>
            <w:shd w:val="clear" w:color="auto" w:fill="0758A6"/>
          </w:tcPr>
          <w:p w14:paraId="7AB2E1D7" w14:textId="44EC1DD6" w:rsidR="00E42145" w:rsidRDefault="000318B5">
            <w:pPr>
              <w:spacing w:after="0"/>
              <w:jc w:val="center"/>
            </w:pPr>
            <w:r>
              <w:lastRenderedPageBreak/>
              <w:br w:type="page"/>
            </w:r>
            <w:r>
              <w:rPr>
                <w:rFonts w:ascii="Aptos" w:hAnsi="Aptos"/>
                <w:b/>
                <w:color w:val="FFFFFF"/>
                <w:sz w:val="34"/>
              </w:rPr>
              <w:t>DATES, NEWS &amp; REMINDERS</w:t>
            </w:r>
          </w:p>
        </w:tc>
      </w:tr>
      <w:tr w:rsidR="00E42145" w14:paraId="31D10713" w14:textId="77777777">
        <w:trPr>
          <w:jc w:val="center"/>
        </w:trPr>
        <w:tc>
          <w:tcPr>
            <w:tcW w:w="11189" w:type="dxa"/>
            <w:gridSpan w:val="13"/>
            <w:shd w:val="clear" w:color="auto" w:fill="2D8ED6"/>
          </w:tcPr>
          <w:p w14:paraId="72AB5461" w14:textId="77777777" w:rsidR="00E42145" w:rsidRDefault="000318B5">
            <w:pPr>
              <w:spacing w:after="0"/>
              <w:jc w:val="center"/>
            </w:pPr>
            <w:r>
              <w:rPr>
                <w:rFonts w:ascii="Aptos" w:hAnsi="Aptos"/>
                <w:b/>
                <w:color w:val="FFFFFF"/>
                <w:sz w:val="26"/>
              </w:rPr>
              <w:t>DATES FOR YOUR DIARY</w:t>
            </w:r>
          </w:p>
        </w:tc>
      </w:tr>
      <w:tr w:rsidR="00E42145" w14:paraId="461BF95A" w14:textId="77777777" w:rsidTr="00444446">
        <w:tblPrEx>
          <w:jc w:val="left"/>
        </w:tblPrEx>
        <w:tc>
          <w:tcPr>
            <w:tcW w:w="5594" w:type="dxa"/>
            <w:gridSpan w:val="6"/>
            <w:shd w:val="clear" w:color="auto" w:fill="0758A6"/>
          </w:tcPr>
          <w:p w14:paraId="3B0924DE" w14:textId="77777777" w:rsidR="00E42145" w:rsidRDefault="000318B5">
            <w:pPr>
              <w:spacing w:after="0"/>
              <w:jc w:val="center"/>
            </w:pPr>
            <w:r>
              <w:rPr>
                <w:rFonts w:ascii="Aptos" w:hAnsi="Aptos"/>
                <w:b/>
                <w:color w:val="FFFFFF"/>
                <w:sz w:val="17"/>
              </w:rPr>
              <w:t>DATE</w:t>
            </w:r>
          </w:p>
        </w:tc>
        <w:tc>
          <w:tcPr>
            <w:tcW w:w="5595" w:type="dxa"/>
            <w:gridSpan w:val="7"/>
            <w:shd w:val="clear" w:color="auto" w:fill="0758A6"/>
          </w:tcPr>
          <w:p w14:paraId="68D81EA1" w14:textId="77777777" w:rsidR="00E42145" w:rsidRDefault="000318B5">
            <w:pPr>
              <w:spacing w:after="0"/>
              <w:jc w:val="center"/>
            </w:pPr>
            <w:r>
              <w:rPr>
                <w:rFonts w:ascii="Aptos" w:hAnsi="Aptos"/>
                <w:b/>
                <w:color w:val="FFFFFF"/>
                <w:sz w:val="17"/>
              </w:rPr>
              <w:t>EVENT</w:t>
            </w:r>
          </w:p>
        </w:tc>
      </w:tr>
      <w:tr w:rsidR="00E42145" w14:paraId="1EC6E0F8" w14:textId="77777777" w:rsidTr="00444446">
        <w:tblPrEx>
          <w:jc w:val="left"/>
        </w:tblPrEx>
        <w:tc>
          <w:tcPr>
            <w:tcW w:w="5594" w:type="dxa"/>
            <w:gridSpan w:val="6"/>
            <w:shd w:val="clear" w:color="auto" w:fill="E3F3FF"/>
          </w:tcPr>
          <w:p w14:paraId="3A39DCFE" w14:textId="3956F9C2" w:rsidR="00E42145" w:rsidRPr="00444446" w:rsidRDefault="000318B5">
            <w:pPr>
              <w:spacing w:after="0"/>
            </w:pPr>
            <w:r w:rsidRPr="00444446">
              <w:rPr>
                <w:rFonts w:ascii="Aptos" w:hAnsi="Aptos"/>
                <w:b/>
                <w:color w:val="083B70"/>
              </w:rPr>
              <w:t>Tuesday 29</w:t>
            </w:r>
            <w:proofErr w:type="gramStart"/>
            <w:r w:rsidR="00444446" w:rsidRPr="00444446">
              <w:rPr>
                <w:rFonts w:ascii="Aptos" w:hAnsi="Aptos"/>
                <w:b/>
                <w:color w:val="083B70"/>
                <w:vertAlign w:val="superscript"/>
              </w:rPr>
              <w:t>th</w:t>
            </w:r>
            <w:r w:rsidR="00444446" w:rsidRPr="00444446">
              <w:rPr>
                <w:rFonts w:ascii="Aptos" w:hAnsi="Aptos"/>
                <w:b/>
                <w:color w:val="083B70"/>
              </w:rPr>
              <w:t xml:space="preserve"> </w:t>
            </w:r>
            <w:r w:rsidRPr="00444446">
              <w:rPr>
                <w:rFonts w:ascii="Aptos" w:hAnsi="Aptos"/>
                <w:b/>
                <w:color w:val="083B70"/>
              </w:rPr>
              <w:t xml:space="preserve"> September</w:t>
            </w:r>
            <w:proofErr w:type="gramEnd"/>
          </w:p>
        </w:tc>
        <w:tc>
          <w:tcPr>
            <w:tcW w:w="5595" w:type="dxa"/>
            <w:gridSpan w:val="7"/>
          </w:tcPr>
          <w:p w14:paraId="58DFDA4F" w14:textId="40DB3530" w:rsidR="00E42145" w:rsidRPr="00444446" w:rsidRDefault="00444446">
            <w:pPr>
              <w:spacing w:after="0"/>
            </w:pPr>
            <w:r w:rsidRPr="00444446">
              <w:rPr>
                <w:rFonts w:ascii="Aptos" w:hAnsi="Aptos"/>
                <w:color w:val="263746"/>
              </w:rPr>
              <w:t xml:space="preserve">Whole School Flu </w:t>
            </w:r>
            <w:proofErr w:type="spellStart"/>
            <w:r w:rsidRPr="00444446">
              <w:rPr>
                <w:rFonts w:ascii="Aptos" w:hAnsi="Aptos"/>
                <w:color w:val="263746"/>
              </w:rPr>
              <w:t>Immunisations</w:t>
            </w:r>
            <w:proofErr w:type="spellEnd"/>
          </w:p>
        </w:tc>
      </w:tr>
      <w:tr w:rsidR="00E42145" w14:paraId="3B86E40A" w14:textId="77777777" w:rsidTr="00444446">
        <w:tblPrEx>
          <w:jc w:val="left"/>
        </w:tblPrEx>
        <w:tc>
          <w:tcPr>
            <w:tcW w:w="5594" w:type="dxa"/>
            <w:gridSpan w:val="6"/>
            <w:shd w:val="clear" w:color="auto" w:fill="E3F3FF"/>
          </w:tcPr>
          <w:p w14:paraId="4EB13C85" w14:textId="26E2CDBC" w:rsidR="00E42145" w:rsidRPr="00444446" w:rsidRDefault="00444446">
            <w:pPr>
              <w:spacing w:after="0"/>
            </w:pPr>
            <w:r w:rsidRPr="00444446">
              <w:rPr>
                <w:rFonts w:ascii="Aptos" w:hAnsi="Aptos"/>
                <w:b/>
                <w:color w:val="083B70"/>
              </w:rPr>
              <w:t>Thursday 1</w:t>
            </w:r>
            <w:proofErr w:type="gramStart"/>
            <w:r w:rsidRPr="00444446">
              <w:rPr>
                <w:rFonts w:ascii="Aptos" w:hAnsi="Aptos"/>
                <w:b/>
                <w:color w:val="083B70"/>
                <w:vertAlign w:val="superscript"/>
              </w:rPr>
              <w:t>st</w:t>
            </w:r>
            <w:r w:rsidRPr="00444446">
              <w:rPr>
                <w:rFonts w:ascii="Aptos" w:hAnsi="Aptos"/>
                <w:b/>
                <w:color w:val="083B70"/>
              </w:rPr>
              <w:t xml:space="preserve">  October</w:t>
            </w:r>
            <w:proofErr w:type="gramEnd"/>
          </w:p>
        </w:tc>
        <w:tc>
          <w:tcPr>
            <w:tcW w:w="5595" w:type="dxa"/>
            <w:gridSpan w:val="7"/>
          </w:tcPr>
          <w:p w14:paraId="006B9D87" w14:textId="77777777" w:rsidR="00E42145" w:rsidRPr="00444446" w:rsidRDefault="000318B5">
            <w:pPr>
              <w:spacing w:after="0"/>
            </w:pPr>
            <w:r w:rsidRPr="00444446">
              <w:rPr>
                <w:rFonts w:ascii="Aptos" w:hAnsi="Aptos"/>
                <w:color w:val="263746"/>
              </w:rPr>
              <w:t>Year 6 Parish Mass — 9:30am in church</w:t>
            </w:r>
          </w:p>
        </w:tc>
      </w:tr>
      <w:tr w:rsidR="00E42145" w14:paraId="580550B1" w14:textId="77777777" w:rsidTr="00444446">
        <w:tblPrEx>
          <w:jc w:val="left"/>
        </w:tblPrEx>
        <w:tc>
          <w:tcPr>
            <w:tcW w:w="5594" w:type="dxa"/>
            <w:gridSpan w:val="6"/>
            <w:shd w:val="clear" w:color="auto" w:fill="E3F3FF"/>
          </w:tcPr>
          <w:p w14:paraId="40E71C9D" w14:textId="0E464EE4" w:rsidR="00E42145" w:rsidRPr="00444446" w:rsidRDefault="000318B5">
            <w:pPr>
              <w:spacing w:after="0"/>
            </w:pPr>
            <w:r w:rsidRPr="00444446">
              <w:rPr>
                <w:rFonts w:ascii="Aptos" w:hAnsi="Aptos"/>
                <w:b/>
                <w:color w:val="083B70"/>
              </w:rPr>
              <w:t>Wednesday 7</w:t>
            </w:r>
            <w:proofErr w:type="gramStart"/>
            <w:r w:rsidR="00444446" w:rsidRPr="00444446">
              <w:rPr>
                <w:rFonts w:ascii="Aptos" w:hAnsi="Aptos"/>
                <w:b/>
                <w:color w:val="083B70"/>
                <w:vertAlign w:val="superscript"/>
              </w:rPr>
              <w:t>th</w:t>
            </w:r>
            <w:r w:rsidR="00444446" w:rsidRPr="00444446">
              <w:rPr>
                <w:rFonts w:ascii="Aptos" w:hAnsi="Aptos"/>
                <w:b/>
                <w:color w:val="083B70"/>
              </w:rPr>
              <w:t xml:space="preserve"> </w:t>
            </w:r>
            <w:r w:rsidRPr="00444446">
              <w:rPr>
                <w:rFonts w:ascii="Aptos" w:hAnsi="Aptos"/>
                <w:b/>
                <w:color w:val="083B70"/>
              </w:rPr>
              <w:t xml:space="preserve"> October</w:t>
            </w:r>
            <w:proofErr w:type="gramEnd"/>
          </w:p>
        </w:tc>
        <w:tc>
          <w:tcPr>
            <w:tcW w:w="5595" w:type="dxa"/>
            <w:gridSpan w:val="7"/>
          </w:tcPr>
          <w:p w14:paraId="7D419530" w14:textId="7BE8232A" w:rsidR="00E42145" w:rsidRPr="00444446" w:rsidRDefault="000318B5">
            <w:pPr>
              <w:spacing w:after="0"/>
            </w:pPr>
            <w:r w:rsidRPr="00444446">
              <w:rPr>
                <w:rFonts w:ascii="Aptos" w:hAnsi="Aptos"/>
                <w:color w:val="263746"/>
              </w:rPr>
              <w:t>Headteacher Meet &amp; Greet — 9:30am</w:t>
            </w:r>
            <w:r w:rsidR="00444446" w:rsidRPr="00444446">
              <w:rPr>
                <w:rFonts w:ascii="Aptos" w:hAnsi="Aptos"/>
                <w:color w:val="263746"/>
              </w:rPr>
              <w:t xml:space="preserve"> in the school hall</w:t>
            </w:r>
          </w:p>
        </w:tc>
      </w:tr>
      <w:tr w:rsidR="00E42145" w14:paraId="1C8A3D6D" w14:textId="77777777" w:rsidTr="00444446">
        <w:tblPrEx>
          <w:jc w:val="left"/>
        </w:tblPrEx>
        <w:tc>
          <w:tcPr>
            <w:tcW w:w="5594" w:type="dxa"/>
            <w:gridSpan w:val="6"/>
            <w:shd w:val="clear" w:color="auto" w:fill="E3F3FF"/>
          </w:tcPr>
          <w:p w14:paraId="5EF572B0" w14:textId="41F4B1CD" w:rsidR="00E42145" w:rsidRPr="00444446" w:rsidRDefault="000318B5">
            <w:pPr>
              <w:spacing w:after="0"/>
            </w:pPr>
            <w:r w:rsidRPr="00444446">
              <w:rPr>
                <w:rFonts w:ascii="Aptos" w:hAnsi="Aptos"/>
                <w:b/>
                <w:color w:val="083B70"/>
              </w:rPr>
              <w:t>Wednesday 7</w:t>
            </w:r>
            <w:proofErr w:type="gramStart"/>
            <w:r w:rsidR="00444446" w:rsidRPr="00444446">
              <w:rPr>
                <w:rFonts w:ascii="Aptos" w:hAnsi="Aptos"/>
                <w:b/>
                <w:color w:val="083B70"/>
                <w:vertAlign w:val="superscript"/>
              </w:rPr>
              <w:t>th</w:t>
            </w:r>
            <w:r w:rsidR="00444446" w:rsidRPr="00444446">
              <w:rPr>
                <w:rFonts w:ascii="Aptos" w:hAnsi="Aptos"/>
                <w:b/>
                <w:color w:val="083B70"/>
              </w:rPr>
              <w:t xml:space="preserve"> </w:t>
            </w:r>
            <w:r w:rsidRPr="00444446">
              <w:rPr>
                <w:rFonts w:ascii="Aptos" w:hAnsi="Aptos"/>
                <w:b/>
                <w:color w:val="083B70"/>
              </w:rPr>
              <w:t xml:space="preserve"> October</w:t>
            </w:r>
            <w:proofErr w:type="gramEnd"/>
          </w:p>
        </w:tc>
        <w:tc>
          <w:tcPr>
            <w:tcW w:w="5595" w:type="dxa"/>
            <w:gridSpan w:val="7"/>
          </w:tcPr>
          <w:p w14:paraId="093DA25B" w14:textId="48CE98A4" w:rsidR="00E42145" w:rsidRPr="00444446" w:rsidRDefault="000318B5">
            <w:pPr>
              <w:spacing w:after="0"/>
            </w:pPr>
            <w:r w:rsidRPr="00444446">
              <w:rPr>
                <w:rFonts w:ascii="Aptos" w:hAnsi="Aptos"/>
                <w:color w:val="263746"/>
              </w:rPr>
              <w:t>Parents' Evening</w:t>
            </w:r>
            <w:r w:rsidR="00205582">
              <w:rPr>
                <w:rFonts w:ascii="Aptos" w:hAnsi="Aptos"/>
                <w:color w:val="263746"/>
              </w:rPr>
              <w:t xml:space="preserve"> – 3.40pm details to follow</w:t>
            </w:r>
          </w:p>
        </w:tc>
      </w:tr>
      <w:tr w:rsidR="00E42145" w14:paraId="7EFC1939" w14:textId="77777777">
        <w:tblPrEx>
          <w:jc w:val="left"/>
        </w:tblPrEx>
        <w:tc>
          <w:tcPr>
            <w:tcW w:w="11189" w:type="dxa"/>
            <w:gridSpan w:val="13"/>
            <w:shd w:val="clear" w:color="auto" w:fill="E8F7EE"/>
          </w:tcPr>
          <w:p w14:paraId="7E633332" w14:textId="77777777" w:rsidR="00E42145" w:rsidRDefault="000318B5">
            <w:pPr>
              <w:spacing w:after="0"/>
              <w:jc w:val="center"/>
              <w:rPr>
                <w:rFonts w:ascii="Aptos" w:hAnsi="Aptos"/>
                <w:b/>
                <w:color w:val="0758A6"/>
              </w:rPr>
            </w:pPr>
            <w:r>
              <w:rPr>
                <w:rFonts w:ascii="Aptos" w:hAnsi="Aptos"/>
                <w:b/>
                <w:color w:val="0758A6"/>
              </w:rPr>
              <w:t>🚶</w:t>
            </w:r>
            <w:r>
              <w:rPr>
                <w:rFonts w:ascii="Aptos" w:hAnsi="Aptos"/>
                <w:b/>
                <w:color w:val="0758A6"/>
              </w:rPr>
              <w:t>‍♀</w:t>
            </w:r>
            <w:r>
              <w:rPr>
                <w:rFonts w:ascii="Aptos" w:hAnsi="Aptos"/>
                <w:b/>
                <w:color w:val="0758A6"/>
              </w:rPr>
              <w:t>️</w:t>
            </w:r>
            <w:r>
              <w:rPr>
                <w:rFonts w:ascii="Aptos" w:hAnsi="Aptos"/>
                <w:b/>
                <w:color w:val="0758A6"/>
              </w:rPr>
              <w:t xml:space="preserve"> </w:t>
            </w:r>
            <w:r>
              <w:rPr>
                <w:rFonts w:ascii="Aptos" w:hAnsi="Aptos"/>
                <w:b/>
                <w:color w:val="0758A6"/>
              </w:rPr>
              <w:t>🚲</w:t>
            </w:r>
            <w:r>
              <w:rPr>
                <w:rFonts w:ascii="Aptos" w:hAnsi="Aptos"/>
                <w:b/>
                <w:color w:val="0758A6"/>
              </w:rPr>
              <w:t xml:space="preserve"> </w:t>
            </w:r>
            <w:r>
              <w:rPr>
                <w:rFonts w:ascii="Aptos" w:hAnsi="Aptos"/>
                <w:b/>
                <w:color w:val="0758A6"/>
              </w:rPr>
              <w:t>🛴</w:t>
            </w:r>
            <w:r>
              <w:rPr>
                <w:rFonts w:ascii="Aptos" w:hAnsi="Aptos"/>
                <w:b/>
                <w:color w:val="0758A6"/>
              </w:rPr>
              <w:t xml:space="preserve"> WALK TO SCHOOL</w:t>
            </w:r>
          </w:p>
          <w:p w14:paraId="15158408" w14:textId="77777777" w:rsidR="007D21E0" w:rsidRDefault="007D21E0">
            <w:pPr>
              <w:spacing w:after="0"/>
              <w:jc w:val="center"/>
            </w:pPr>
          </w:p>
          <w:p w14:paraId="3EAFF2A2" w14:textId="77777777" w:rsidR="00E42145" w:rsidRPr="00444446" w:rsidRDefault="000318B5">
            <w:pPr>
              <w:spacing w:after="0"/>
              <w:jc w:val="center"/>
            </w:pPr>
            <w:r w:rsidRPr="00444446">
              <w:rPr>
                <w:rFonts w:ascii="Aptos" w:hAnsi="Aptos"/>
                <w:color w:val="263746"/>
              </w:rPr>
              <w:t xml:space="preserve">We </w:t>
            </w:r>
            <w:r w:rsidRPr="00444446">
              <w:rPr>
                <w:rFonts w:ascii="Aptos" w:hAnsi="Aptos"/>
                <w:color w:val="263746"/>
              </w:rPr>
              <w:t>encourage families to walk, cycle or scoot to school whenever possible. It is a healthy way to start the day and helps reduce traffic around school.</w:t>
            </w:r>
            <w:r w:rsidRPr="00444446">
              <w:rPr>
                <w:rFonts w:ascii="Aptos" w:hAnsi="Aptos"/>
                <w:color w:val="263746"/>
              </w:rPr>
              <w:br/>
            </w:r>
            <w:r w:rsidRPr="00444446">
              <w:rPr>
                <w:rFonts w:ascii="Aptos" w:hAnsi="Aptos"/>
                <w:color w:val="263746"/>
              </w:rPr>
              <w:br/>
              <w:t xml:space="preserve">Please help us show care and respect for our parish by treating the church grounds respectfully. Children </w:t>
            </w:r>
            <w:r w:rsidRPr="00444446">
              <w:rPr>
                <w:rFonts w:ascii="Aptos" w:hAnsi="Aptos"/>
                <w:color w:val="263746"/>
              </w:rPr>
              <w:t>using bikes and scooters should do so safely and considerately. Thank you for helping us look after our shared community spaces.</w:t>
            </w:r>
          </w:p>
        </w:tc>
      </w:tr>
      <w:tr w:rsidR="00E42145" w14:paraId="552B8065" w14:textId="77777777">
        <w:tblPrEx>
          <w:jc w:val="left"/>
        </w:tblPrEx>
        <w:tc>
          <w:tcPr>
            <w:tcW w:w="11189" w:type="dxa"/>
            <w:gridSpan w:val="13"/>
            <w:shd w:val="clear" w:color="auto" w:fill="F0E8FA"/>
          </w:tcPr>
          <w:p w14:paraId="2860A0E3" w14:textId="77777777" w:rsidR="00E42145" w:rsidRDefault="000318B5">
            <w:pPr>
              <w:spacing w:after="0"/>
              <w:jc w:val="center"/>
              <w:rPr>
                <w:rFonts w:ascii="Aptos" w:hAnsi="Aptos"/>
                <w:b/>
                <w:color w:val="0758A6"/>
                <w:sz w:val="19"/>
              </w:rPr>
            </w:pPr>
            <w:r>
              <w:rPr>
                <w:rFonts w:ascii="Aptos" w:hAnsi="Aptos"/>
                <w:b/>
                <w:color w:val="0758A6"/>
                <w:sz w:val="19"/>
              </w:rPr>
              <w:t>📱</w:t>
            </w:r>
            <w:r>
              <w:rPr>
                <w:rFonts w:ascii="Aptos" w:hAnsi="Aptos"/>
                <w:b/>
                <w:color w:val="0758A6"/>
                <w:sz w:val="19"/>
              </w:rPr>
              <w:t xml:space="preserve"> FOLLOW OUR SCHOOL JOURNEY</w:t>
            </w:r>
          </w:p>
          <w:p w14:paraId="3856AB83" w14:textId="77777777" w:rsidR="007D21E0" w:rsidRDefault="007D21E0">
            <w:pPr>
              <w:spacing w:after="0"/>
              <w:jc w:val="center"/>
              <w:rPr>
                <w:rFonts w:ascii="Aptos" w:hAnsi="Aptos"/>
                <w:b/>
                <w:color w:val="0758A6"/>
                <w:sz w:val="19"/>
              </w:rPr>
            </w:pPr>
          </w:p>
          <w:p w14:paraId="1E08DDA3" w14:textId="6E9159B9" w:rsidR="00E42145" w:rsidRPr="00444446" w:rsidRDefault="000318B5">
            <w:pPr>
              <w:spacing w:after="0"/>
              <w:jc w:val="center"/>
            </w:pPr>
            <w:r w:rsidRPr="00444446">
              <w:rPr>
                <w:rFonts w:ascii="Aptos" w:hAnsi="Aptos"/>
                <w:color w:val="263746"/>
              </w:rPr>
              <w:t>Follow our journey on our official Facebook</w:t>
            </w:r>
            <w:r w:rsidR="00444446" w:rsidRPr="00444446">
              <w:rPr>
                <w:rFonts w:ascii="Aptos" w:hAnsi="Aptos"/>
                <w:color w:val="263746"/>
              </w:rPr>
              <w:t xml:space="preserve"> </w:t>
            </w:r>
            <w:r w:rsidR="00444446" w:rsidRPr="00444446">
              <w:rPr>
                <w:rFonts w:ascii="Aptos" w:hAnsi="Aptos"/>
                <w:b/>
                <w:bCs/>
                <w:color w:val="263746"/>
              </w:rPr>
              <w:t>St-Julies Primary Eccleston</w:t>
            </w:r>
            <w:r w:rsidRPr="00444446">
              <w:rPr>
                <w:rFonts w:ascii="Aptos" w:hAnsi="Aptos"/>
                <w:color w:val="263746"/>
              </w:rPr>
              <w:t xml:space="preserve"> and </w:t>
            </w:r>
            <w:r w:rsidR="00444446" w:rsidRPr="00444446">
              <w:rPr>
                <w:rFonts w:ascii="Aptos" w:hAnsi="Aptos"/>
                <w:color w:val="263746"/>
              </w:rPr>
              <w:t xml:space="preserve">Instagram </w:t>
            </w:r>
            <w:proofErr w:type="spellStart"/>
            <w:r w:rsidR="00444446" w:rsidRPr="00444446">
              <w:rPr>
                <w:rFonts w:ascii="Aptos" w:hAnsi="Aptos"/>
                <w:b/>
                <w:bCs/>
                <w:color w:val="263746"/>
              </w:rPr>
              <w:t>stjuliesprimary</w:t>
            </w:r>
            <w:proofErr w:type="spellEnd"/>
            <w:r w:rsidR="00444446" w:rsidRPr="00444446">
              <w:rPr>
                <w:rFonts w:ascii="Aptos" w:hAnsi="Aptos"/>
                <w:color w:val="263746"/>
              </w:rPr>
              <w:t xml:space="preserve"> </w:t>
            </w:r>
            <w:r w:rsidRPr="00444446">
              <w:rPr>
                <w:rFonts w:ascii="Aptos" w:hAnsi="Aptos"/>
                <w:color w:val="263746"/>
              </w:rPr>
              <w:t>pages.</w:t>
            </w:r>
          </w:p>
        </w:tc>
      </w:tr>
      <w:tr w:rsidR="00E42145" w14:paraId="17588AB8" w14:textId="77777777">
        <w:trPr>
          <w:jc w:val="center"/>
        </w:trPr>
        <w:tc>
          <w:tcPr>
            <w:tcW w:w="11189" w:type="dxa"/>
            <w:gridSpan w:val="13"/>
            <w:shd w:val="clear" w:color="auto" w:fill="F4C542"/>
          </w:tcPr>
          <w:p w14:paraId="00E975CB" w14:textId="77777777" w:rsidR="00E42145" w:rsidRDefault="000318B5">
            <w:pPr>
              <w:spacing w:after="0"/>
              <w:jc w:val="center"/>
            </w:pPr>
            <w:r>
              <w:rPr>
                <w:rFonts w:ascii="Aptos" w:hAnsi="Aptos"/>
                <w:b/>
                <w:color w:val="FFFFFF"/>
                <w:sz w:val="26"/>
              </w:rPr>
              <w:t>🏆</w:t>
            </w:r>
            <w:r>
              <w:rPr>
                <w:rFonts w:ascii="Aptos" w:hAnsi="Aptos"/>
                <w:b/>
                <w:color w:val="FFFFFF"/>
                <w:sz w:val="26"/>
              </w:rPr>
              <w:t xml:space="preserve"> ATTENDANCE — </w:t>
            </w:r>
            <w:proofErr w:type="gramStart"/>
            <w:r>
              <w:rPr>
                <w:rFonts w:ascii="Aptos" w:hAnsi="Aptos"/>
                <w:b/>
                <w:color w:val="FFFFFF"/>
                <w:sz w:val="26"/>
              </w:rPr>
              <w:t>EVERY DAY</w:t>
            </w:r>
            <w:proofErr w:type="gramEnd"/>
            <w:r>
              <w:rPr>
                <w:rFonts w:ascii="Aptos" w:hAnsi="Aptos"/>
                <w:b/>
                <w:color w:val="FFFFFF"/>
                <w:sz w:val="26"/>
              </w:rPr>
              <w:t xml:space="preserve"> COUNTS</w:t>
            </w:r>
          </w:p>
        </w:tc>
      </w:tr>
      <w:tr w:rsidR="00E42145" w14:paraId="5761168D" w14:textId="77777777" w:rsidTr="00444446">
        <w:tblPrEx>
          <w:jc w:val="left"/>
        </w:tblPrEx>
        <w:tc>
          <w:tcPr>
            <w:tcW w:w="1598" w:type="dxa"/>
            <w:shd w:val="clear" w:color="auto" w:fill="0758A6"/>
          </w:tcPr>
          <w:p w14:paraId="3ACE817F" w14:textId="77777777" w:rsidR="00E42145" w:rsidRDefault="000318B5">
            <w:pPr>
              <w:spacing w:after="0"/>
              <w:jc w:val="center"/>
            </w:pPr>
            <w:r>
              <w:rPr>
                <w:rFonts w:ascii="Aptos" w:hAnsi="Aptos"/>
                <w:b/>
                <w:color w:val="FFFFFF"/>
                <w:sz w:val="16"/>
              </w:rPr>
              <w:t>EYFS</w:t>
            </w:r>
          </w:p>
        </w:tc>
        <w:tc>
          <w:tcPr>
            <w:tcW w:w="1598" w:type="dxa"/>
            <w:gridSpan w:val="2"/>
            <w:shd w:val="clear" w:color="auto" w:fill="0758A6"/>
          </w:tcPr>
          <w:p w14:paraId="1F4AC383" w14:textId="77777777" w:rsidR="00E42145" w:rsidRDefault="000318B5">
            <w:pPr>
              <w:spacing w:after="0"/>
              <w:jc w:val="center"/>
            </w:pPr>
            <w:r>
              <w:rPr>
                <w:rFonts w:ascii="Aptos" w:hAnsi="Aptos"/>
                <w:b/>
                <w:color w:val="FFFFFF"/>
                <w:sz w:val="16"/>
              </w:rPr>
              <w:t>Y1</w:t>
            </w:r>
          </w:p>
        </w:tc>
        <w:tc>
          <w:tcPr>
            <w:tcW w:w="1598" w:type="dxa"/>
            <w:gridSpan w:val="2"/>
            <w:shd w:val="clear" w:color="auto" w:fill="0758A6"/>
          </w:tcPr>
          <w:p w14:paraId="123B36A2" w14:textId="77777777" w:rsidR="00E42145" w:rsidRDefault="000318B5">
            <w:pPr>
              <w:spacing w:after="0"/>
              <w:jc w:val="center"/>
            </w:pPr>
            <w:r>
              <w:rPr>
                <w:rFonts w:ascii="Aptos" w:hAnsi="Aptos"/>
                <w:b/>
                <w:color w:val="FFFFFF"/>
                <w:sz w:val="16"/>
              </w:rPr>
              <w:t>Y2</w:t>
            </w:r>
          </w:p>
        </w:tc>
        <w:tc>
          <w:tcPr>
            <w:tcW w:w="1598" w:type="dxa"/>
            <w:gridSpan w:val="2"/>
            <w:shd w:val="clear" w:color="auto" w:fill="0758A6"/>
          </w:tcPr>
          <w:p w14:paraId="04ABA79E" w14:textId="77777777" w:rsidR="00E42145" w:rsidRDefault="000318B5">
            <w:pPr>
              <w:spacing w:after="0"/>
              <w:jc w:val="center"/>
            </w:pPr>
            <w:r>
              <w:rPr>
                <w:rFonts w:ascii="Aptos" w:hAnsi="Aptos"/>
                <w:b/>
                <w:color w:val="FFFFFF"/>
                <w:sz w:val="16"/>
              </w:rPr>
              <w:t>Y3</w:t>
            </w:r>
          </w:p>
        </w:tc>
        <w:tc>
          <w:tcPr>
            <w:tcW w:w="1598" w:type="dxa"/>
            <w:gridSpan w:val="2"/>
            <w:shd w:val="clear" w:color="auto" w:fill="0758A6"/>
          </w:tcPr>
          <w:p w14:paraId="484A05CE" w14:textId="77777777" w:rsidR="00E42145" w:rsidRDefault="000318B5">
            <w:pPr>
              <w:spacing w:after="0"/>
              <w:jc w:val="center"/>
            </w:pPr>
            <w:r>
              <w:rPr>
                <w:rFonts w:ascii="Aptos" w:hAnsi="Aptos"/>
                <w:b/>
                <w:color w:val="FFFFFF"/>
                <w:sz w:val="16"/>
              </w:rPr>
              <w:t>Y4</w:t>
            </w:r>
          </w:p>
        </w:tc>
        <w:tc>
          <w:tcPr>
            <w:tcW w:w="1598" w:type="dxa"/>
            <w:gridSpan w:val="2"/>
            <w:shd w:val="clear" w:color="auto" w:fill="0758A6"/>
          </w:tcPr>
          <w:p w14:paraId="5ACD8C85" w14:textId="77777777" w:rsidR="00E42145" w:rsidRDefault="000318B5">
            <w:pPr>
              <w:spacing w:after="0"/>
              <w:jc w:val="center"/>
            </w:pPr>
            <w:r>
              <w:rPr>
                <w:rFonts w:ascii="Aptos" w:hAnsi="Aptos"/>
                <w:b/>
                <w:color w:val="FFFFFF"/>
                <w:sz w:val="16"/>
              </w:rPr>
              <w:t>Y5</w:t>
            </w:r>
          </w:p>
        </w:tc>
        <w:tc>
          <w:tcPr>
            <w:tcW w:w="1601" w:type="dxa"/>
            <w:gridSpan w:val="2"/>
            <w:shd w:val="clear" w:color="auto" w:fill="0758A6"/>
          </w:tcPr>
          <w:p w14:paraId="1A94BE9C" w14:textId="77777777" w:rsidR="00E42145" w:rsidRDefault="000318B5">
            <w:pPr>
              <w:spacing w:after="0"/>
              <w:jc w:val="center"/>
            </w:pPr>
            <w:r>
              <w:rPr>
                <w:rFonts w:ascii="Aptos" w:hAnsi="Aptos"/>
                <w:b/>
                <w:color w:val="FFFFFF"/>
                <w:sz w:val="16"/>
              </w:rPr>
              <w:t>Y6</w:t>
            </w:r>
          </w:p>
        </w:tc>
      </w:tr>
      <w:tr w:rsidR="00E42145" w14:paraId="6FF73006" w14:textId="77777777" w:rsidTr="00444446">
        <w:tblPrEx>
          <w:jc w:val="left"/>
        </w:tblPrEx>
        <w:tc>
          <w:tcPr>
            <w:tcW w:w="1598" w:type="dxa"/>
          </w:tcPr>
          <w:p w14:paraId="6F5388DA" w14:textId="50BFE04F" w:rsidR="00E42145" w:rsidRPr="004E3335" w:rsidRDefault="000318B5">
            <w:pPr>
              <w:spacing w:after="0"/>
              <w:jc w:val="center"/>
              <w:rPr>
                <w:rFonts w:ascii="Aptos" w:hAnsi="Aptos"/>
                <w:b/>
                <w:color w:val="083B70"/>
                <w:sz w:val="28"/>
                <w:szCs w:val="28"/>
              </w:rPr>
            </w:pPr>
            <w:r>
              <w:rPr>
                <w:rFonts w:ascii="Aptos" w:hAnsi="Aptos"/>
                <w:b/>
                <w:color w:val="083B70"/>
                <w:sz w:val="28"/>
                <w:szCs w:val="28"/>
              </w:rPr>
              <w:t>97.41</w:t>
            </w:r>
            <w:r w:rsidRPr="004E3335">
              <w:rPr>
                <w:rFonts w:ascii="Aptos" w:hAnsi="Aptos"/>
                <w:b/>
                <w:color w:val="083B70"/>
                <w:sz w:val="28"/>
                <w:szCs w:val="28"/>
              </w:rPr>
              <w:t xml:space="preserve"> %</w:t>
            </w:r>
          </w:p>
          <w:p w14:paraId="4CAE91D6" w14:textId="77777777" w:rsidR="007D21E0" w:rsidRPr="004E3335" w:rsidRDefault="007D21E0">
            <w:pPr>
              <w:spacing w:after="0"/>
              <w:jc w:val="center"/>
              <w:rPr>
                <w:b/>
                <w:color w:val="083B70"/>
                <w:sz w:val="28"/>
                <w:szCs w:val="28"/>
              </w:rPr>
            </w:pPr>
          </w:p>
          <w:p w14:paraId="42AAFBAF" w14:textId="77777777" w:rsidR="007D21E0" w:rsidRPr="004E3335" w:rsidRDefault="007D21E0">
            <w:pPr>
              <w:spacing w:after="0"/>
              <w:jc w:val="center"/>
              <w:rPr>
                <w:sz w:val="28"/>
                <w:szCs w:val="28"/>
              </w:rPr>
            </w:pPr>
          </w:p>
        </w:tc>
        <w:tc>
          <w:tcPr>
            <w:tcW w:w="1598" w:type="dxa"/>
            <w:gridSpan w:val="2"/>
          </w:tcPr>
          <w:p w14:paraId="348647F5" w14:textId="0E8BCC3D" w:rsidR="00E42145" w:rsidRPr="004E3335" w:rsidRDefault="000318B5">
            <w:pPr>
              <w:spacing w:after="0"/>
              <w:jc w:val="center"/>
              <w:rPr>
                <w:sz w:val="28"/>
                <w:szCs w:val="28"/>
              </w:rPr>
            </w:pPr>
            <w:r>
              <w:rPr>
                <w:rFonts w:ascii="Aptos" w:hAnsi="Aptos"/>
                <w:b/>
                <w:color w:val="083B70"/>
                <w:sz w:val="28"/>
                <w:szCs w:val="28"/>
              </w:rPr>
              <w:t>98.33</w:t>
            </w:r>
            <w:r w:rsidRPr="004E3335">
              <w:rPr>
                <w:rFonts w:ascii="Aptos" w:hAnsi="Aptos"/>
                <w:b/>
                <w:color w:val="083B70"/>
                <w:sz w:val="28"/>
                <w:szCs w:val="28"/>
              </w:rPr>
              <w:t xml:space="preserve"> %</w:t>
            </w:r>
          </w:p>
        </w:tc>
        <w:tc>
          <w:tcPr>
            <w:tcW w:w="1598" w:type="dxa"/>
            <w:gridSpan w:val="2"/>
          </w:tcPr>
          <w:p w14:paraId="1E83649D" w14:textId="372F41D5" w:rsidR="00E42145" w:rsidRPr="004E3335" w:rsidRDefault="000318B5">
            <w:pPr>
              <w:spacing w:after="0"/>
              <w:jc w:val="center"/>
              <w:rPr>
                <w:sz w:val="28"/>
                <w:szCs w:val="28"/>
              </w:rPr>
            </w:pPr>
            <w:r>
              <w:rPr>
                <w:rFonts w:ascii="Aptos" w:hAnsi="Aptos"/>
                <w:b/>
                <w:color w:val="083B70"/>
                <w:sz w:val="28"/>
                <w:szCs w:val="28"/>
              </w:rPr>
              <w:t>99.09</w:t>
            </w:r>
            <w:r w:rsidRPr="004E3335">
              <w:rPr>
                <w:rFonts w:ascii="Aptos" w:hAnsi="Aptos"/>
                <w:b/>
                <w:color w:val="083B70"/>
                <w:sz w:val="28"/>
                <w:szCs w:val="28"/>
              </w:rPr>
              <w:t xml:space="preserve"> %</w:t>
            </w:r>
          </w:p>
        </w:tc>
        <w:tc>
          <w:tcPr>
            <w:tcW w:w="1598" w:type="dxa"/>
            <w:gridSpan w:val="2"/>
          </w:tcPr>
          <w:p w14:paraId="31B79003" w14:textId="3F46D3C1" w:rsidR="00E42145" w:rsidRPr="004E3335" w:rsidRDefault="000318B5">
            <w:pPr>
              <w:spacing w:after="0"/>
              <w:jc w:val="center"/>
              <w:rPr>
                <w:sz w:val="28"/>
                <w:szCs w:val="28"/>
              </w:rPr>
            </w:pPr>
            <w:r>
              <w:rPr>
                <w:rFonts w:ascii="Aptos" w:hAnsi="Aptos"/>
                <w:b/>
                <w:color w:val="083B70"/>
                <w:sz w:val="28"/>
                <w:szCs w:val="28"/>
              </w:rPr>
              <w:t>79.31</w:t>
            </w:r>
            <w:r w:rsidRPr="004E3335">
              <w:rPr>
                <w:rFonts w:ascii="Aptos" w:hAnsi="Aptos"/>
                <w:b/>
                <w:color w:val="083B70"/>
                <w:sz w:val="28"/>
                <w:szCs w:val="28"/>
              </w:rPr>
              <w:t xml:space="preserve"> %</w:t>
            </w:r>
          </w:p>
        </w:tc>
        <w:tc>
          <w:tcPr>
            <w:tcW w:w="1598" w:type="dxa"/>
            <w:gridSpan w:val="2"/>
          </w:tcPr>
          <w:p w14:paraId="6A1C86AC" w14:textId="69D51D3A" w:rsidR="00E42145" w:rsidRPr="004E3335" w:rsidRDefault="000318B5">
            <w:pPr>
              <w:spacing w:after="0"/>
              <w:jc w:val="center"/>
              <w:rPr>
                <w:sz w:val="28"/>
                <w:szCs w:val="28"/>
              </w:rPr>
            </w:pPr>
            <w:r>
              <w:rPr>
                <w:rFonts w:ascii="Aptos" w:hAnsi="Aptos"/>
                <w:b/>
                <w:color w:val="083B70"/>
                <w:sz w:val="28"/>
                <w:szCs w:val="28"/>
              </w:rPr>
              <w:t>98.89</w:t>
            </w:r>
            <w:r w:rsidRPr="004E3335">
              <w:rPr>
                <w:rFonts w:ascii="Aptos" w:hAnsi="Aptos"/>
                <w:b/>
                <w:color w:val="083B70"/>
                <w:sz w:val="28"/>
                <w:szCs w:val="28"/>
              </w:rPr>
              <w:t xml:space="preserve"> %</w:t>
            </w:r>
          </w:p>
        </w:tc>
        <w:tc>
          <w:tcPr>
            <w:tcW w:w="1598" w:type="dxa"/>
            <w:gridSpan w:val="2"/>
          </w:tcPr>
          <w:p w14:paraId="63676E8A" w14:textId="5DF4F367" w:rsidR="00E42145" w:rsidRPr="004E3335" w:rsidRDefault="000318B5">
            <w:pPr>
              <w:spacing w:after="0"/>
              <w:jc w:val="center"/>
              <w:rPr>
                <w:sz w:val="28"/>
                <w:szCs w:val="28"/>
              </w:rPr>
            </w:pPr>
            <w:r>
              <w:rPr>
                <w:rFonts w:ascii="Aptos" w:hAnsi="Aptos"/>
                <w:b/>
                <w:color w:val="083B70"/>
                <w:sz w:val="28"/>
                <w:szCs w:val="28"/>
              </w:rPr>
              <w:t>90.29</w:t>
            </w:r>
            <w:r w:rsidRPr="004E3335">
              <w:rPr>
                <w:rFonts w:ascii="Aptos" w:hAnsi="Aptos"/>
                <w:b/>
                <w:color w:val="083B70"/>
                <w:sz w:val="28"/>
                <w:szCs w:val="28"/>
              </w:rPr>
              <w:t xml:space="preserve"> %</w:t>
            </w:r>
          </w:p>
        </w:tc>
        <w:tc>
          <w:tcPr>
            <w:tcW w:w="1601" w:type="dxa"/>
            <w:gridSpan w:val="2"/>
          </w:tcPr>
          <w:p w14:paraId="3309B80B" w14:textId="2C2379FE" w:rsidR="00E42145" w:rsidRPr="004E3335" w:rsidRDefault="000318B5">
            <w:pPr>
              <w:spacing w:after="0"/>
              <w:jc w:val="center"/>
              <w:rPr>
                <w:rFonts w:ascii="Aptos" w:hAnsi="Aptos"/>
                <w:b/>
                <w:color w:val="083B70"/>
                <w:sz w:val="28"/>
                <w:szCs w:val="28"/>
              </w:rPr>
            </w:pPr>
            <w:r>
              <w:rPr>
                <w:rFonts w:ascii="Aptos" w:hAnsi="Aptos"/>
                <w:b/>
                <w:color w:val="083B70"/>
                <w:sz w:val="28"/>
                <w:szCs w:val="28"/>
              </w:rPr>
              <w:t>93.43</w:t>
            </w:r>
            <w:r w:rsidRPr="004E3335">
              <w:rPr>
                <w:rFonts w:ascii="Aptos" w:hAnsi="Aptos"/>
                <w:b/>
                <w:color w:val="083B70"/>
                <w:sz w:val="28"/>
                <w:szCs w:val="28"/>
              </w:rPr>
              <w:t xml:space="preserve"> %</w:t>
            </w:r>
          </w:p>
          <w:p w14:paraId="1208A038" w14:textId="77777777" w:rsidR="00444446" w:rsidRPr="004E3335" w:rsidRDefault="00444446">
            <w:pPr>
              <w:spacing w:after="0"/>
              <w:jc w:val="center"/>
              <w:rPr>
                <w:sz w:val="28"/>
                <w:szCs w:val="28"/>
              </w:rPr>
            </w:pPr>
          </w:p>
        </w:tc>
      </w:tr>
      <w:tr w:rsidR="00E42145" w14:paraId="2CB88D6F" w14:textId="77777777">
        <w:tblPrEx>
          <w:jc w:val="left"/>
        </w:tblPrEx>
        <w:tc>
          <w:tcPr>
            <w:tcW w:w="11189" w:type="dxa"/>
            <w:gridSpan w:val="13"/>
            <w:shd w:val="clear" w:color="auto" w:fill="FFF6D9"/>
          </w:tcPr>
          <w:p w14:paraId="78FA5268" w14:textId="77777777" w:rsidR="00E42145" w:rsidRDefault="000318B5">
            <w:pPr>
              <w:spacing w:after="0"/>
              <w:jc w:val="center"/>
              <w:rPr>
                <w:rFonts w:ascii="Aptos" w:hAnsi="Aptos"/>
                <w:b/>
                <w:color w:val="0758A6"/>
              </w:rPr>
            </w:pPr>
            <w:r>
              <w:rPr>
                <w:rFonts w:ascii="Aptos" w:hAnsi="Aptos"/>
                <w:b/>
                <w:color w:val="0758A6"/>
              </w:rPr>
              <w:t>📌</w:t>
            </w:r>
            <w:r>
              <w:rPr>
                <w:rFonts w:ascii="Aptos" w:hAnsi="Aptos"/>
                <w:b/>
                <w:color w:val="0758A6"/>
              </w:rPr>
              <w:t xml:space="preserve"> KEEP UP TO DATE</w:t>
            </w:r>
          </w:p>
          <w:p w14:paraId="5AB40955" w14:textId="77777777" w:rsidR="007D21E0" w:rsidRDefault="007D21E0">
            <w:pPr>
              <w:spacing w:after="0"/>
              <w:jc w:val="center"/>
            </w:pPr>
          </w:p>
          <w:p w14:paraId="36386647" w14:textId="77777777" w:rsidR="00E42145" w:rsidRPr="00444446" w:rsidRDefault="000318B5">
            <w:pPr>
              <w:spacing w:after="0"/>
              <w:jc w:val="center"/>
            </w:pPr>
            <w:r w:rsidRPr="00444446">
              <w:rPr>
                <w:rFonts w:ascii="Aptos" w:hAnsi="Aptos"/>
                <w:color w:val="263746"/>
              </w:rPr>
              <w:t xml:space="preserve">Please see the Autumn Term Planner sent out to families and the calendar on our school website for additional dates and </w:t>
            </w:r>
            <w:r w:rsidRPr="00444446">
              <w:rPr>
                <w:rFonts w:ascii="Aptos" w:hAnsi="Aptos"/>
                <w:color w:val="263746"/>
              </w:rPr>
              <w:t>information.</w:t>
            </w:r>
          </w:p>
        </w:tc>
      </w:tr>
    </w:tbl>
    <w:p w14:paraId="6785E865" w14:textId="77777777" w:rsidR="007D21E0" w:rsidRDefault="007D21E0">
      <w:pPr>
        <w:jc w:val="center"/>
        <w:rPr>
          <w:b/>
          <w:color w:val="0758A6"/>
          <w:sz w:val="20"/>
        </w:rPr>
      </w:pPr>
    </w:p>
    <w:p w14:paraId="3F16946C" w14:textId="73999F6C" w:rsidR="00E42145" w:rsidRDefault="000318B5">
      <w:pPr>
        <w:jc w:val="center"/>
      </w:pPr>
      <w:r>
        <w:rPr>
          <w:b/>
          <w:color w:val="0758A6"/>
          <w:sz w:val="20"/>
        </w:rPr>
        <w:t>💙</w:t>
      </w:r>
      <w:r>
        <w:rPr>
          <w:b/>
          <w:color w:val="0758A6"/>
          <w:sz w:val="20"/>
        </w:rPr>
        <w:t xml:space="preserve"> </w:t>
      </w:r>
      <w:r w:rsidRPr="00444446">
        <w:rPr>
          <w:b/>
          <w:color w:val="0758A6"/>
        </w:rPr>
        <w:t>Together we learn • Together we grow • Together we walk in the footsteps of Jesus</w:t>
      </w:r>
      <w:r>
        <w:rPr>
          <w:b/>
          <w:color w:val="0758A6"/>
          <w:sz w:val="20"/>
        </w:rPr>
        <w:t xml:space="preserve"> </w:t>
      </w:r>
      <w:r>
        <w:rPr>
          <w:b/>
          <w:color w:val="0758A6"/>
          <w:sz w:val="20"/>
        </w:rPr>
        <w:t>💙</w:t>
      </w:r>
    </w:p>
    <w:sectPr w:rsidR="00E42145" w:rsidSect="00034616">
      <w:pgSz w:w="11909" w:h="16834"/>
      <w:pgMar w:top="331" w:right="360" w:bottom="331"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Aptos Light">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8B5"/>
    <w:rsid w:val="00034616"/>
    <w:rsid w:val="0006063C"/>
    <w:rsid w:val="000B041C"/>
    <w:rsid w:val="000D4CD5"/>
    <w:rsid w:val="0015074B"/>
    <w:rsid w:val="00205582"/>
    <w:rsid w:val="0029639D"/>
    <w:rsid w:val="00326F90"/>
    <w:rsid w:val="00444446"/>
    <w:rsid w:val="004E3335"/>
    <w:rsid w:val="006501BF"/>
    <w:rsid w:val="006C3528"/>
    <w:rsid w:val="007D21E0"/>
    <w:rsid w:val="008255B2"/>
    <w:rsid w:val="00846E90"/>
    <w:rsid w:val="00A11BA4"/>
    <w:rsid w:val="00AA1D8D"/>
    <w:rsid w:val="00B0421E"/>
    <w:rsid w:val="00B47730"/>
    <w:rsid w:val="00CB0664"/>
    <w:rsid w:val="00CB06B7"/>
    <w:rsid w:val="00CB650C"/>
    <w:rsid w:val="00CC13C6"/>
    <w:rsid w:val="00CC2EF7"/>
    <w:rsid w:val="00E40676"/>
    <w:rsid w:val="00E421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CC7E98"/>
  <w14:defaultImageDpi w14:val="300"/>
  <w15:docId w15:val="{217FD71E-C822-4AF1-95D3-E9A874A0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8255B2"/>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Lauren Wallace</cp:lastModifiedBy>
  <cp:revision>3</cp:revision>
  <dcterms:created xsi:type="dcterms:W3CDTF">2026-09-18T10:54:00Z</dcterms:created>
  <dcterms:modified xsi:type="dcterms:W3CDTF">2026-09-18T12:19:00Z</dcterms:modified>
  <cp:category/>
</cp:coreProperties>
</file>