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ook w:val="04A0" w:firstRow="1" w:lastRow="0" w:firstColumn="1" w:lastColumn="0" w:noHBand="0" w:noVBand="1"/>
      </w:tblPr>
      <w:tblGrid>
        <w:gridCol w:w="5594"/>
        <w:gridCol w:w="5594"/>
      </w:tblGrid>
      <w:tr w:rsidR="00293A1C" w14:paraId="359FE46E" w14:textId="77777777">
        <w:trPr>
          <w:jc w:val="center"/>
        </w:trPr>
        <w:tc>
          <w:tcPr>
            <w:tcW w:w="5594" w:type="dxa"/>
            <w:shd w:val="clear" w:color="auto" w:fill="0758A6"/>
            <w:tcMar>
              <w:top w:w="55" w:type="dxa"/>
              <w:left w:w="80" w:type="dxa"/>
              <w:bottom w:w="55" w:type="dxa"/>
              <w:right w:w="80" w:type="dxa"/>
            </w:tcMar>
          </w:tcPr>
          <w:p w14:paraId="553BBCCC" w14:textId="182BCE25" w:rsidR="00F00F55" w:rsidRDefault="00CD08D0" w:rsidP="00F00F55">
            <w:pPr>
              <w:spacing w:after="0"/>
              <w:jc w:val="center"/>
            </w:pPr>
            <w:r>
              <w:rPr>
                <w:rFonts w:ascii="Segoe UI Symbol" w:hAnsi="Segoe UI Symbol" w:cs="Segoe UI Symbol"/>
                <w:b/>
                <w:color w:val="FFFFFF"/>
                <w:sz w:val="44"/>
              </w:rPr>
              <w:t>★</w:t>
            </w:r>
            <w:r>
              <w:rPr>
                <w:rFonts w:ascii="Aptos" w:hAnsi="Aptos"/>
                <w:b/>
                <w:color w:val="FFFFFF"/>
                <w:sz w:val="44"/>
              </w:rPr>
              <w:t xml:space="preserve"> OUR SCHOOL NEWS </w:t>
            </w:r>
            <w:r>
              <w:rPr>
                <w:rFonts w:ascii="Segoe UI Symbol" w:hAnsi="Segoe UI Symbol" w:cs="Segoe UI Symbol"/>
                <w:b/>
                <w:color w:val="FFFFFF"/>
                <w:sz w:val="44"/>
              </w:rPr>
              <w:t>★</w:t>
            </w:r>
            <w:r>
              <w:rPr>
                <w:rFonts w:ascii="Aptos" w:hAnsi="Aptos"/>
                <w:b/>
                <w:color w:val="FFFFFF"/>
                <w:sz w:val="44"/>
              </w:rPr>
              <w:br/>
              <w:t>St Julie's Catholic Primary School</w:t>
            </w:r>
            <w:r w:rsidR="00F00F55">
              <w:rPr>
                <w:noProof/>
              </w:rPr>
              <w:t xml:space="preserve">           </w:t>
            </w:r>
          </w:p>
        </w:tc>
        <w:tc>
          <w:tcPr>
            <w:tcW w:w="5594" w:type="dxa"/>
            <w:shd w:val="clear" w:color="auto" w:fill="0758A6"/>
            <w:tcMar>
              <w:top w:w="55" w:type="dxa"/>
              <w:left w:w="80" w:type="dxa"/>
              <w:bottom w:w="55" w:type="dxa"/>
              <w:right w:w="80" w:type="dxa"/>
            </w:tcMar>
          </w:tcPr>
          <w:p w14:paraId="0A32F407" w14:textId="77777777" w:rsidR="00F00F55" w:rsidRDefault="00F00F55">
            <w:pPr>
              <w:spacing w:after="0"/>
              <w:jc w:val="center"/>
              <w:rPr>
                <w:rFonts w:ascii="Aptos" w:hAnsi="Aptos"/>
                <w:b/>
                <w:color w:val="F4C542"/>
                <w:sz w:val="20"/>
              </w:rPr>
            </w:pPr>
          </w:p>
          <w:p w14:paraId="3FCA3157" w14:textId="5D9802F8" w:rsidR="00293A1C" w:rsidRPr="00F00F55" w:rsidRDefault="00F00F55" w:rsidP="00F00F55">
            <w:pPr>
              <w:spacing w:after="0"/>
              <w:rPr>
                <w:rFonts w:ascii="Aptos" w:hAnsi="Aptos"/>
                <w:b/>
                <w:color w:val="F4C542"/>
                <w:sz w:val="32"/>
                <w:szCs w:val="32"/>
              </w:rPr>
            </w:pPr>
            <w:r>
              <w:rPr>
                <w:rFonts w:ascii="Aptos" w:hAnsi="Aptos"/>
                <w:b/>
                <w:noProof/>
                <w:color w:val="F4C542"/>
                <w:sz w:val="32"/>
                <w:szCs w:val="32"/>
              </w:rPr>
              <mc:AlternateContent>
                <mc:Choice Requires="wps">
                  <w:drawing>
                    <wp:anchor distT="0" distB="0" distL="114300" distR="114300" simplePos="0" relativeHeight="251659264" behindDoc="0" locked="0" layoutInCell="1" allowOverlap="1" wp14:anchorId="2BB6C042" wp14:editId="64088AC1">
                      <wp:simplePos x="0" y="0"/>
                      <wp:positionH relativeFrom="column">
                        <wp:posOffset>1879662</wp:posOffset>
                      </wp:positionH>
                      <wp:positionV relativeFrom="paragraph">
                        <wp:posOffset>50040</wp:posOffset>
                      </wp:positionV>
                      <wp:extent cx="989351" cy="914400"/>
                      <wp:effectExtent l="0" t="0" r="20320" b="19050"/>
                      <wp:wrapNone/>
                      <wp:docPr id="649769949" name="Text Box 1"/>
                      <wp:cNvGraphicFramePr/>
                      <a:graphic xmlns:a="http://schemas.openxmlformats.org/drawingml/2006/main">
                        <a:graphicData uri="http://schemas.microsoft.com/office/word/2010/wordprocessingShape">
                          <wps:wsp>
                            <wps:cNvSpPr txBox="1"/>
                            <wps:spPr>
                              <a:xfrm>
                                <a:off x="0" y="0"/>
                                <a:ext cx="989351" cy="914400"/>
                              </a:xfrm>
                              <a:prstGeom prst="rect">
                                <a:avLst/>
                              </a:prstGeom>
                              <a:solidFill>
                                <a:schemeClr val="lt1"/>
                              </a:solidFill>
                              <a:ln w="6350">
                                <a:solidFill>
                                  <a:prstClr val="black"/>
                                </a:solidFill>
                              </a:ln>
                            </wps:spPr>
                            <wps:txbx>
                              <w:txbxContent>
                                <w:p w14:paraId="41CA9C42" w14:textId="4D302461" w:rsidR="00F00F55" w:rsidRDefault="00F00F55">
                                  <w:r>
                                    <w:rPr>
                                      <w:noProof/>
                                    </w:rPr>
                                    <w:drawing>
                                      <wp:inline distT="0" distB="0" distL="0" distR="0" wp14:anchorId="4AF088FC" wp14:editId="15CBD276">
                                        <wp:extent cx="794479" cy="973564"/>
                                        <wp:effectExtent l="0" t="0" r="5715" b="0"/>
                                        <wp:docPr id="7811838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69580" cy="106559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xmlns:w16sdtfl="http://schemas.microsoft.com/office/word/2024/wordml/sdtformatlock" xmlns:w16du="http://schemas.microsoft.com/office/word/2023/wordml/word16du" xmlns:oel="http://schemas.microsoft.com/office/2019/extlst">
                  <w:pict>
                    <v:shapetype w14:anchorId="2BB6C042" id="_x0000_t202" coordsize="21600,21600" o:spt="202" path="m,l,21600r21600,l21600,xe">
                      <v:stroke joinstyle="miter"/>
                      <v:path gradientshapeok="t" o:connecttype="rect"/>
                    </v:shapetype>
                    <v:shape id="Text Box 1" o:spid="_x0000_s1026" type="#_x0000_t202" style="position:absolute;margin-left:148pt;margin-top:3.95pt;width:77.9pt;height:1in;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" fillcolor="white [3201]" strokeweight=".5pt">
                      <v:textbox>
                        <w:txbxContent>
                          <w:p w14:paraId="41CA9C42" w14:textId="4D302461" w:rsidR="00F00F55" w:rsidRDefault="00F00F55">
                            <w:r>
                              <w:rPr>
                                <w:noProof/>
                              </w:rPr>
                              <w:drawing>
                                <wp:inline distT="0" distB="0" distL="0" distR="0" wp14:anchorId="4AF088FC" wp14:editId="15CBD276">
                                  <wp:extent cx="794479" cy="973564"/>
                                  <wp:effectExtent l="0" t="0" r="5715" b="0"/>
                                  <wp:docPr id="7811838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69580" cy="1065594"/>
                                          </a:xfrm>
                                          <a:prstGeom prst="rect">
                                            <a:avLst/>
                                          </a:prstGeom>
                                          <a:noFill/>
                                          <a:ln>
                                            <a:noFill/>
                                          </a:ln>
                                        </pic:spPr>
                                      </pic:pic>
                                    </a:graphicData>
                                  </a:graphic>
                                </wp:inline>
                              </w:drawing>
                            </w:r>
                          </w:p>
                        </w:txbxContent>
                      </v:textbox>
                    </v:shape>
                  </w:pict>
                </mc:Fallback>
              </mc:AlternateContent>
            </w:r>
            <w:r w:rsidRPr="00F00F55">
              <w:rPr>
                <w:rFonts w:ascii="Aptos" w:hAnsi="Aptos"/>
                <w:b/>
                <w:color w:val="F4C542"/>
                <w:sz w:val="32"/>
                <w:szCs w:val="32"/>
              </w:rPr>
              <w:t>FRIDAY</w:t>
            </w:r>
            <w:r w:rsidRPr="00F00F55">
              <w:rPr>
                <w:rFonts w:ascii="Aptos" w:hAnsi="Aptos"/>
                <w:b/>
                <w:color w:val="F4C542"/>
                <w:sz w:val="32"/>
                <w:szCs w:val="32"/>
              </w:rPr>
              <w:br/>
              <w:t>11</w:t>
            </w:r>
            <w:r w:rsidRPr="00F00F55">
              <w:rPr>
                <w:rFonts w:ascii="Aptos" w:hAnsi="Aptos"/>
                <w:b/>
                <w:color w:val="F4C542"/>
                <w:sz w:val="32"/>
                <w:szCs w:val="32"/>
                <w:vertAlign w:val="superscript"/>
              </w:rPr>
              <w:t>th</w:t>
            </w:r>
            <w:r>
              <w:rPr>
                <w:rFonts w:ascii="Aptos" w:hAnsi="Aptos"/>
                <w:b/>
                <w:color w:val="F4C542"/>
                <w:sz w:val="32"/>
                <w:szCs w:val="32"/>
              </w:rPr>
              <w:t xml:space="preserve"> </w:t>
            </w:r>
            <w:r w:rsidRPr="00F00F55">
              <w:rPr>
                <w:rFonts w:ascii="Aptos" w:hAnsi="Aptos"/>
                <w:b/>
                <w:color w:val="F4C542"/>
                <w:sz w:val="32"/>
                <w:szCs w:val="32"/>
              </w:rPr>
              <w:t>SEPTEMBER</w:t>
            </w:r>
            <w:r>
              <w:rPr>
                <w:rFonts w:ascii="Aptos" w:hAnsi="Aptos"/>
                <w:b/>
                <w:color w:val="F4C542"/>
                <w:sz w:val="32"/>
                <w:szCs w:val="32"/>
              </w:rPr>
              <w:t xml:space="preserve">               </w:t>
            </w:r>
            <w:r w:rsidRPr="00F00F55">
              <w:rPr>
                <w:rFonts w:ascii="Aptos" w:hAnsi="Aptos"/>
                <w:b/>
                <w:color w:val="F4C542"/>
                <w:sz w:val="32"/>
                <w:szCs w:val="32"/>
              </w:rPr>
              <w:br/>
              <w:t>2026</w:t>
            </w:r>
          </w:p>
          <w:p w14:paraId="0D11A0C9" w14:textId="74691F34" w:rsidR="00F00F55" w:rsidRDefault="00F00F55">
            <w:pPr>
              <w:spacing w:after="0"/>
              <w:jc w:val="center"/>
              <w:rPr>
                <w:color w:val="F4C542"/>
                <w:sz w:val="20"/>
              </w:rPr>
            </w:pPr>
          </w:p>
          <w:p w14:paraId="6FC6B879" w14:textId="5BEB0500" w:rsidR="00F00F55" w:rsidRDefault="00F00F55">
            <w:pPr>
              <w:spacing w:after="0"/>
              <w:jc w:val="center"/>
            </w:pPr>
          </w:p>
        </w:tc>
      </w:tr>
    </w:tbl>
    <w:p w14:paraId="520B2E25" w14:textId="77777777" w:rsidR="00293A1C" w:rsidRPr="00F00F55" w:rsidRDefault="00CD08D0">
      <w:pPr>
        <w:spacing w:before="60" w:after="100"/>
        <w:jc w:val="center"/>
        <w:rPr>
          <w:sz w:val="24"/>
          <w:szCs w:val="24"/>
        </w:rPr>
      </w:pPr>
      <w:r w:rsidRPr="00F00F55">
        <w:rPr>
          <w:b/>
          <w:color w:val="083B70"/>
          <w:sz w:val="24"/>
          <w:szCs w:val="24"/>
        </w:rPr>
        <w:t xml:space="preserve">A caring family school where we learn, </w:t>
      </w:r>
      <w:proofErr w:type="gramStart"/>
      <w:r w:rsidRPr="00F00F55">
        <w:rPr>
          <w:b/>
          <w:color w:val="083B70"/>
          <w:sz w:val="24"/>
          <w:szCs w:val="24"/>
        </w:rPr>
        <w:t>grow</w:t>
      </w:r>
      <w:proofErr w:type="gramEnd"/>
      <w:r w:rsidRPr="00F00F55">
        <w:rPr>
          <w:b/>
          <w:color w:val="083B70"/>
          <w:sz w:val="24"/>
          <w:szCs w:val="24"/>
        </w:rPr>
        <w:t xml:space="preserve"> and walk in the footsteps of Jesus.</w:t>
      </w:r>
    </w:p>
    <w:tbl>
      <w:tblPr>
        <w:tblW w:w="0" w:type="auto"/>
        <w:jc w:val="center"/>
        <w:tblLook w:val="04A0" w:firstRow="1" w:lastRow="0" w:firstColumn="1" w:lastColumn="0" w:noHBand="0" w:noVBand="1"/>
      </w:tblPr>
      <w:tblGrid>
        <w:gridCol w:w="2237"/>
        <w:gridCol w:w="1492"/>
        <w:gridCol w:w="746"/>
        <w:gridCol w:w="1118"/>
        <w:gridCol w:w="1120"/>
        <w:gridCol w:w="746"/>
        <w:gridCol w:w="1492"/>
        <w:gridCol w:w="2238"/>
      </w:tblGrid>
      <w:tr w:rsidR="00293A1C" w14:paraId="2B5BB57E" w14:textId="77777777">
        <w:trPr>
          <w:jc w:val="center"/>
        </w:trPr>
        <w:tc>
          <w:tcPr>
            <w:tcW w:w="11189" w:type="dxa"/>
            <w:gridSpan w:val="8"/>
            <w:shd w:val="clear" w:color="auto" w:fill="0758A6"/>
            <w:tcMar>
              <w:top w:w="35" w:type="dxa"/>
              <w:left w:w="70" w:type="dxa"/>
              <w:bottom w:w="35" w:type="dxa"/>
              <w:right w:w="70" w:type="dxa"/>
            </w:tcMar>
          </w:tcPr>
          <w:p w14:paraId="11F627A6" w14:textId="77777777" w:rsidR="00293A1C" w:rsidRDefault="00CD08D0">
            <w:pPr>
              <w:spacing w:after="0"/>
              <w:jc w:val="center"/>
            </w:pPr>
            <w:r>
              <w:rPr>
                <w:rFonts w:ascii="Aptos" w:hAnsi="Aptos"/>
                <w:b/>
                <w:color w:val="FFFFFF"/>
                <w:sz w:val="28"/>
              </w:rPr>
              <w:t>♥ OUR 60TH CELEBRATION ♥</w:t>
            </w:r>
          </w:p>
        </w:tc>
      </w:tr>
      <w:tr w:rsidR="00CD08D0" w14:paraId="3718162C" w14:textId="77777777">
        <w:trPr>
          <w:jc w:val="center"/>
        </w:trPr>
        <w:tc>
          <w:tcPr>
            <w:tcW w:w="3730" w:type="dxa"/>
            <w:gridSpan w:val="2"/>
            <w:shd w:val="clear" w:color="auto" w:fill="E8F2FB"/>
            <w:tcMar>
              <w:top w:w="125" w:type="dxa"/>
              <w:left w:w="50" w:type="dxa"/>
              <w:bottom w:w="125" w:type="dxa"/>
              <w:right w:w="50" w:type="dxa"/>
            </w:tcMar>
          </w:tcPr>
          <w:p w14:paraId="784E605D" w14:textId="785B87D7" w:rsidR="00293A1C" w:rsidRDefault="00E1305E" w:rsidP="00E1305E">
            <w:pPr>
              <w:pStyle w:val="NormalWeb"/>
              <w:jc w:val="center"/>
            </w:pPr>
            <w:r>
              <w:rPr>
                <w:noProof/>
              </w:rPr>
              <w:drawing>
                <wp:inline distT="0" distB="0" distL="0" distR="0" wp14:anchorId="35824034" wp14:editId="60E5CC27">
                  <wp:extent cx="1625195" cy="191452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36359" cy="1927676"/>
                          </a:xfrm>
                          <a:prstGeom prst="rect">
                            <a:avLst/>
                          </a:prstGeom>
                          <a:noFill/>
                          <a:ln>
                            <a:noFill/>
                          </a:ln>
                        </pic:spPr>
                      </pic:pic>
                    </a:graphicData>
                  </a:graphic>
                </wp:inline>
              </w:drawing>
            </w:r>
          </w:p>
        </w:tc>
        <w:tc>
          <w:tcPr>
            <w:tcW w:w="3730" w:type="dxa"/>
            <w:gridSpan w:val="4"/>
            <w:shd w:val="clear" w:color="auto" w:fill="F3EAFB"/>
            <w:tcMar>
              <w:top w:w="125" w:type="dxa"/>
              <w:left w:w="50" w:type="dxa"/>
              <w:bottom w:w="125" w:type="dxa"/>
              <w:right w:w="50" w:type="dxa"/>
            </w:tcMar>
          </w:tcPr>
          <w:p w14:paraId="2672FA71" w14:textId="77777777" w:rsidR="004F188D" w:rsidRDefault="00031900">
            <w:pPr>
              <w:spacing w:after="0"/>
              <w:jc w:val="center"/>
              <w:rPr>
                <w:rFonts w:ascii="Aptos" w:hAnsi="Aptos"/>
                <w:b/>
                <w:color w:val="2D8ED6"/>
              </w:rPr>
            </w:pPr>
            <w:r>
              <w:rPr>
                <w:noProof/>
              </w:rPr>
              <w:drawing>
                <wp:inline distT="0" distB="0" distL="0" distR="0" wp14:anchorId="2313B33F" wp14:editId="0256C168">
                  <wp:extent cx="1767840" cy="914400"/>
                  <wp:effectExtent l="0" t="0" r="3810" b="0"/>
                  <wp:docPr id="10419362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92736" cy="927277"/>
                          </a:xfrm>
                          <a:prstGeom prst="rect">
                            <a:avLst/>
                          </a:prstGeom>
                          <a:noFill/>
                          <a:ln>
                            <a:noFill/>
                          </a:ln>
                        </pic:spPr>
                      </pic:pic>
                    </a:graphicData>
                  </a:graphic>
                </wp:inline>
              </w:drawing>
            </w:r>
          </w:p>
          <w:p w14:paraId="71D3B576" w14:textId="555B2E90" w:rsidR="00031900" w:rsidRDefault="004F188D" w:rsidP="004F188D">
            <w:pPr>
              <w:spacing w:after="0"/>
              <w:jc w:val="center"/>
            </w:pPr>
            <w:r>
              <w:rPr>
                <w:noProof/>
              </w:rPr>
              <w:drawing>
                <wp:inline distT="0" distB="0" distL="0" distR="0" wp14:anchorId="2C8369E8" wp14:editId="65BE6CA7">
                  <wp:extent cx="1866667" cy="929640"/>
                  <wp:effectExtent l="0" t="0" r="635" b="3810"/>
                  <wp:docPr id="78586399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84958" cy="938749"/>
                          </a:xfrm>
                          <a:prstGeom prst="rect">
                            <a:avLst/>
                          </a:prstGeom>
                          <a:noFill/>
                          <a:ln>
                            <a:noFill/>
                          </a:ln>
                        </pic:spPr>
                      </pic:pic>
                    </a:graphicData>
                  </a:graphic>
                </wp:inline>
              </w:drawing>
            </w:r>
          </w:p>
        </w:tc>
        <w:tc>
          <w:tcPr>
            <w:tcW w:w="3730" w:type="dxa"/>
            <w:gridSpan w:val="2"/>
            <w:shd w:val="clear" w:color="auto" w:fill="FFF4D9"/>
            <w:tcMar>
              <w:top w:w="125" w:type="dxa"/>
              <w:left w:w="50" w:type="dxa"/>
              <w:bottom w:w="125" w:type="dxa"/>
              <w:right w:w="50" w:type="dxa"/>
            </w:tcMar>
          </w:tcPr>
          <w:p w14:paraId="61E55C70" w14:textId="3FED050A" w:rsidR="00F00F55" w:rsidRPr="00CD08D0" w:rsidRDefault="00CD08D0" w:rsidP="00CD08D0">
            <w:pPr>
              <w:spacing w:after="0"/>
              <w:jc w:val="center"/>
              <w:rPr>
                <w:rFonts w:ascii="Aptos" w:hAnsi="Aptos"/>
                <w:b/>
                <w:color w:val="2D8ED6"/>
              </w:rPr>
            </w:pPr>
            <w:r>
              <w:rPr>
                <w:rFonts w:ascii="Aptos" w:hAnsi="Aptos"/>
                <w:b/>
                <w:noProof/>
                <w:color w:val="2D8ED6"/>
              </w:rPr>
              <w:drawing>
                <wp:inline distT="0" distB="0" distL="0" distR="0" wp14:anchorId="70E52E85" wp14:editId="27A30495">
                  <wp:extent cx="1841500" cy="1847850"/>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41500" cy="1847850"/>
                          </a:xfrm>
                          <a:prstGeom prst="rect">
                            <a:avLst/>
                          </a:prstGeom>
                          <a:noFill/>
                        </pic:spPr>
                      </pic:pic>
                    </a:graphicData>
                  </a:graphic>
                </wp:inline>
              </w:drawing>
            </w:r>
          </w:p>
        </w:tc>
      </w:tr>
      <w:tr w:rsidR="00293A1C" w14:paraId="52ABF0EB" w14:textId="77777777">
        <w:tblPrEx>
          <w:jc w:val="left"/>
        </w:tblPrEx>
        <w:tc>
          <w:tcPr>
            <w:tcW w:w="11189" w:type="dxa"/>
            <w:gridSpan w:val="8"/>
            <w:shd w:val="clear" w:color="auto" w:fill="DFF3FF"/>
            <w:tcMar>
              <w:top w:w="45" w:type="dxa"/>
              <w:left w:w="80" w:type="dxa"/>
              <w:bottom w:w="45" w:type="dxa"/>
              <w:right w:w="80" w:type="dxa"/>
            </w:tcMar>
          </w:tcPr>
          <w:p w14:paraId="32175586" w14:textId="0C777FF8" w:rsidR="00293A1C" w:rsidRPr="00031900" w:rsidRDefault="00CD08D0">
            <w:pPr>
              <w:spacing w:after="0"/>
              <w:jc w:val="center"/>
              <w:rPr>
                <w:sz w:val="24"/>
                <w:szCs w:val="24"/>
              </w:rPr>
            </w:pPr>
            <w:r w:rsidRPr="00031900">
              <w:rPr>
                <w:rFonts w:ascii="Aptos" w:hAnsi="Aptos"/>
                <w:b/>
                <w:color w:val="0758A6"/>
                <w:sz w:val="24"/>
                <w:szCs w:val="24"/>
              </w:rPr>
              <w:t xml:space="preserve">THANK YOU, </w:t>
            </w:r>
            <w:r w:rsidR="00F00F55" w:rsidRPr="00031900">
              <w:rPr>
                <w:rFonts w:ascii="Aptos" w:hAnsi="Aptos"/>
                <w:b/>
                <w:color w:val="0758A6"/>
                <w:sz w:val="24"/>
                <w:szCs w:val="24"/>
              </w:rPr>
              <w:t>ST JULIE</w:t>
            </w:r>
            <w:r w:rsidRPr="00031900">
              <w:rPr>
                <w:rFonts w:ascii="Aptos" w:hAnsi="Aptos"/>
                <w:b/>
                <w:color w:val="0758A6"/>
                <w:sz w:val="24"/>
                <w:szCs w:val="24"/>
              </w:rPr>
              <w:t xml:space="preserve"> FAMILY!</w:t>
            </w:r>
          </w:p>
          <w:p w14:paraId="099C8EA0" w14:textId="1D260244" w:rsidR="00F00F55" w:rsidRPr="00031900" w:rsidRDefault="00CD08D0">
            <w:pPr>
              <w:spacing w:after="0"/>
              <w:jc w:val="center"/>
              <w:rPr>
                <w:rFonts w:ascii="Aptos" w:hAnsi="Aptos"/>
                <w:color w:val="243447"/>
                <w:sz w:val="20"/>
                <w:szCs w:val="20"/>
              </w:rPr>
            </w:pPr>
            <w:r w:rsidRPr="00031900">
              <w:rPr>
                <w:rFonts w:ascii="Aptos" w:hAnsi="Aptos"/>
                <w:color w:val="243447"/>
                <w:sz w:val="20"/>
                <w:szCs w:val="20"/>
              </w:rPr>
              <w:t>Thank you to everyone who made our 60th celebration so special. We shared a lovely Mass, children learned about the life of St Julie</w:t>
            </w:r>
            <w:r w:rsidR="00F06594">
              <w:rPr>
                <w:rFonts w:ascii="Aptos" w:hAnsi="Aptos"/>
                <w:color w:val="243447"/>
                <w:sz w:val="20"/>
                <w:szCs w:val="20"/>
              </w:rPr>
              <w:t>,</w:t>
            </w:r>
            <w:r w:rsidRPr="00031900">
              <w:rPr>
                <w:rFonts w:ascii="Aptos" w:hAnsi="Aptos"/>
                <w:color w:val="243447"/>
                <w:sz w:val="20"/>
                <w:szCs w:val="20"/>
              </w:rPr>
              <w:t xml:space="preserve"> </w:t>
            </w:r>
            <w:r w:rsidR="00F00F55" w:rsidRPr="00031900">
              <w:rPr>
                <w:rFonts w:ascii="Aptos" w:hAnsi="Aptos"/>
                <w:color w:val="243447"/>
                <w:sz w:val="20"/>
                <w:szCs w:val="20"/>
              </w:rPr>
              <w:t xml:space="preserve">had fun playing </w:t>
            </w:r>
            <w:r w:rsidRPr="00031900">
              <w:rPr>
                <w:rFonts w:ascii="Aptos" w:hAnsi="Aptos"/>
                <w:color w:val="243447"/>
                <w:sz w:val="20"/>
                <w:szCs w:val="20"/>
              </w:rPr>
              <w:t xml:space="preserve">games and activities, and families enjoyed looking through old photographs and sharing memories. </w:t>
            </w:r>
          </w:p>
          <w:p w14:paraId="4438D0B8" w14:textId="391C3150" w:rsidR="00293A1C" w:rsidRPr="00F00F55" w:rsidRDefault="00CD08D0">
            <w:pPr>
              <w:spacing w:after="0"/>
              <w:jc w:val="center"/>
              <w:rPr>
                <w:b/>
                <w:bCs/>
              </w:rPr>
            </w:pPr>
            <w:r w:rsidRPr="00031900">
              <w:rPr>
                <w:rFonts w:ascii="Aptos" w:hAnsi="Aptos"/>
                <w:b/>
                <w:bCs/>
                <w:color w:val="243447"/>
                <w:sz w:val="20"/>
                <w:szCs w:val="20"/>
              </w:rPr>
              <w:t>A huge th</w:t>
            </w:r>
            <w:r w:rsidRPr="00031900">
              <w:rPr>
                <w:rFonts w:ascii="Aptos" w:hAnsi="Aptos"/>
                <w:b/>
                <w:bCs/>
                <w:color w:val="243447"/>
                <w:sz w:val="20"/>
                <w:szCs w:val="20"/>
              </w:rPr>
              <w:t xml:space="preserve">ank you to our P.F.A. for the amazing balloon arch, </w:t>
            </w:r>
            <w:proofErr w:type="gramStart"/>
            <w:r w:rsidRPr="00031900">
              <w:rPr>
                <w:rFonts w:ascii="Aptos" w:hAnsi="Aptos"/>
                <w:b/>
                <w:bCs/>
                <w:color w:val="243447"/>
                <w:sz w:val="20"/>
                <w:szCs w:val="20"/>
              </w:rPr>
              <w:t>refreshments</w:t>
            </w:r>
            <w:proofErr w:type="gramEnd"/>
            <w:r w:rsidRPr="00031900">
              <w:rPr>
                <w:rFonts w:ascii="Aptos" w:hAnsi="Aptos"/>
                <w:b/>
                <w:bCs/>
                <w:color w:val="243447"/>
                <w:sz w:val="20"/>
                <w:szCs w:val="20"/>
              </w:rPr>
              <w:t xml:space="preserve"> and fantastic support!</w:t>
            </w:r>
          </w:p>
        </w:tc>
      </w:tr>
      <w:tr w:rsidR="00293A1C" w14:paraId="08CD3472" w14:textId="77777777">
        <w:trPr>
          <w:jc w:val="center"/>
        </w:trPr>
        <w:tc>
          <w:tcPr>
            <w:tcW w:w="11189" w:type="dxa"/>
            <w:gridSpan w:val="8"/>
            <w:shd w:val="clear" w:color="auto" w:fill="2D8ED6"/>
            <w:tcMar>
              <w:top w:w="35" w:type="dxa"/>
              <w:left w:w="70" w:type="dxa"/>
              <w:bottom w:w="35" w:type="dxa"/>
              <w:right w:w="70" w:type="dxa"/>
            </w:tcMar>
          </w:tcPr>
          <w:p w14:paraId="29464B8D" w14:textId="77777777" w:rsidR="00293A1C" w:rsidRDefault="00CD08D0">
            <w:pPr>
              <w:spacing w:after="0"/>
              <w:jc w:val="center"/>
            </w:pPr>
            <w:r>
              <w:rPr>
                <w:rFonts w:ascii="Aptos" w:hAnsi="Aptos"/>
                <w:b/>
                <w:color w:val="FFFFFF"/>
                <w:sz w:val="26"/>
              </w:rPr>
              <w:t>★ CELEBRATING OUR CHILDREN ★</w:t>
            </w:r>
          </w:p>
        </w:tc>
      </w:tr>
      <w:tr w:rsidR="00CD08D0" w14:paraId="2246683A" w14:textId="77777777">
        <w:trPr>
          <w:jc w:val="center"/>
        </w:trPr>
        <w:tc>
          <w:tcPr>
            <w:tcW w:w="2238" w:type="dxa"/>
            <w:shd w:val="clear" w:color="auto" w:fill="0758A6"/>
          </w:tcPr>
          <w:p w14:paraId="4361B32F" w14:textId="77777777" w:rsidR="00293A1C" w:rsidRDefault="00CD08D0">
            <w:pPr>
              <w:spacing w:after="0"/>
              <w:jc w:val="center"/>
            </w:pPr>
            <w:r>
              <w:rPr>
                <w:rFonts w:ascii="Aptos" w:hAnsi="Aptos"/>
                <w:b/>
                <w:color w:val="FFFFFF"/>
                <w:sz w:val="14"/>
              </w:rPr>
              <w:t>CLASS</w:t>
            </w:r>
          </w:p>
        </w:tc>
        <w:tc>
          <w:tcPr>
            <w:tcW w:w="2238" w:type="dxa"/>
            <w:gridSpan w:val="2"/>
            <w:shd w:val="clear" w:color="auto" w:fill="2D8ED6"/>
          </w:tcPr>
          <w:p w14:paraId="1623EDA4" w14:textId="77777777" w:rsidR="00293A1C" w:rsidRDefault="00CD08D0">
            <w:pPr>
              <w:spacing w:after="0"/>
              <w:jc w:val="center"/>
            </w:pPr>
            <w:r>
              <w:rPr>
                <w:rFonts w:ascii="Aptos" w:hAnsi="Aptos"/>
                <w:b/>
                <w:color w:val="FFFFFF"/>
                <w:sz w:val="14"/>
              </w:rPr>
              <w:t>⭐</w:t>
            </w:r>
            <w:r>
              <w:rPr>
                <w:rFonts w:ascii="Aptos" w:hAnsi="Aptos"/>
                <w:b/>
                <w:color w:val="FFFFFF"/>
                <w:sz w:val="14"/>
              </w:rPr>
              <w:t xml:space="preserve"> STAR OF</w:t>
            </w:r>
            <w:r>
              <w:rPr>
                <w:rFonts w:ascii="Aptos" w:hAnsi="Aptos"/>
                <w:b/>
                <w:color w:val="FFFFFF"/>
                <w:sz w:val="14"/>
              </w:rPr>
              <w:br/>
              <w:t>THE WEEK</w:t>
            </w:r>
          </w:p>
        </w:tc>
        <w:tc>
          <w:tcPr>
            <w:tcW w:w="2238" w:type="dxa"/>
            <w:gridSpan w:val="2"/>
            <w:shd w:val="clear" w:color="auto" w:fill="0758A6"/>
          </w:tcPr>
          <w:p w14:paraId="7B605EB4" w14:textId="77777777" w:rsidR="00293A1C" w:rsidRDefault="00CD08D0">
            <w:pPr>
              <w:spacing w:after="0"/>
              <w:jc w:val="center"/>
            </w:pPr>
            <w:r>
              <w:rPr>
                <w:rFonts w:ascii="Aptos" w:hAnsi="Aptos"/>
                <w:b/>
                <w:color w:val="FFFFFF"/>
                <w:sz w:val="14"/>
              </w:rPr>
              <w:t>📚</w:t>
            </w:r>
            <w:r>
              <w:rPr>
                <w:rFonts w:ascii="Aptos" w:hAnsi="Aptos"/>
                <w:b/>
                <w:color w:val="FFFFFF"/>
                <w:sz w:val="14"/>
              </w:rPr>
              <w:t xml:space="preserve"> READER OF</w:t>
            </w:r>
            <w:r>
              <w:rPr>
                <w:rFonts w:ascii="Aptos" w:hAnsi="Aptos"/>
                <w:b/>
                <w:color w:val="FFFFFF"/>
                <w:sz w:val="14"/>
              </w:rPr>
              <w:br/>
              <w:t>THE WEEK</w:t>
            </w:r>
          </w:p>
        </w:tc>
        <w:tc>
          <w:tcPr>
            <w:tcW w:w="2238" w:type="dxa"/>
            <w:gridSpan w:val="2"/>
            <w:shd w:val="clear" w:color="auto" w:fill="2D8ED6"/>
          </w:tcPr>
          <w:p w14:paraId="3B1E0D16" w14:textId="77777777" w:rsidR="00293A1C" w:rsidRDefault="00CD08D0">
            <w:pPr>
              <w:spacing w:after="0"/>
              <w:jc w:val="center"/>
            </w:pPr>
            <w:r>
              <w:rPr>
                <w:rFonts w:ascii="Aptos" w:hAnsi="Aptos"/>
                <w:b/>
                <w:color w:val="FFFFFF"/>
                <w:sz w:val="14"/>
              </w:rPr>
              <w:t>🔢</w:t>
            </w:r>
            <w:r>
              <w:rPr>
                <w:rFonts w:ascii="Aptos" w:hAnsi="Aptos"/>
                <w:b/>
                <w:color w:val="FFFFFF"/>
                <w:sz w:val="14"/>
              </w:rPr>
              <w:t xml:space="preserve"> MATHEMATICIAN</w:t>
            </w:r>
            <w:r>
              <w:rPr>
                <w:rFonts w:ascii="Aptos" w:hAnsi="Aptos"/>
                <w:b/>
                <w:color w:val="FFFFFF"/>
                <w:sz w:val="14"/>
              </w:rPr>
              <w:br/>
              <w:t>OF THE WEEK</w:t>
            </w:r>
          </w:p>
        </w:tc>
        <w:tc>
          <w:tcPr>
            <w:tcW w:w="2238" w:type="dxa"/>
            <w:shd w:val="clear" w:color="auto" w:fill="0758A6"/>
          </w:tcPr>
          <w:p w14:paraId="0AE8DBD6" w14:textId="77777777" w:rsidR="00293A1C" w:rsidRDefault="00CD08D0">
            <w:pPr>
              <w:spacing w:after="0"/>
              <w:jc w:val="center"/>
            </w:pPr>
            <w:r>
              <w:rPr>
                <w:rFonts w:ascii="Aptos" w:hAnsi="Aptos"/>
                <w:b/>
                <w:color w:val="FFFFFF"/>
                <w:sz w:val="14"/>
              </w:rPr>
              <w:t>🍎</w:t>
            </w:r>
            <w:r>
              <w:rPr>
                <w:rFonts w:ascii="Aptos" w:hAnsi="Aptos"/>
                <w:b/>
                <w:color w:val="FFFFFF"/>
                <w:sz w:val="14"/>
              </w:rPr>
              <w:t xml:space="preserve"> LUNCHTIME</w:t>
            </w:r>
            <w:r>
              <w:rPr>
                <w:rFonts w:ascii="Aptos" w:hAnsi="Aptos"/>
                <w:b/>
                <w:color w:val="FFFFFF"/>
                <w:sz w:val="14"/>
              </w:rPr>
              <w:br/>
              <w:t>SUPERSTAR</w:t>
            </w:r>
          </w:p>
        </w:tc>
      </w:tr>
      <w:tr w:rsidR="00CD08D0" w14:paraId="7B8384C4" w14:textId="77777777" w:rsidTr="0083428D">
        <w:trPr>
          <w:jc w:val="center"/>
        </w:trPr>
        <w:tc>
          <w:tcPr>
            <w:tcW w:w="2238" w:type="dxa"/>
            <w:shd w:val="clear" w:color="auto" w:fill="DFF3FF"/>
          </w:tcPr>
          <w:p w14:paraId="0219377D" w14:textId="77777777" w:rsidR="00293A1C" w:rsidRDefault="00CD08D0">
            <w:pPr>
              <w:spacing w:after="0"/>
              <w:jc w:val="center"/>
            </w:pPr>
            <w:r>
              <w:rPr>
                <w:rFonts w:ascii="Aptos" w:hAnsi="Aptos"/>
                <w:b/>
                <w:color w:val="083B70"/>
                <w:sz w:val="16"/>
              </w:rPr>
              <w:t>EYFS</w:t>
            </w:r>
          </w:p>
        </w:tc>
        <w:tc>
          <w:tcPr>
            <w:tcW w:w="2238" w:type="dxa"/>
            <w:gridSpan w:val="2"/>
            <w:shd w:val="clear" w:color="auto" w:fill="FFFFFF"/>
          </w:tcPr>
          <w:p w14:paraId="1C7275A7" w14:textId="77777777" w:rsidR="00293A1C" w:rsidRDefault="00293A1C" w:rsidP="0083428D">
            <w:pPr>
              <w:spacing w:after="0"/>
              <w:jc w:val="center"/>
            </w:pPr>
          </w:p>
          <w:p w14:paraId="6E1846D5" w14:textId="5BA039B3" w:rsidR="00293A1C" w:rsidRDefault="0083428D" w:rsidP="0083428D">
            <w:pPr>
              <w:spacing w:after="0"/>
              <w:jc w:val="center"/>
            </w:pPr>
            <w:proofErr w:type="gramStart"/>
            <w:r>
              <w:t>All of</w:t>
            </w:r>
            <w:proofErr w:type="gramEnd"/>
            <w:r>
              <w:t xml:space="preserve"> EYFS</w:t>
            </w:r>
          </w:p>
        </w:tc>
        <w:tc>
          <w:tcPr>
            <w:tcW w:w="2238" w:type="dxa"/>
            <w:gridSpan w:val="2"/>
            <w:shd w:val="clear" w:color="auto" w:fill="B8CCE4" w:themeFill="accent1" w:themeFillTint="66"/>
          </w:tcPr>
          <w:p w14:paraId="34624EF1" w14:textId="77777777" w:rsidR="00293A1C" w:rsidRDefault="00293A1C" w:rsidP="0083428D">
            <w:pPr>
              <w:spacing w:after="0"/>
              <w:jc w:val="center"/>
            </w:pPr>
          </w:p>
          <w:p w14:paraId="3A7B4D3E" w14:textId="2CD26D8F" w:rsidR="00293A1C" w:rsidRDefault="00293A1C" w:rsidP="0083428D">
            <w:pPr>
              <w:spacing w:after="0"/>
              <w:jc w:val="center"/>
            </w:pPr>
          </w:p>
        </w:tc>
        <w:tc>
          <w:tcPr>
            <w:tcW w:w="2238" w:type="dxa"/>
            <w:gridSpan w:val="2"/>
            <w:shd w:val="clear" w:color="auto" w:fill="B8CCE4" w:themeFill="accent1" w:themeFillTint="66"/>
          </w:tcPr>
          <w:p w14:paraId="274F0743" w14:textId="77777777" w:rsidR="00293A1C" w:rsidRDefault="00293A1C" w:rsidP="0083428D">
            <w:pPr>
              <w:spacing w:after="0"/>
              <w:jc w:val="center"/>
            </w:pPr>
          </w:p>
          <w:p w14:paraId="1DD6509C" w14:textId="1FC1CA9D" w:rsidR="00293A1C" w:rsidRDefault="00293A1C" w:rsidP="0083428D">
            <w:pPr>
              <w:spacing w:after="0"/>
              <w:jc w:val="center"/>
            </w:pPr>
          </w:p>
        </w:tc>
        <w:tc>
          <w:tcPr>
            <w:tcW w:w="2238" w:type="dxa"/>
            <w:shd w:val="clear" w:color="auto" w:fill="FFFFFF"/>
          </w:tcPr>
          <w:p w14:paraId="41DF3E26" w14:textId="77777777" w:rsidR="00293A1C" w:rsidRDefault="00293A1C" w:rsidP="0083428D">
            <w:pPr>
              <w:spacing w:after="0"/>
              <w:jc w:val="center"/>
            </w:pPr>
          </w:p>
          <w:p w14:paraId="2C600A9A" w14:textId="68869D55" w:rsidR="00293A1C" w:rsidRDefault="0083428D" w:rsidP="0083428D">
            <w:pPr>
              <w:spacing w:after="0"/>
              <w:jc w:val="center"/>
            </w:pPr>
            <w:r>
              <w:t>Henry</w:t>
            </w:r>
          </w:p>
        </w:tc>
      </w:tr>
      <w:tr w:rsidR="00CD08D0" w14:paraId="565D8618" w14:textId="77777777">
        <w:trPr>
          <w:jc w:val="center"/>
        </w:trPr>
        <w:tc>
          <w:tcPr>
            <w:tcW w:w="2238" w:type="dxa"/>
            <w:shd w:val="clear" w:color="auto" w:fill="DFF3FF"/>
          </w:tcPr>
          <w:p w14:paraId="7F8956B3" w14:textId="77777777" w:rsidR="00293A1C" w:rsidRDefault="00CD08D0">
            <w:pPr>
              <w:spacing w:after="0"/>
              <w:jc w:val="center"/>
            </w:pPr>
            <w:r>
              <w:rPr>
                <w:rFonts w:ascii="Aptos" w:hAnsi="Aptos"/>
                <w:b/>
                <w:color w:val="083B70"/>
                <w:sz w:val="16"/>
              </w:rPr>
              <w:t>Year 1</w:t>
            </w:r>
          </w:p>
        </w:tc>
        <w:tc>
          <w:tcPr>
            <w:tcW w:w="2238" w:type="dxa"/>
            <w:gridSpan w:val="2"/>
            <w:shd w:val="clear" w:color="auto" w:fill="F7FBFF"/>
          </w:tcPr>
          <w:p w14:paraId="52D008D6" w14:textId="09B0E064" w:rsidR="00293A1C" w:rsidRDefault="0083428D" w:rsidP="0083428D">
            <w:pPr>
              <w:spacing w:after="0"/>
              <w:jc w:val="center"/>
            </w:pPr>
            <w:r>
              <w:t>Felicity B</w:t>
            </w:r>
          </w:p>
          <w:p w14:paraId="11EFE4AB" w14:textId="0F4EBDD8" w:rsidR="00293A1C" w:rsidRDefault="00293A1C" w:rsidP="0083428D">
            <w:pPr>
              <w:spacing w:after="0"/>
              <w:jc w:val="center"/>
            </w:pPr>
          </w:p>
        </w:tc>
        <w:tc>
          <w:tcPr>
            <w:tcW w:w="2238" w:type="dxa"/>
            <w:gridSpan w:val="2"/>
            <w:shd w:val="clear" w:color="auto" w:fill="F7FBFF"/>
          </w:tcPr>
          <w:p w14:paraId="3B242F51" w14:textId="72CE6B8E" w:rsidR="00293A1C" w:rsidRDefault="0083428D" w:rsidP="0083428D">
            <w:pPr>
              <w:spacing w:after="0"/>
              <w:jc w:val="center"/>
            </w:pPr>
            <w:r>
              <w:t>Luca G</w:t>
            </w:r>
          </w:p>
          <w:p w14:paraId="7637FCEE" w14:textId="5AD5B386" w:rsidR="00293A1C" w:rsidRDefault="00293A1C" w:rsidP="0083428D">
            <w:pPr>
              <w:spacing w:after="0"/>
              <w:jc w:val="center"/>
            </w:pPr>
          </w:p>
        </w:tc>
        <w:tc>
          <w:tcPr>
            <w:tcW w:w="2238" w:type="dxa"/>
            <w:gridSpan w:val="2"/>
            <w:shd w:val="clear" w:color="auto" w:fill="F7FBFF"/>
          </w:tcPr>
          <w:p w14:paraId="5CEF33BD" w14:textId="685456AF" w:rsidR="00293A1C" w:rsidRDefault="0083428D" w:rsidP="0083428D">
            <w:pPr>
              <w:spacing w:after="0"/>
              <w:jc w:val="center"/>
            </w:pPr>
            <w:r>
              <w:t>Olive</w:t>
            </w:r>
          </w:p>
          <w:p w14:paraId="5FA0CE79" w14:textId="53551463" w:rsidR="00293A1C" w:rsidRDefault="00293A1C" w:rsidP="0083428D">
            <w:pPr>
              <w:spacing w:after="0"/>
              <w:jc w:val="center"/>
            </w:pPr>
          </w:p>
        </w:tc>
        <w:tc>
          <w:tcPr>
            <w:tcW w:w="2238" w:type="dxa"/>
            <w:shd w:val="clear" w:color="auto" w:fill="F7FBFF"/>
          </w:tcPr>
          <w:p w14:paraId="371DD89E" w14:textId="257010E1" w:rsidR="00293A1C" w:rsidRDefault="0083428D" w:rsidP="0083428D">
            <w:pPr>
              <w:spacing w:after="0"/>
              <w:jc w:val="center"/>
            </w:pPr>
            <w:proofErr w:type="spellStart"/>
            <w:r>
              <w:t>Nihan</w:t>
            </w:r>
            <w:proofErr w:type="spellEnd"/>
          </w:p>
          <w:p w14:paraId="0F0BE504" w14:textId="01FC0BB6" w:rsidR="00293A1C" w:rsidRDefault="00293A1C" w:rsidP="0083428D">
            <w:pPr>
              <w:spacing w:after="0"/>
              <w:jc w:val="center"/>
            </w:pPr>
          </w:p>
        </w:tc>
      </w:tr>
      <w:tr w:rsidR="00CD08D0" w14:paraId="1FB1C120" w14:textId="77777777">
        <w:trPr>
          <w:jc w:val="center"/>
        </w:trPr>
        <w:tc>
          <w:tcPr>
            <w:tcW w:w="2238" w:type="dxa"/>
            <w:shd w:val="clear" w:color="auto" w:fill="DFF3FF"/>
          </w:tcPr>
          <w:p w14:paraId="5CEE3709" w14:textId="77777777" w:rsidR="00293A1C" w:rsidRDefault="00CD08D0">
            <w:pPr>
              <w:spacing w:after="0"/>
              <w:jc w:val="center"/>
            </w:pPr>
            <w:r>
              <w:rPr>
                <w:rFonts w:ascii="Aptos" w:hAnsi="Aptos"/>
                <w:b/>
                <w:color w:val="083B70"/>
                <w:sz w:val="16"/>
              </w:rPr>
              <w:t>Year 2</w:t>
            </w:r>
          </w:p>
        </w:tc>
        <w:tc>
          <w:tcPr>
            <w:tcW w:w="2238" w:type="dxa"/>
            <w:gridSpan w:val="2"/>
            <w:shd w:val="clear" w:color="auto" w:fill="FFFFFF"/>
          </w:tcPr>
          <w:p w14:paraId="39C238D3" w14:textId="3D59EE41" w:rsidR="00293A1C" w:rsidRDefault="0083428D" w:rsidP="0083428D">
            <w:pPr>
              <w:spacing w:after="0"/>
              <w:jc w:val="center"/>
            </w:pPr>
            <w:r>
              <w:t>Charlotte</w:t>
            </w:r>
          </w:p>
          <w:p w14:paraId="6B0AC759" w14:textId="3E1602BE" w:rsidR="00293A1C" w:rsidRDefault="00293A1C" w:rsidP="0083428D">
            <w:pPr>
              <w:spacing w:after="0"/>
              <w:jc w:val="center"/>
            </w:pPr>
          </w:p>
        </w:tc>
        <w:tc>
          <w:tcPr>
            <w:tcW w:w="2238" w:type="dxa"/>
            <w:gridSpan w:val="2"/>
            <w:shd w:val="clear" w:color="auto" w:fill="FFFFFF"/>
          </w:tcPr>
          <w:p w14:paraId="178E933A" w14:textId="6D73F64E" w:rsidR="00293A1C" w:rsidRDefault="0083428D" w:rsidP="0083428D">
            <w:pPr>
              <w:spacing w:after="0"/>
              <w:jc w:val="center"/>
            </w:pPr>
            <w:r>
              <w:t>Felicity</w:t>
            </w:r>
          </w:p>
          <w:p w14:paraId="53B2CF24" w14:textId="14BD12E3" w:rsidR="00293A1C" w:rsidRDefault="00293A1C" w:rsidP="0083428D">
            <w:pPr>
              <w:spacing w:after="0"/>
              <w:jc w:val="center"/>
            </w:pPr>
          </w:p>
        </w:tc>
        <w:tc>
          <w:tcPr>
            <w:tcW w:w="2238" w:type="dxa"/>
            <w:gridSpan w:val="2"/>
            <w:shd w:val="clear" w:color="auto" w:fill="FFFFFF"/>
          </w:tcPr>
          <w:p w14:paraId="0DC18554" w14:textId="15EDCE0B" w:rsidR="00293A1C" w:rsidRDefault="0083428D" w:rsidP="0083428D">
            <w:pPr>
              <w:spacing w:after="0"/>
              <w:jc w:val="center"/>
            </w:pPr>
            <w:r>
              <w:t>Oliver</w:t>
            </w:r>
          </w:p>
          <w:p w14:paraId="5424948C" w14:textId="348A4E61" w:rsidR="00293A1C" w:rsidRDefault="00293A1C" w:rsidP="0083428D">
            <w:pPr>
              <w:spacing w:after="0"/>
              <w:jc w:val="center"/>
            </w:pPr>
          </w:p>
        </w:tc>
        <w:tc>
          <w:tcPr>
            <w:tcW w:w="2238" w:type="dxa"/>
            <w:shd w:val="clear" w:color="auto" w:fill="FFFFFF"/>
          </w:tcPr>
          <w:p w14:paraId="1A639F12" w14:textId="22F68F92" w:rsidR="00293A1C" w:rsidRDefault="0083428D" w:rsidP="0083428D">
            <w:pPr>
              <w:spacing w:after="0"/>
              <w:jc w:val="center"/>
            </w:pPr>
            <w:r>
              <w:t>Jacob</w:t>
            </w:r>
          </w:p>
          <w:p w14:paraId="7ADA31B4" w14:textId="38EDB6C1" w:rsidR="00293A1C" w:rsidRDefault="00293A1C" w:rsidP="0083428D">
            <w:pPr>
              <w:spacing w:after="0"/>
              <w:jc w:val="center"/>
            </w:pPr>
          </w:p>
        </w:tc>
      </w:tr>
      <w:tr w:rsidR="00CD08D0" w14:paraId="53AE4E71" w14:textId="77777777">
        <w:trPr>
          <w:jc w:val="center"/>
        </w:trPr>
        <w:tc>
          <w:tcPr>
            <w:tcW w:w="2238" w:type="dxa"/>
            <w:shd w:val="clear" w:color="auto" w:fill="DFF3FF"/>
          </w:tcPr>
          <w:p w14:paraId="014AB07C" w14:textId="77777777" w:rsidR="00293A1C" w:rsidRDefault="00CD08D0">
            <w:pPr>
              <w:spacing w:after="0"/>
              <w:jc w:val="center"/>
            </w:pPr>
            <w:r>
              <w:rPr>
                <w:rFonts w:ascii="Aptos" w:hAnsi="Aptos"/>
                <w:b/>
                <w:color w:val="083B70"/>
                <w:sz w:val="16"/>
              </w:rPr>
              <w:t>Year 3</w:t>
            </w:r>
          </w:p>
        </w:tc>
        <w:tc>
          <w:tcPr>
            <w:tcW w:w="2238" w:type="dxa"/>
            <w:gridSpan w:val="2"/>
            <w:shd w:val="clear" w:color="auto" w:fill="F7FBFF"/>
          </w:tcPr>
          <w:p w14:paraId="29613FF1" w14:textId="5F4A01CF" w:rsidR="00293A1C" w:rsidRDefault="0083428D" w:rsidP="0083428D">
            <w:pPr>
              <w:spacing w:after="0"/>
              <w:jc w:val="center"/>
            </w:pPr>
            <w:r>
              <w:t>Isabelle</w:t>
            </w:r>
          </w:p>
          <w:p w14:paraId="12DED18D" w14:textId="1288E9F3" w:rsidR="00293A1C" w:rsidRDefault="00293A1C" w:rsidP="0083428D">
            <w:pPr>
              <w:spacing w:after="0"/>
              <w:jc w:val="center"/>
            </w:pPr>
          </w:p>
        </w:tc>
        <w:tc>
          <w:tcPr>
            <w:tcW w:w="2238" w:type="dxa"/>
            <w:gridSpan w:val="2"/>
            <w:shd w:val="clear" w:color="auto" w:fill="F7FBFF"/>
          </w:tcPr>
          <w:p w14:paraId="0919DAC4" w14:textId="624C885C" w:rsidR="00293A1C" w:rsidRDefault="0083428D" w:rsidP="0083428D">
            <w:pPr>
              <w:spacing w:after="0"/>
              <w:jc w:val="center"/>
            </w:pPr>
            <w:r>
              <w:t>Jack</w:t>
            </w:r>
          </w:p>
          <w:p w14:paraId="3FEA4671" w14:textId="2983CEF8" w:rsidR="00293A1C" w:rsidRDefault="00293A1C" w:rsidP="0083428D">
            <w:pPr>
              <w:spacing w:after="0"/>
              <w:jc w:val="center"/>
            </w:pPr>
          </w:p>
        </w:tc>
        <w:tc>
          <w:tcPr>
            <w:tcW w:w="2238" w:type="dxa"/>
            <w:gridSpan w:val="2"/>
            <w:shd w:val="clear" w:color="auto" w:fill="F7FBFF"/>
          </w:tcPr>
          <w:p w14:paraId="199D25D9" w14:textId="3CC751C5" w:rsidR="00293A1C" w:rsidRDefault="0083428D" w:rsidP="0083428D">
            <w:pPr>
              <w:spacing w:after="0"/>
              <w:jc w:val="center"/>
            </w:pPr>
            <w:r>
              <w:t>Jessica</w:t>
            </w:r>
          </w:p>
          <w:p w14:paraId="3CC1A7E2" w14:textId="40A7C2B5" w:rsidR="00293A1C" w:rsidRDefault="00293A1C" w:rsidP="0083428D">
            <w:pPr>
              <w:spacing w:after="0"/>
              <w:jc w:val="center"/>
            </w:pPr>
          </w:p>
        </w:tc>
        <w:tc>
          <w:tcPr>
            <w:tcW w:w="2238" w:type="dxa"/>
            <w:shd w:val="clear" w:color="auto" w:fill="F7FBFF"/>
          </w:tcPr>
          <w:p w14:paraId="6C526FD3" w14:textId="6897D2CB" w:rsidR="00293A1C" w:rsidRDefault="0083428D" w:rsidP="0083428D">
            <w:pPr>
              <w:spacing w:after="0"/>
              <w:jc w:val="center"/>
            </w:pPr>
            <w:r>
              <w:t>Toby</w:t>
            </w:r>
          </w:p>
          <w:p w14:paraId="3198F2FB" w14:textId="7EE55F95" w:rsidR="00293A1C" w:rsidRDefault="00293A1C" w:rsidP="0083428D">
            <w:pPr>
              <w:spacing w:after="0"/>
              <w:jc w:val="center"/>
            </w:pPr>
          </w:p>
        </w:tc>
      </w:tr>
      <w:tr w:rsidR="00CD08D0" w14:paraId="21138EC7" w14:textId="77777777">
        <w:trPr>
          <w:jc w:val="center"/>
        </w:trPr>
        <w:tc>
          <w:tcPr>
            <w:tcW w:w="2238" w:type="dxa"/>
            <w:shd w:val="clear" w:color="auto" w:fill="DFF3FF"/>
          </w:tcPr>
          <w:p w14:paraId="610414EC" w14:textId="77777777" w:rsidR="00293A1C" w:rsidRDefault="00CD08D0">
            <w:pPr>
              <w:spacing w:after="0"/>
              <w:jc w:val="center"/>
            </w:pPr>
            <w:r>
              <w:rPr>
                <w:rFonts w:ascii="Aptos" w:hAnsi="Aptos"/>
                <w:b/>
                <w:color w:val="083B70"/>
                <w:sz w:val="16"/>
              </w:rPr>
              <w:t>Year 4</w:t>
            </w:r>
          </w:p>
        </w:tc>
        <w:tc>
          <w:tcPr>
            <w:tcW w:w="2238" w:type="dxa"/>
            <w:gridSpan w:val="2"/>
            <w:shd w:val="clear" w:color="auto" w:fill="FFFFFF"/>
          </w:tcPr>
          <w:p w14:paraId="74A393B3" w14:textId="797FD904" w:rsidR="00293A1C" w:rsidRDefault="0083428D" w:rsidP="0083428D">
            <w:pPr>
              <w:spacing w:after="0"/>
              <w:jc w:val="center"/>
            </w:pPr>
            <w:r>
              <w:t>Reggie</w:t>
            </w:r>
          </w:p>
          <w:p w14:paraId="42661E6E" w14:textId="4090E26C" w:rsidR="00293A1C" w:rsidRDefault="00293A1C" w:rsidP="0083428D">
            <w:pPr>
              <w:spacing w:after="0"/>
              <w:jc w:val="center"/>
            </w:pPr>
          </w:p>
        </w:tc>
        <w:tc>
          <w:tcPr>
            <w:tcW w:w="2238" w:type="dxa"/>
            <w:gridSpan w:val="2"/>
            <w:shd w:val="clear" w:color="auto" w:fill="FFFFFF"/>
          </w:tcPr>
          <w:p w14:paraId="62AA4B15" w14:textId="6526BDA7" w:rsidR="00293A1C" w:rsidRDefault="0083428D" w:rsidP="0083428D">
            <w:pPr>
              <w:spacing w:after="0"/>
              <w:jc w:val="center"/>
            </w:pPr>
            <w:r>
              <w:t>Matthew</w:t>
            </w:r>
          </w:p>
          <w:p w14:paraId="3A0F5EC3" w14:textId="114B167D" w:rsidR="00293A1C" w:rsidRDefault="00293A1C" w:rsidP="0083428D">
            <w:pPr>
              <w:spacing w:after="0"/>
              <w:jc w:val="center"/>
            </w:pPr>
          </w:p>
        </w:tc>
        <w:tc>
          <w:tcPr>
            <w:tcW w:w="2238" w:type="dxa"/>
            <w:gridSpan w:val="2"/>
            <w:shd w:val="clear" w:color="auto" w:fill="FFFFFF"/>
          </w:tcPr>
          <w:p w14:paraId="7AB33B86" w14:textId="322EBFAB" w:rsidR="00293A1C" w:rsidRDefault="0083428D" w:rsidP="0083428D">
            <w:pPr>
              <w:spacing w:after="0"/>
              <w:jc w:val="center"/>
            </w:pPr>
            <w:r>
              <w:t>Poppy</w:t>
            </w:r>
          </w:p>
          <w:p w14:paraId="48FF77F8" w14:textId="08AA774E" w:rsidR="00293A1C" w:rsidRDefault="00293A1C" w:rsidP="0083428D">
            <w:pPr>
              <w:spacing w:after="0"/>
              <w:jc w:val="center"/>
            </w:pPr>
          </w:p>
        </w:tc>
        <w:tc>
          <w:tcPr>
            <w:tcW w:w="2238" w:type="dxa"/>
            <w:shd w:val="clear" w:color="auto" w:fill="FFFFFF"/>
          </w:tcPr>
          <w:p w14:paraId="0BAA3B57" w14:textId="7F6FD785" w:rsidR="00293A1C" w:rsidRDefault="0083428D" w:rsidP="0083428D">
            <w:pPr>
              <w:spacing w:after="0"/>
              <w:jc w:val="center"/>
            </w:pPr>
            <w:r>
              <w:t>Florence</w:t>
            </w:r>
          </w:p>
          <w:p w14:paraId="1CB32EB5" w14:textId="0EAFA02A" w:rsidR="00293A1C" w:rsidRDefault="00293A1C" w:rsidP="0083428D">
            <w:pPr>
              <w:spacing w:after="0"/>
              <w:jc w:val="center"/>
            </w:pPr>
          </w:p>
        </w:tc>
      </w:tr>
      <w:tr w:rsidR="00CD08D0" w14:paraId="75C94F7D" w14:textId="77777777">
        <w:trPr>
          <w:jc w:val="center"/>
        </w:trPr>
        <w:tc>
          <w:tcPr>
            <w:tcW w:w="2238" w:type="dxa"/>
            <w:shd w:val="clear" w:color="auto" w:fill="DFF3FF"/>
          </w:tcPr>
          <w:p w14:paraId="0659248A" w14:textId="77777777" w:rsidR="00293A1C" w:rsidRDefault="00CD08D0">
            <w:pPr>
              <w:spacing w:after="0"/>
              <w:jc w:val="center"/>
            </w:pPr>
            <w:r>
              <w:rPr>
                <w:rFonts w:ascii="Aptos" w:hAnsi="Aptos"/>
                <w:b/>
                <w:color w:val="083B70"/>
                <w:sz w:val="16"/>
              </w:rPr>
              <w:t>Year 5</w:t>
            </w:r>
          </w:p>
        </w:tc>
        <w:tc>
          <w:tcPr>
            <w:tcW w:w="2238" w:type="dxa"/>
            <w:gridSpan w:val="2"/>
            <w:shd w:val="clear" w:color="auto" w:fill="F7FBFF"/>
          </w:tcPr>
          <w:p w14:paraId="24DB771C" w14:textId="02A020E9" w:rsidR="00293A1C" w:rsidRDefault="0083428D" w:rsidP="0083428D">
            <w:pPr>
              <w:spacing w:after="0"/>
              <w:jc w:val="center"/>
            </w:pPr>
            <w:r>
              <w:t>Sienna</w:t>
            </w:r>
          </w:p>
          <w:p w14:paraId="127530C3" w14:textId="541B4038" w:rsidR="00293A1C" w:rsidRDefault="00293A1C" w:rsidP="0083428D">
            <w:pPr>
              <w:spacing w:after="0"/>
              <w:jc w:val="center"/>
            </w:pPr>
          </w:p>
        </w:tc>
        <w:tc>
          <w:tcPr>
            <w:tcW w:w="2238" w:type="dxa"/>
            <w:gridSpan w:val="2"/>
            <w:shd w:val="clear" w:color="auto" w:fill="F7FBFF"/>
          </w:tcPr>
          <w:p w14:paraId="34DC562C" w14:textId="1AE5BBB7" w:rsidR="00293A1C" w:rsidRDefault="0083428D" w:rsidP="0083428D">
            <w:pPr>
              <w:spacing w:after="0"/>
              <w:jc w:val="center"/>
            </w:pPr>
            <w:r>
              <w:t>River</w:t>
            </w:r>
          </w:p>
          <w:p w14:paraId="03E2ABB5" w14:textId="347B7951" w:rsidR="00293A1C" w:rsidRDefault="00293A1C" w:rsidP="0083428D">
            <w:pPr>
              <w:spacing w:after="0"/>
              <w:jc w:val="center"/>
            </w:pPr>
          </w:p>
        </w:tc>
        <w:tc>
          <w:tcPr>
            <w:tcW w:w="2238" w:type="dxa"/>
            <w:gridSpan w:val="2"/>
            <w:shd w:val="clear" w:color="auto" w:fill="F7FBFF"/>
          </w:tcPr>
          <w:p w14:paraId="29E1EA70" w14:textId="2148E08A" w:rsidR="00293A1C" w:rsidRDefault="0083428D" w:rsidP="0083428D">
            <w:pPr>
              <w:spacing w:after="0"/>
              <w:jc w:val="center"/>
            </w:pPr>
            <w:r>
              <w:t>Gia</w:t>
            </w:r>
          </w:p>
          <w:p w14:paraId="5AEBA08E" w14:textId="7FE9E227" w:rsidR="00293A1C" w:rsidRDefault="00293A1C" w:rsidP="0083428D">
            <w:pPr>
              <w:spacing w:after="0"/>
              <w:jc w:val="center"/>
            </w:pPr>
          </w:p>
        </w:tc>
        <w:tc>
          <w:tcPr>
            <w:tcW w:w="2238" w:type="dxa"/>
            <w:shd w:val="clear" w:color="auto" w:fill="F7FBFF"/>
          </w:tcPr>
          <w:p w14:paraId="1C7B4792" w14:textId="25DC3166" w:rsidR="00293A1C" w:rsidRDefault="0083428D" w:rsidP="0083428D">
            <w:pPr>
              <w:spacing w:after="0"/>
              <w:jc w:val="center"/>
            </w:pPr>
            <w:r>
              <w:t>Callum</w:t>
            </w:r>
          </w:p>
          <w:p w14:paraId="407579AA" w14:textId="4A95E82E" w:rsidR="00293A1C" w:rsidRDefault="00293A1C" w:rsidP="0083428D">
            <w:pPr>
              <w:spacing w:after="0"/>
              <w:jc w:val="center"/>
            </w:pPr>
          </w:p>
        </w:tc>
      </w:tr>
      <w:tr w:rsidR="00CD08D0" w14:paraId="007324B3" w14:textId="77777777">
        <w:trPr>
          <w:jc w:val="center"/>
        </w:trPr>
        <w:tc>
          <w:tcPr>
            <w:tcW w:w="2238" w:type="dxa"/>
            <w:shd w:val="clear" w:color="auto" w:fill="DFF3FF"/>
          </w:tcPr>
          <w:p w14:paraId="46FB5B5B" w14:textId="77777777" w:rsidR="00293A1C" w:rsidRDefault="00CD08D0">
            <w:pPr>
              <w:spacing w:after="0"/>
              <w:jc w:val="center"/>
            </w:pPr>
            <w:r>
              <w:rPr>
                <w:rFonts w:ascii="Aptos" w:hAnsi="Aptos"/>
                <w:b/>
                <w:color w:val="083B70"/>
                <w:sz w:val="16"/>
              </w:rPr>
              <w:t>Year 6</w:t>
            </w:r>
          </w:p>
        </w:tc>
        <w:tc>
          <w:tcPr>
            <w:tcW w:w="2238" w:type="dxa"/>
            <w:gridSpan w:val="2"/>
            <w:shd w:val="clear" w:color="auto" w:fill="FFFFFF"/>
          </w:tcPr>
          <w:p w14:paraId="33EC9018" w14:textId="6B9057C4" w:rsidR="00293A1C" w:rsidRDefault="0083428D" w:rsidP="0083428D">
            <w:pPr>
              <w:spacing w:after="0"/>
              <w:jc w:val="center"/>
            </w:pPr>
            <w:r>
              <w:t>Sam</w:t>
            </w:r>
          </w:p>
          <w:p w14:paraId="1560C0FD" w14:textId="73F909D8" w:rsidR="00293A1C" w:rsidRDefault="00293A1C" w:rsidP="0083428D">
            <w:pPr>
              <w:spacing w:after="0"/>
              <w:jc w:val="center"/>
            </w:pPr>
          </w:p>
        </w:tc>
        <w:tc>
          <w:tcPr>
            <w:tcW w:w="2238" w:type="dxa"/>
            <w:gridSpan w:val="2"/>
            <w:shd w:val="clear" w:color="auto" w:fill="FFFFFF"/>
          </w:tcPr>
          <w:p w14:paraId="3BD85C56" w14:textId="33FB9B35" w:rsidR="00293A1C" w:rsidRDefault="0083428D" w:rsidP="0083428D">
            <w:pPr>
              <w:spacing w:after="0"/>
              <w:jc w:val="center"/>
            </w:pPr>
            <w:r>
              <w:t>Zara</w:t>
            </w:r>
          </w:p>
          <w:p w14:paraId="765B3272" w14:textId="567DFDEB" w:rsidR="00293A1C" w:rsidRDefault="00293A1C" w:rsidP="0083428D">
            <w:pPr>
              <w:spacing w:after="0"/>
              <w:jc w:val="center"/>
            </w:pPr>
          </w:p>
        </w:tc>
        <w:tc>
          <w:tcPr>
            <w:tcW w:w="2238" w:type="dxa"/>
            <w:gridSpan w:val="2"/>
            <w:shd w:val="clear" w:color="auto" w:fill="FFFFFF"/>
          </w:tcPr>
          <w:p w14:paraId="23AB2C23" w14:textId="6FB3F693" w:rsidR="00293A1C" w:rsidRDefault="0083428D" w:rsidP="0083428D">
            <w:pPr>
              <w:spacing w:after="0"/>
              <w:jc w:val="center"/>
            </w:pPr>
            <w:r>
              <w:t>William</w:t>
            </w:r>
          </w:p>
          <w:p w14:paraId="78C903C4" w14:textId="3A830D05" w:rsidR="00293A1C" w:rsidRDefault="00293A1C" w:rsidP="0083428D">
            <w:pPr>
              <w:spacing w:after="0"/>
              <w:jc w:val="center"/>
            </w:pPr>
          </w:p>
        </w:tc>
        <w:tc>
          <w:tcPr>
            <w:tcW w:w="2238" w:type="dxa"/>
            <w:shd w:val="clear" w:color="auto" w:fill="FFFFFF"/>
          </w:tcPr>
          <w:p w14:paraId="52A27A3A" w14:textId="019210EE" w:rsidR="00293A1C" w:rsidRDefault="0083428D" w:rsidP="0083428D">
            <w:pPr>
              <w:spacing w:after="0"/>
              <w:jc w:val="center"/>
            </w:pPr>
            <w:r>
              <w:t>Olivia</w:t>
            </w:r>
          </w:p>
          <w:p w14:paraId="3E37DF02" w14:textId="50973AD4" w:rsidR="00293A1C" w:rsidRDefault="00293A1C" w:rsidP="0083428D">
            <w:pPr>
              <w:spacing w:after="0"/>
              <w:jc w:val="center"/>
            </w:pPr>
          </w:p>
        </w:tc>
      </w:tr>
      <w:tr w:rsidR="00CD08D0" w14:paraId="722C3898" w14:textId="77777777">
        <w:trPr>
          <w:jc w:val="center"/>
        </w:trPr>
        <w:tc>
          <w:tcPr>
            <w:tcW w:w="5594" w:type="dxa"/>
            <w:gridSpan w:val="4"/>
            <w:shd w:val="clear" w:color="auto" w:fill="DFF3FF"/>
            <w:tcMar>
              <w:top w:w="55" w:type="dxa"/>
              <w:left w:w="70" w:type="dxa"/>
              <w:bottom w:w="55" w:type="dxa"/>
              <w:right w:w="70" w:type="dxa"/>
            </w:tcMar>
          </w:tcPr>
          <w:p w14:paraId="5C5399C1" w14:textId="77777777" w:rsidR="00293A1C" w:rsidRPr="00031900" w:rsidRDefault="00CD08D0">
            <w:pPr>
              <w:spacing w:after="0"/>
              <w:jc w:val="center"/>
              <w:rPr>
                <w:sz w:val="20"/>
                <w:szCs w:val="20"/>
              </w:rPr>
            </w:pPr>
            <w:r w:rsidRPr="00031900">
              <w:rPr>
                <w:noProof/>
                <w:sz w:val="20"/>
                <w:szCs w:val="20"/>
              </w:rPr>
              <w:drawing>
                <wp:inline distT="0" distB="0" distL="0" distR="0" wp14:anchorId="588129F6" wp14:editId="6E339C0E">
                  <wp:extent cx="114300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spel.png"/>
                          <pic:cNvPicPr/>
                        </pic:nvPicPr>
                        <pic:blipFill>
                          <a:blip r:embed="rId12"/>
                          <a:stretch>
                            <a:fillRect/>
                          </a:stretch>
                        </pic:blipFill>
                        <pic:spPr>
                          <a:xfrm>
                            <a:off x="0" y="0"/>
                            <a:ext cx="1143000" cy="685800"/>
                          </a:xfrm>
                          <a:prstGeom prst="rect">
                            <a:avLst/>
                          </a:prstGeom>
                        </pic:spPr>
                      </pic:pic>
                    </a:graphicData>
                  </a:graphic>
                </wp:inline>
              </w:drawing>
            </w:r>
            <w:r w:rsidRPr="00031900">
              <w:rPr>
                <w:rFonts w:ascii="Aptos" w:hAnsi="Aptos"/>
                <w:b/>
                <w:color w:val="0758A6"/>
                <w:sz w:val="20"/>
                <w:szCs w:val="20"/>
              </w:rPr>
              <w:t xml:space="preserve">SUNDAY'S </w:t>
            </w:r>
            <w:r w:rsidRPr="00031900">
              <w:rPr>
                <w:rFonts w:ascii="Aptos" w:hAnsi="Aptos"/>
                <w:b/>
                <w:color w:val="0758A6"/>
                <w:sz w:val="20"/>
                <w:szCs w:val="20"/>
              </w:rPr>
              <w:t>GOSPEL</w:t>
            </w:r>
          </w:p>
          <w:p w14:paraId="77BCE791" w14:textId="77777777" w:rsidR="00293A1C" w:rsidRPr="00031900" w:rsidRDefault="00CD08D0">
            <w:pPr>
              <w:spacing w:after="0"/>
              <w:jc w:val="center"/>
              <w:rPr>
                <w:rFonts w:ascii="Aptos" w:hAnsi="Aptos"/>
                <w:b/>
                <w:color w:val="083B70"/>
                <w:sz w:val="20"/>
                <w:szCs w:val="20"/>
              </w:rPr>
            </w:pPr>
            <w:r w:rsidRPr="00031900">
              <w:rPr>
                <w:rFonts w:ascii="Aptos" w:hAnsi="Aptos"/>
                <w:b/>
                <w:color w:val="083B70"/>
                <w:sz w:val="20"/>
                <w:szCs w:val="20"/>
              </w:rPr>
              <w:t>Sunday 13 September 2026</w:t>
            </w:r>
            <w:r w:rsidRPr="00031900">
              <w:rPr>
                <w:rFonts w:ascii="Aptos" w:hAnsi="Aptos"/>
                <w:b/>
                <w:color w:val="083B70"/>
                <w:sz w:val="20"/>
                <w:szCs w:val="20"/>
              </w:rPr>
              <w:br/>
              <w:t>24th Sunday in Ordinary Time</w:t>
            </w:r>
            <w:r w:rsidRPr="00031900">
              <w:rPr>
                <w:rFonts w:ascii="Aptos" w:hAnsi="Aptos"/>
                <w:b/>
                <w:color w:val="083B70"/>
                <w:sz w:val="20"/>
                <w:szCs w:val="20"/>
              </w:rPr>
              <w:br/>
            </w:r>
            <w:r w:rsidR="007B68E5" w:rsidRPr="00031900">
              <w:rPr>
                <w:rFonts w:ascii="Aptos" w:hAnsi="Aptos"/>
                <w:b/>
                <w:color w:val="083B70"/>
                <w:sz w:val="20"/>
                <w:szCs w:val="20"/>
              </w:rPr>
              <w:t>Matthew</w:t>
            </w:r>
            <w:r w:rsidRPr="00031900">
              <w:rPr>
                <w:rFonts w:ascii="Aptos" w:hAnsi="Aptos"/>
                <w:b/>
                <w:color w:val="083B70"/>
                <w:sz w:val="20"/>
                <w:szCs w:val="20"/>
              </w:rPr>
              <w:t xml:space="preserve"> </w:t>
            </w:r>
            <w:r w:rsidR="007B68E5" w:rsidRPr="00031900">
              <w:rPr>
                <w:rFonts w:ascii="Aptos" w:hAnsi="Aptos"/>
                <w:b/>
                <w:color w:val="083B70"/>
                <w:sz w:val="20"/>
                <w:szCs w:val="20"/>
              </w:rPr>
              <w:t>18:21-35</w:t>
            </w:r>
          </w:p>
          <w:p w14:paraId="72B749B9" w14:textId="77777777" w:rsidR="00386646" w:rsidRPr="00031900" w:rsidRDefault="00386646">
            <w:pPr>
              <w:spacing w:after="0"/>
              <w:jc w:val="center"/>
              <w:rPr>
                <w:rFonts w:ascii="Aptos" w:hAnsi="Aptos"/>
                <w:b/>
                <w:color w:val="083B70"/>
                <w:sz w:val="20"/>
                <w:szCs w:val="20"/>
              </w:rPr>
            </w:pPr>
          </w:p>
          <w:p w14:paraId="0E3E59D5" w14:textId="3A9DFC3A" w:rsidR="00386646" w:rsidRPr="00031900" w:rsidRDefault="00386646">
            <w:pPr>
              <w:spacing w:after="0"/>
              <w:jc w:val="center"/>
              <w:rPr>
                <w:bCs/>
                <w:sz w:val="20"/>
                <w:szCs w:val="20"/>
              </w:rPr>
            </w:pPr>
            <w:r w:rsidRPr="00031900">
              <w:rPr>
                <w:rFonts w:ascii="Aptos" w:hAnsi="Aptos"/>
                <w:bCs/>
                <w:color w:val="083B70"/>
                <w:sz w:val="20"/>
                <w:szCs w:val="20"/>
              </w:rPr>
              <w:t>Visit The Wednesday Word on our RE page for Scripture reflections and family resources.</w:t>
            </w:r>
          </w:p>
        </w:tc>
        <w:tc>
          <w:tcPr>
            <w:tcW w:w="5594" w:type="dxa"/>
            <w:gridSpan w:val="4"/>
            <w:shd w:val="clear" w:color="auto" w:fill="FFF7DE"/>
            <w:tcMar>
              <w:top w:w="55" w:type="dxa"/>
              <w:left w:w="70" w:type="dxa"/>
              <w:bottom w:w="55" w:type="dxa"/>
              <w:right w:w="70" w:type="dxa"/>
            </w:tcMar>
          </w:tcPr>
          <w:p w14:paraId="090901B8" w14:textId="77777777" w:rsidR="00293A1C" w:rsidRPr="00031900" w:rsidRDefault="00CD08D0">
            <w:pPr>
              <w:spacing w:after="0"/>
              <w:jc w:val="center"/>
              <w:rPr>
                <w:sz w:val="20"/>
                <w:szCs w:val="20"/>
              </w:rPr>
            </w:pPr>
            <w:r w:rsidRPr="00031900">
              <w:rPr>
                <w:rFonts w:ascii="Aptos" w:hAnsi="Aptos"/>
                <w:b/>
                <w:color w:val="0758A6"/>
                <w:sz w:val="20"/>
                <w:szCs w:val="20"/>
              </w:rPr>
              <w:t>THIS WEEK'S GOSPEL MESSAGE</w:t>
            </w:r>
          </w:p>
          <w:p w14:paraId="7A5D96C9" w14:textId="634994D6" w:rsidR="007B68E5" w:rsidRPr="00031900" w:rsidRDefault="007B68E5">
            <w:pPr>
              <w:spacing w:after="0"/>
              <w:rPr>
                <w:rFonts w:ascii="Aptos" w:hAnsi="Aptos"/>
                <w:color w:val="243447"/>
                <w:sz w:val="20"/>
                <w:szCs w:val="20"/>
              </w:rPr>
            </w:pPr>
            <w:r w:rsidRPr="00031900">
              <w:rPr>
                <w:rFonts w:ascii="Aptos" w:hAnsi="Aptos"/>
                <w:color w:val="243447"/>
                <w:sz w:val="20"/>
                <w:szCs w:val="20"/>
              </w:rPr>
              <w:t>“I do not say to you seven times, but seventy times seven.”</w:t>
            </w:r>
          </w:p>
          <w:p w14:paraId="3993B24E" w14:textId="337314D4" w:rsidR="00293A1C" w:rsidRPr="00031900" w:rsidRDefault="007B68E5">
            <w:pPr>
              <w:spacing w:after="0"/>
              <w:rPr>
                <w:sz w:val="20"/>
                <w:szCs w:val="20"/>
              </w:rPr>
            </w:pPr>
            <w:r w:rsidRPr="00031900">
              <w:rPr>
                <w:rFonts w:ascii="Aptos" w:hAnsi="Aptos"/>
                <w:color w:val="243447"/>
                <w:sz w:val="20"/>
                <w:szCs w:val="20"/>
              </w:rPr>
              <w:t>Jesus teaches us that forgiveness is at the heart of following him. Just as God shows us love and mercy, we are called to forgive others.</w:t>
            </w:r>
            <w:r w:rsidRPr="00031900">
              <w:rPr>
                <w:rFonts w:ascii="Aptos" w:hAnsi="Aptos"/>
                <w:color w:val="243447"/>
                <w:sz w:val="20"/>
                <w:szCs w:val="20"/>
              </w:rPr>
              <w:br/>
              <w:t>This week we can ask:</w:t>
            </w:r>
            <w:r w:rsidRPr="00031900">
              <w:rPr>
                <w:rFonts w:ascii="Aptos" w:hAnsi="Aptos"/>
                <w:color w:val="243447"/>
                <w:sz w:val="20"/>
                <w:szCs w:val="20"/>
              </w:rPr>
              <w:br/>
              <w:t>♥ Can I forgive someone? Can I make peace?</w:t>
            </w:r>
            <w:r w:rsidRPr="00031900">
              <w:rPr>
                <w:rFonts w:ascii="Aptos" w:hAnsi="Aptos"/>
                <w:color w:val="243447"/>
                <w:sz w:val="20"/>
                <w:szCs w:val="20"/>
              </w:rPr>
              <w:br/>
              <w:t>♥ Can I show mercy and forgiveness, just as Jesus asks us to?</w:t>
            </w:r>
          </w:p>
        </w:tc>
      </w:tr>
    </w:tbl>
    <w:p w14:paraId="25840C64" w14:textId="77777777" w:rsidR="00293A1C" w:rsidRDefault="00CD08D0">
      <w:r>
        <w:br w:type="page"/>
      </w:r>
    </w:p>
    <w:tbl>
      <w:tblPr>
        <w:tblW w:w="0" w:type="auto"/>
        <w:jc w:val="center"/>
        <w:tblLook w:val="04A0" w:firstRow="1" w:lastRow="0" w:firstColumn="1" w:lastColumn="0" w:noHBand="0" w:noVBand="1"/>
      </w:tblPr>
      <w:tblGrid>
        <w:gridCol w:w="1594"/>
        <w:gridCol w:w="1592"/>
        <w:gridCol w:w="1592"/>
        <w:gridCol w:w="796"/>
        <w:gridCol w:w="795"/>
        <w:gridCol w:w="1593"/>
        <w:gridCol w:w="1592"/>
        <w:gridCol w:w="1594"/>
        <w:gridCol w:w="41"/>
      </w:tblGrid>
      <w:tr w:rsidR="00293A1C" w14:paraId="797DC44F" w14:textId="77777777">
        <w:trPr>
          <w:jc w:val="center"/>
        </w:trPr>
        <w:tc>
          <w:tcPr>
            <w:tcW w:w="11189" w:type="dxa"/>
            <w:gridSpan w:val="9"/>
            <w:shd w:val="clear" w:color="auto" w:fill="0758A6"/>
            <w:tcMar>
              <w:top w:w="35" w:type="dxa"/>
              <w:left w:w="70" w:type="dxa"/>
              <w:bottom w:w="35" w:type="dxa"/>
              <w:right w:w="70" w:type="dxa"/>
            </w:tcMar>
          </w:tcPr>
          <w:p w14:paraId="55DC24D4" w14:textId="77777777" w:rsidR="00293A1C" w:rsidRDefault="00CD08D0">
            <w:pPr>
              <w:spacing w:after="0"/>
              <w:jc w:val="center"/>
            </w:pPr>
            <w:r>
              <w:rPr>
                <w:rFonts w:ascii="Aptos" w:hAnsi="Aptos"/>
                <w:b/>
                <w:color w:val="FFFFFF"/>
                <w:sz w:val="34"/>
              </w:rPr>
              <w:lastRenderedPageBreak/>
              <w:t>★ DATES, EVENTS &amp; FAMILY TIME ★</w:t>
            </w:r>
          </w:p>
        </w:tc>
      </w:tr>
      <w:tr w:rsidR="00293A1C" w14:paraId="359C145C" w14:textId="77777777" w:rsidTr="00212C5A">
        <w:trPr>
          <w:trHeight w:val="3757"/>
          <w:jc w:val="center"/>
        </w:trPr>
        <w:tc>
          <w:tcPr>
            <w:tcW w:w="5574" w:type="dxa"/>
            <w:gridSpan w:val="4"/>
            <w:shd w:val="clear" w:color="auto" w:fill="DFF3FF"/>
            <w:tcMar>
              <w:top w:w="55" w:type="dxa"/>
              <w:left w:w="70" w:type="dxa"/>
              <w:bottom w:w="55" w:type="dxa"/>
              <w:right w:w="70" w:type="dxa"/>
            </w:tcMar>
          </w:tcPr>
          <w:p w14:paraId="3D3E67EE" w14:textId="16A3A57F" w:rsidR="00F5131F" w:rsidRPr="00212C5A" w:rsidRDefault="00F5131F" w:rsidP="00F5131F">
            <w:pPr>
              <w:spacing w:after="0"/>
              <w:rPr>
                <w:b/>
                <w:bCs/>
                <w:sz w:val="20"/>
                <w:szCs w:val="20"/>
                <w:lang w:val="en-GB"/>
              </w:rPr>
            </w:pPr>
            <w:r w:rsidRPr="00212C5A">
              <w:rPr>
                <w:rFonts w:ascii="Segoe UI Emoji" w:hAnsi="Segoe UI Emoji" w:cs="Segoe UI Emoji"/>
                <w:b/>
                <w:bCs/>
                <w:sz w:val="20"/>
                <w:szCs w:val="20"/>
                <w:lang w:val="en-GB"/>
              </w:rPr>
              <w:t>🥣</w:t>
            </w:r>
            <w:r w:rsidRPr="00212C5A">
              <w:rPr>
                <w:b/>
                <w:bCs/>
                <w:sz w:val="20"/>
                <w:szCs w:val="20"/>
                <w:lang w:val="en-GB"/>
              </w:rPr>
              <w:t xml:space="preserve"> MARY’S </w:t>
            </w:r>
            <w:proofErr w:type="gramStart"/>
            <w:r w:rsidRPr="00212C5A">
              <w:rPr>
                <w:b/>
                <w:bCs/>
                <w:sz w:val="20"/>
                <w:szCs w:val="20"/>
                <w:lang w:val="en-GB"/>
              </w:rPr>
              <w:t>MEALS  BREAKFAST</w:t>
            </w:r>
            <w:proofErr w:type="gramEnd"/>
          </w:p>
          <w:p w14:paraId="2FE89873" w14:textId="77777777" w:rsidR="0064353A" w:rsidRPr="00212C5A" w:rsidRDefault="0064353A" w:rsidP="0064353A">
            <w:pPr>
              <w:spacing w:after="0"/>
              <w:rPr>
                <w:sz w:val="20"/>
                <w:szCs w:val="20"/>
                <w:lang w:val="en-GB"/>
              </w:rPr>
            </w:pPr>
            <w:r w:rsidRPr="00212C5A">
              <w:rPr>
                <w:b/>
                <w:bCs/>
                <w:sz w:val="20"/>
                <w:szCs w:val="20"/>
                <w:lang w:val="en-GB"/>
              </w:rPr>
              <w:t>Tuesday 15 September</w:t>
            </w:r>
          </w:p>
          <w:p w14:paraId="092D37D1" w14:textId="77777777" w:rsidR="0064353A" w:rsidRPr="00212C5A" w:rsidRDefault="0064353A" w:rsidP="0064353A">
            <w:pPr>
              <w:spacing w:after="0"/>
              <w:rPr>
                <w:sz w:val="20"/>
                <w:szCs w:val="20"/>
                <w:lang w:val="en-GB"/>
              </w:rPr>
            </w:pPr>
            <w:r w:rsidRPr="00212C5A">
              <w:rPr>
                <w:sz w:val="20"/>
                <w:szCs w:val="20"/>
                <w:lang w:val="en-GB"/>
              </w:rPr>
              <w:t>Following the success of our sponsored run, we are pleased to continue supporting Mary's Meals.</w:t>
            </w:r>
          </w:p>
          <w:p w14:paraId="26C2FDB5" w14:textId="31500BD8" w:rsidR="0064353A" w:rsidRPr="00212C5A" w:rsidRDefault="0064353A" w:rsidP="0064353A">
            <w:pPr>
              <w:spacing w:after="0"/>
              <w:rPr>
                <w:sz w:val="20"/>
                <w:szCs w:val="20"/>
                <w:lang w:val="en-GB"/>
              </w:rPr>
            </w:pPr>
            <w:r w:rsidRPr="00212C5A">
              <w:rPr>
                <w:sz w:val="20"/>
                <w:szCs w:val="20"/>
                <w:lang w:val="en-GB"/>
              </w:rPr>
              <w:t xml:space="preserve">At break time, we will be holding a </w:t>
            </w:r>
            <w:r w:rsidRPr="00212C5A">
              <w:rPr>
                <w:b/>
                <w:bCs/>
                <w:sz w:val="20"/>
                <w:szCs w:val="20"/>
                <w:lang w:val="en-GB"/>
              </w:rPr>
              <w:t>Mary's Meals Breakfast</w:t>
            </w:r>
            <w:r w:rsidRPr="00212C5A">
              <w:rPr>
                <w:sz w:val="20"/>
                <w:szCs w:val="20"/>
                <w:lang w:val="en-GB"/>
              </w:rPr>
              <w:t xml:space="preserve">. Children are invited to bring £1 to purchase toast, </w:t>
            </w:r>
            <w:proofErr w:type="gramStart"/>
            <w:r w:rsidRPr="00212C5A">
              <w:rPr>
                <w:sz w:val="20"/>
                <w:szCs w:val="20"/>
                <w:lang w:val="en-GB"/>
              </w:rPr>
              <w:t>pancakes</w:t>
            </w:r>
            <w:proofErr w:type="gramEnd"/>
            <w:r w:rsidRPr="00212C5A">
              <w:rPr>
                <w:sz w:val="20"/>
                <w:szCs w:val="20"/>
                <w:lang w:val="en-GB"/>
              </w:rPr>
              <w:t xml:space="preserve"> or fruit.</w:t>
            </w:r>
          </w:p>
          <w:p w14:paraId="218BC5BF" w14:textId="77777777" w:rsidR="0064353A" w:rsidRPr="00212C5A" w:rsidRDefault="0064353A" w:rsidP="0064353A">
            <w:pPr>
              <w:spacing w:after="0"/>
              <w:rPr>
                <w:sz w:val="20"/>
                <w:szCs w:val="20"/>
                <w:lang w:val="en-GB"/>
              </w:rPr>
            </w:pPr>
            <w:r w:rsidRPr="00212C5A">
              <w:rPr>
                <w:sz w:val="20"/>
                <w:szCs w:val="20"/>
                <w:lang w:val="en-GB"/>
              </w:rPr>
              <w:t>All proceeds will support Mary's Meals in providing nutritious meals to children around the world.</w:t>
            </w:r>
          </w:p>
          <w:p w14:paraId="0A2E04AF" w14:textId="77777777" w:rsidR="0064353A" w:rsidRPr="00212C5A" w:rsidRDefault="0064353A" w:rsidP="0064353A">
            <w:pPr>
              <w:spacing w:after="0"/>
              <w:rPr>
                <w:sz w:val="20"/>
                <w:szCs w:val="20"/>
                <w:lang w:val="en-GB"/>
              </w:rPr>
            </w:pPr>
            <w:r w:rsidRPr="00212C5A">
              <w:rPr>
                <w:sz w:val="20"/>
                <w:szCs w:val="20"/>
                <w:lang w:val="en-GB"/>
              </w:rPr>
              <w:t xml:space="preserve">Thank you for helping us support this important cause. </w:t>
            </w:r>
            <w:r w:rsidRPr="00212C5A">
              <w:rPr>
                <w:rFonts w:ascii="Segoe UI Emoji" w:hAnsi="Segoe UI Emoji" w:cs="Segoe UI Emoji"/>
                <w:sz w:val="20"/>
                <w:szCs w:val="20"/>
                <w:lang w:val="en-GB"/>
              </w:rPr>
              <w:t>💙</w:t>
            </w:r>
          </w:p>
          <w:p w14:paraId="1855B0FF" w14:textId="598F7CD6" w:rsidR="00293A1C" w:rsidRPr="00212C5A" w:rsidRDefault="00293A1C" w:rsidP="00F5131F">
            <w:pPr>
              <w:spacing w:after="0"/>
              <w:rPr>
                <w:sz w:val="20"/>
                <w:szCs w:val="20"/>
              </w:rPr>
            </w:pPr>
          </w:p>
        </w:tc>
        <w:tc>
          <w:tcPr>
            <w:tcW w:w="5615" w:type="dxa"/>
            <w:gridSpan w:val="5"/>
            <w:shd w:val="clear" w:color="auto" w:fill="FCEAF3"/>
            <w:tcMar>
              <w:top w:w="55" w:type="dxa"/>
              <w:left w:w="70" w:type="dxa"/>
              <w:bottom w:w="55" w:type="dxa"/>
              <w:right w:w="70" w:type="dxa"/>
            </w:tcMar>
          </w:tcPr>
          <w:p w14:paraId="38072F00" w14:textId="77777777" w:rsidR="0064353A" w:rsidRPr="00212C5A" w:rsidRDefault="0064353A" w:rsidP="0064353A">
            <w:pPr>
              <w:spacing w:after="0"/>
              <w:rPr>
                <w:b/>
                <w:bCs/>
                <w:sz w:val="20"/>
                <w:szCs w:val="20"/>
                <w:lang w:val="en-GB"/>
              </w:rPr>
            </w:pPr>
            <w:r w:rsidRPr="00212C5A">
              <w:rPr>
                <w:b/>
                <w:bCs/>
                <w:sz w:val="20"/>
                <w:szCs w:val="20"/>
                <w:lang w:val="en-GB"/>
              </w:rPr>
              <w:t>WELCOME TO OUR NEW FAMILIES &amp; SUPPORT MACMILLAN</w:t>
            </w:r>
          </w:p>
          <w:p w14:paraId="06A2F5FC" w14:textId="77777777" w:rsidR="0064353A" w:rsidRPr="00212C5A" w:rsidRDefault="0064353A" w:rsidP="0064353A">
            <w:pPr>
              <w:spacing w:after="0"/>
              <w:rPr>
                <w:sz w:val="20"/>
                <w:szCs w:val="20"/>
                <w:lang w:val="en-GB"/>
              </w:rPr>
            </w:pPr>
            <w:r w:rsidRPr="00212C5A">
              <w:rPr>
                <w:b/>
                <w:bCs/>
                <w:sz w:val="20"/>
                <w:szCs w:val="20"/>
                <w:lang w:val="en-GB"/>
              </w:rPr>
              <w:t>Friday 25 September</w:t>
            </w:r>
          </w:p>
          <w:p w14:paraId="34C37600" w14:textId="77777777" w:rsidR="0064353A" w:rsidRPr="00212C5A" w:rsidRDefault="0064353A" w:rsidP="0064353A">
            <w:pPr>
              <w:spacing w:after="0"/>
              <w:rPr>
                <w:sz w:val="20"/>
                <w:szCs w:val="20"/>
                <w:lang w:val="en-GB"/>
              </w:rPr>
            </w:pPr>
            <w:r w:rsidRPr="00212C5A">
              <w:rPr>
                <w:rFonts w:ascii="Segoe UI Emoji" w:hAnsi="Segoe UI Emoji" w:cs="Segoe UI Emoji"/>
                <w:sz w:val="20"/>
                <w:szCs w:val="20"/>
                <w:lang w:val="en-GB"/>
              </w:rPr>
              <w:t>⛪</w:t>
            </w:r>
            <w:r w:rsidRPr="00212C5A">
              <w:rPr>
                <w:sz w:val="20"/>
                <w:szCs w:val="20"/>
                <w:lang w:val="en-GB"/>
              </w:rPr>
              <w:t xml:space="preserve"> </w:t>
            </w:r>
            <w:r w:rsidRPr="00212C5A">
              <w:rPr>
                <w:b/>
                <w:bCs/>
                <w:sz w:val="20"/>
                <w:szCs w:val="20"/>
                <w:lang w:val="en-GB"/>
              </w:rPr>
              <w:t>Welcome Service</w:t>
            </w:r>
          </w:p>
          <w:p w14:paraId="4992B358" w14:textId="654ED53A" w:rsidR="0064353A" w:rsidRPr="00212C5A" w:rsidRDefault="0064353A" w:rsidP="0064353A">
            <w:pPr>
              <w:spacing w:after="0"/>
              <w:rPr>
                <w:sz w:val="20"/>
                <w:szCs w:val="20"/>
                <w:lang w:val="en-GB"/>
              </w:rPr>
            </w:pPr>
            <w:r w:rsidRPr="00212C5A">
              <w:rPr>
                <w:sz w:val="20"/>
                <w:szCs w:val="20"/>
                <w:lang w:val="en-GB"/>
              </w:rPr>
              <w:t xml:space="preserve">Join us in church at </w:t>
            </w:r>
            <w:r w:rsidRPr="00212C5A">
              <w:rPr>
                <w:b/>
                <w:bCs/>
                <w:sz w:val="20"/>
                <w:szCs w:val="20"/>
                <w:lang w:val="en-GB"/>
              </w:rPr>
              <w:t>2:00pm</w:t>
            </w:r>
            <w:r w:rsidRPr="00212C5A">
              <w:rPr>
                <w:sz w:val="20"/>
                <w:szCs w:val="20"/>
                <w:lang w:val="en-GB"/>
              </w:rPr>
              <w:t xml:space="preserve"> as we warmly welcome our new families to the St Julie's community. We look forward to celebrating together and welcoming you into the life of our school.</w:t>
            </w:r>
          </w:p>
          <w:p w14:paraId="1BF70C8A" w14:textId="77777777" w:rsidR="0064353A" w:rsidRPr="00212C5A" w:rsidRDefault="0064353A" w:rsidP="0064353A">
            <w:pPr>
              <w:spacing w:after="0"/>
              <w:rPr>
                <w:sz w:val="20"/>
                <w:szCs w:val="20"/>
                <w:lang w:val="en-GB"/>
              </w:rPr>
            </w:pPr>
            <w:r w:rsidRPr="00212C5A">
              <w:rPr>
                <w:rFonts w:ascii="Segoe UI Emoji" w:hAnsi="Segoe UI Emoji" w:cs="Segoe UI Emoji"/>
                <w:sz w:val="20"/>
                <w:szCs w:val="20"/>
                <w:lang w:val="en-GB"/>
              </w:rPr>
              <w:t>☕🍰</w:t>
            </w:r>
            <w:r w:rsidRPr="00212C5A">
              <w:rPr>
                <w:sz w:val="20"/>
                <w:szCs w:val="20"/>
                <w:lang w:val="en-GB"/>
              </w:rPr>
              <w:t xml:space="preserve"> </w:t>
            </w:r>
            <w:r w:rsidRPr="00212C5A">
              <w:rPr>
                <w:b/>
                <w:bCs/>
                <w:sz w:val="20"/>
                <w:szCs w:val="20"/>
                <w:lang w:val="en-GB"/>
              </w:rPr>
              <w:t>Macmillan Coffee Afternoon</w:t>
            </w:r>
          </w:p>
          <w:p w14:paraId="6FA8CE3D" w14:textId="77777777" w:rsidR="0064353A" w:rsidRPr="00212C5A" w:rsidRDefault="0064353A" w:rsidP="0064353A">
            <w:pPr>
              <w:spacing w:after="0"/>
              <w:rPr>
                <w:sz w:val="20"/>
                <w:szCs w:val="20"/>
                <w:lang w:val="en-GB"/>
              </w:rPr>
            </w:pPr>
            <w:r w:rsidRPr="00212C5A">
              <w:rPr>
                <w:sz w:val="20"/>
                <w:szCs w:val="20"/>
                <w:lang w:val="en-GB"/>
              </w:rPr>
              <w:t xml:space="preserve">Following the service, please join us in the School Hall for tea, </w:t>
            </w:r>
            <w:proofErr w:type="gramStart"/>
            <w:r w:rsidRPr="00212C5A">
              <w:rPr>
                <w:sz w:val="20"/>
                <w:szCs w:val="20"/>
                <w:lang w:val="en-GB"/>
              </w:rPr>
              <w:t>coffee</w:t>
            </w:r>
            <w:proofErr w:type="gramEnd"/>
            <w:r w:rsidRPr="00212C5A">
              <w:rPr>
                <w:sz w:val="20"/>
                <w:szCs w:val="20"/>
                <w:lang w:val="en-GB"/>
              </w:rPr>
              <w:t xml:space="preserve"> and cakes as we raise money for </w:t>
            </w:r>
            <w:r w:rsidRPr="00212C5A">
              <w:rPr>
                <w:b/>
                <w:bCs/>
                <w:sz w:val="20"/>
                <w:szCs w:val="20"/>
                <w:lang w:val="en-GB"/>
              </w:rPr>
              <w:t>Macmillan Cancer Support</w:t>
            </w:r>
            <w:r w:rsidRPr="00212C5A">
              <w:rPr>
                <w:sz w:val="20"/>
                <w:szCs w:val="20"/>
                <w:lang w:val="en-GB"/>
              </w:rPr>
              <w:t>.</w:t>
            </w:r>
          </w:p>
          <w:p w14:paraId="26B62AFE" w14:textId="3C5D56ED" w:rsidR="00293A1C" w:rsidRPr="00212C5A" w:rsidRDefault="0064353A" w:rsidP="00212C5A">
            <w:pPr>
              <w:spacing w:after="0"/>
              <w:rPr>
                <w:sz w:val="20"/>
                <w:szCs w:val="20"/>
                <w:lang w:val="en-GB"/>
              </w:rPr>
            </w:pPr>
            <w:r w:rsidRPr="00212C5A">
              <w:rPr>
                <w:sz w:val="20"/>
                <w:szCs w:val="20"/>
                <w:lang w:val="en-GB"/>
              </w:rPr>
              <w:t xml:space="preserve">Everyone is warmly welcome. We hope you can join us for this special afternoon of community, </w:t>
            </w:r>
            <w:proofErr w:type="gramStart"/>
            <w:r w:rsidRPr="00212C5A">
              <w:rPr>
                <w:sz w:val="20"/>
                <w:szCs w:val="20"/>
                <w:lang w:val="en-GB"/>
              </w:rPr>
              <w:t>friendship</w:t>
            </w:r>
            <w:proofErr w:type="gramEnd"/>
            <w:r w:rsidRPr="00212C5A">
              <w:rPr>
                <w:sz w:val="20"/>
                <w:szCs w:val="20"/>
                <w:lang w:val="en-GB"/>
              </w:rPr>
              <w:t xml:space="preserve"> and fundraising.</w:t>
            </w:r>
          </w:p>
        </w:tc>
      </w:tr>
      <w:tr w:rsidR="00293A1C" w14:paraId="2776794E" w14:textId="77777777">
        <w:tblPrEx>
          <w:jc w:val="left"/>
        </w:tblPrEx>
        <w:tc>
          <w:tcPr>
            <w:tcW w:w="11189" w:type="dxa"/>
            <w:gridSpan w:val="9"/>
            <w:shd w:val="clear" w:color="auto" w:fill="EFE7FA"/>
            <w:tcMar>
              <w:top w:w="45" w:type="dxa"/>
              <w:left w:w="70" w:type="dxa"/>
              <w:bottom w:w="45" w:type="dxa"/>
              <w:right w:w="70" w:type="dxa"/>
            </w:tcMar>
          </w:tcPr>
          <w:p w14:paraId="0B94C7AA" w14:textId="77777777" w:rsidR="00F5131F" w:rsidRPr="00212C5A" w:rsidRDefault="00F5131F" w:rsidP="00F5131F">
            <w:pPr>
              <w:spacing w:after="0"/>
              <w:rPr>
                <w:rFonts w:ascii="Aptos" w:hAnsi="Aptos"/>
                <w:b/>
                <w:bCs/>
                <w:color w:val="083B70"/>
                <w:lang w:val="en-GB"/>
              </w:rPr>
            </w:pPr>
            <w:r w:rsidRPr="00212C5A">
              <w:rPr>
                <w:rFonts w:ascii="Segoe UI Emoji" w:hAnsi="Segoe UI Emoji" w:cs="Segoe UI Emoji"/>
                <w:b/>
                <w:bCs/>
                <w:color w:val="083B70"/>
                <w:lang w:val="en-GB"/>
              </w:rPr>
              <w:t>🎭</w:t>
            </w:r>
            <w:r w:rsidRPr="00212C5A">
              <w:rPr>
                <w:rFonts w:ascii="Aptos" w:hAnsi="Aptos"/>
                <w:b/>
                <w:bCs/>
                <w:color w:val="083B70"/>
                <w:lang w:val="en-GB"/>
              </w:rPr>
              <w:t xml:space="preserve"> M&amp;M PRODUCTIONS</w:t>
            </w:r>
          </w:p>
          <w:p w14:paraId="65BC7635" w14:textId="77777777" w:rsidR="00F5131F" w:rsidRPr="00212C5A" w:rsidRDefault="00F5131F" w:rsidP="00F5131F">
            <w:pPr>
              <w:spacing w:after="0"/>
              <w:rPr>
                <w:rFonts w:ascii="Aptos" w:hAnsi="Aptos"/>
                <w:color w:val="083B70"/>
                <w:lang w:val="en-GB"/>
              </w:rPr>
            </w:pPr>
            <w:r w:rsidRPr="00212C5A">
              <w:rPr>
                <w:rFonts w:ascii="Aptos" w:hAnsi="Aptos"/>
                <w:color w:val="083B70"/>
                <w:lang w:val="en-GB"/>
              </w:rPr>
              <w:t>Friday 25 September</w:t>
            </w:r>
          </w:p>
          <w:p w14:paraId="3FC5EF34" w14:textId="2067B8D5" w:rsidR="00F00F55" w:rsidRPr="00F00F55" w:rsidRDefault="00F5131F" w:rsidP="00F5131F">
            <w:pPr>
              <w:spacing w:after="0"/>
              <w:rPr>
                <w:sz w:val="24"/>
                <w:szCs w:val="24"/>
              </w:rPr>
            </w:pPr>
            <w:r w:rsidRPr="00212C5A">
              <w:rPr>
                <w:rFonts w:ascii="Aptos" w:hAnsi="Aptos"/>
                <w:bCs/>
                <w:color w:val="083B70"/>
                <w:lang w:val="en-GB"/>
              </w:rPr>
              <w:t xml:space="preserve">We are delighted to welcome M&amp;M Productions to school for a special performance in the School Hall. We’re looking forward to an exciting </w:t>
            </w:r>
            <w:r w:rsidR="007B68E5">
              <w:rPr>
                <w:rFonts w:ascii="Aptos" w:hAnsi="Aptos"/>
                <w:bCs/>
                <w:color w:val="083B70"/>
                <w:lang w:val="en-GB"/>
              </w:rPr>
              <w:t>morning</w:t>
            </w:r>
            <w:r w:rsidRPr="00212C5A">
              <w:rPr>
                <w:rFonts w:ascii="Aptos" w:hAnsi="Aptos"/>
                <w:bCs/>
                <w:color w:val="083B70"/>
                <w:lang w:val="en-GB"/>
              </w:rPr>
              <w:t xml:space="preserve"> of live theatre and plenty of fun!</w:t>
            </w:r>
            <w:r w:rsidRPr="00212C5A">
              <w:rPr>
                <w:rFonts w:ascii="Aptos" w:hAnsi="Aptos"/>
                <w:b/>
                <w:color w:val="083B70"/>
                <w:lang w:val="en-GB"/>
              </w:rPr>
              <w:t xml:space="preserve"> </w:t>
            </w:r>
            <w:r w:rsidRPr="00212C5A">
              <w:rPr>
                <w:rFonts w:ascii="Segoe UI Emoji" w:hAnsi="Segoe UI Emoji" w:cs="Segoe UI Emoji"/>
                <w:b/>
                <w:color w:val="083B70"/>
                <w:lang w:val="en-GB"/>
              </w:rPr>
              <w:t>🎭✨</w:t>
            </w:r>
          </w:p>
        </w:tc>
      </w:tr>
      <w:tr w:rsidR="0064353A" w14:paraId="13FDC31B" w14:textId="77777777" w:rsidTr="00D7655B">
        <w:tblPrEx>
          <w:jc w:val="left"/>
        </w:tblPrEx>
        <w:tc>
          <w:tcPr>
            <w:tcW w:w="11189" w:type="dxa"/>
            <w:gridSpan w:val="9"/>
            <w:shd w:val="clear" w:color="auto" w:fill="0758A6"/>
            <w:tcMar>
              <w:top w:w="45" w:type="dxa"/>
              <w:left w:w="70" w:type="dxa"/>
              <w:bottom w:w="45" w:type="dxa"/>
              <w:right w:w="70" w:type="dxa"/>
            </w:tcMar>
          </w:tcPr>
          <w:p w14:paraId="3DDAF535" w14:textId="0F05D272" w:rsidR="0064353A" w:rsidRPr="0064353A" w:rsidRDefault="0064353A" w:rsidP="0064353A">
            <w:pPr>
              <w:spacing w:after="0"/>
              <w:jc w:val="center"/>
              <w:rPr>
                <w:rFonts w:ascii="Segoe UI Emoji" w:hAnsi="Segoe UI Emoji" w:cs="Segoe UI Emoji"/>
                <w:b/>
                <w:bCs/>
                <w:color w:val="083B70"/>
                <w:sz w:val="32"/>
                <w:szCs w:val="32"/>
                <w:lang w:val="en-GB"/>
              </w:rPr>
            </w:pPr>
            <w:r w:rsidRPr="0064353A">
              <w:rPr>
                <w:rFonts w:ascii="Segoe UI Symbol" w:hAnsi="Segoe UI Symbol" w:cs="Segoe UI Symbol"/>
                <w:b/>
                <w:color w:val="FFFFFF"/>
                <w:sz w:val="32"/>
                <w:szCs w:val="32"/>
              </w:rPr>
              <w:t>★</w:t>
            </w:r>
            <w:r w:rsidRPr="0064353A">
              <w:rPr>
                <w:rFonts w:ascii="Aptos" w:hAnsi="Aptos"/>
                <w:b/>
                <w:color w:val="FFFFFF"/>
                <w:sz w:val="32"/>
                <w:szCs w:val="32"/>
              </w:rPr>
              <w:t xml:space="preserve"> CENTRE OF EXCELLENCE REPORT - SOMETHING TO CELEBRATE </w:t>
            </w:r>
            <w:r w:rsidRPr="0064353A">
              <w:rPr>
                <w:rFonts w:ascii="Segoe UI Symbol" w:hAnsi="Segoe UI Symbol" w:cs="Segoe UI Symbol"/>
                <w:b/>
                <w:color w:val="FFFFFF"/>
                <w:sz w:val="32"/>
                <w:szCs w:val="32"/>
              </w:rPr>
              <w:t>★</w:t>
            </w:r>
          </w:p>
        </w:tc>
      </w:tr>
      <w:tr w:rsidR="0064353A" w14:paraId="7CD7867E" w14:textId="77777777">
        <w:tblPrEx>
          <w:jc w:val="left"/>
        </w:tblPrEx>
        <w:tc>
          <w:tcPr>
            <w:tcW w:w="11189" w:type="dxa"/>
            <w:gridSpan w:val="9"/>
            <w:shd w:val="clear" w:color="auto" w:fill="EFE7FA"/>
            <w:tcMar>
              <w:top w:w="45" w:type="dxa"/>
              <w:left w:w="70" w:type="dxa"/>
              <w:bottom w:w="45" w:type="dxa"/>
              <w:right w:w="70" w:type="dxa"/>
            </w:tcMar>
          </w:tcPr>
          <w:p w14:paraId="4CC30B67" w14:textId="0C8F14C2" w:rsidR="00212C5A" w:rsidRDefault="00212C5A" w:rsidP="00212C5A">
            <w:pPr>
              <w:pStyle w:val="NormalWeb"/>
              <w:spacing w:line="300" w:lineRule="atLeast"/>
              <w:rPr>
                <w:rStyle w:val="xxxjie0"/>
                <w:rFonts w:ascii="Segoe UI" w:hAnsi="Segoe UI" w:cs="Segoe UI"/>
                <w:sz w:val="20"/>
                <w:szCs w:val="20"/>
              </w:rPr>
            </w:pPr>
            <w:r w:rsidRPr="00212C5A">
              <w:rPr>
                <w:rStyle w:val="1cs5bdp"/>
                <w:rFonts w:ascii="Segoe UI" w:hAnsi="Segoe UI" w:cs="Segoe UI"/>
                <w:sz w:val="20"/>
                <w:szCs w:val="20"/>
              </w:rPr>
              <w:t>We</w:t>
            </w:r>
            <w:r w:rsidRPr="00212C5A">
              <w:rPr>
                <w:rFonts w:ascii="Segoe UI" w:hAnsi="Segoe UI" w:cs="Segoe UI"/>
                <w:sz w:val="20"/>
                <w:szCs w:val="20"/>
              </w:rPr>
              <w:t xml:space="preserve"> </w:t>
            </w:r>
            <w:r w:rsidRPr="00212C5A">
              <w:rPr>
                <w:rStyle w:val="1cs5bdp"/>
                <w:rFonts w:ascii="Segoe UI" w:hAnsi="Segoe UI" w:cs="Segoe UI"/>
                <w:sz w:val="20"/>
                <w:szCs w:val="20"/>
              </w:rPr>
              <w:t>are</w:t>
            </w:r>
            <w:r w:rsidRPr="00212C5A">
              <w:rPr>
                <w:rFonts w:ascii="Segoe UI" w:hAnsi="Segoe UI" w:cs="Segoe UI"/>
                <w:sz w:val="20"/>
                <w:szCs w:val="20"/>
              </w:rPr>
              <w:t xml:space="preserve"> </w:t>
            </w:r>
            <w:r w:rsidRPr="00212C5A">
              <w:rPr>
                <w:rStyle w:val="1cs5bdp"/>
                <w:rFonts w:ascii="Segoe UI" w:hAnsi="Segoe UI" w:cs="Segoe UI"/>
                <w:sz w:val="20"/>
                <w:szCs w:val="20"/>
              </w:rPr>
              <w:t>delighted</w:t>
            </w:r>
            <w:r w:rsidRPr="00212C5A">
              <w:rPr>
                <w:rFonts w:ascii="Segoe UI" w:hAnsi="Segoe UI" w:cs="Segoe UI"/>
                <w:sz w:val="20"/>
                <w:szCs w:val="20"/>
              </w:rPr>
              <w:t xml:space="preserve"> </w:t>
            </w:r>
            <w:r w:rsidRPr="00212C5A">
              <w:rPr>
                <w:rStyle w:val="1cs5bdp"/>
                <w:rFonts w:ascii="Segoe UI" w:hAnsi="Segoe UI" w:cs="Segoe UI"/>
                <w:sz w:val="20"/>
                <w:szCs w:val="20"/>
              </w:rPr>
              <w:t>to</w:t>
            </w:r>
            <w:r w:rsidRPr="00212C5A">
              <w:rPr>
                <w:rFonts w:ascii="Segoe UI" w:hAnsi="Segoe UI" w:cs="Segoe UI"/>
                <w:sz w:val="20"/>
                <w:szCs w:val="20"/>
              </w:rPr>
              <w:t xml:space="preserve"> </w:t>
            </w:r>
            <w:r w:rsidRPr="00212C5A">
              <w:rPr>
                <w:rStyle w:val="1cs5bdp"/>
                <w:rFonts w:ascii="Segoe UI" w:hAnsi="Segoe UI" w:cs="Segoe UI"/>
                <w:sz w:val="20"/>
                <w:szCs w:val="20"/>
              </w:rPr>
              <w:t>share</w:t>
            </w:r>
            <w:r w:rsidRPr="00212C5A">
              <w:rPr>
                <w:rFonts w:ascii="Segoe UI" w:hAnsi="Segoe UI" w:cs="Segoe UI"/>
                <w:sz w:val="20"/>
                <w:szCs w:val="20"/>
              </w:rPr>
              <w:t xml:space="preserve"> </w:t>
            </w:r>
            <w:r w:rsidRPr="00212C5A">
              <w:rPr>
                <w:rStyle w:val="1cs5bdp"/>
                <w:rFonts w:ascii="Segoe UI" w:hAnsi="Segoe UI" w:cs="Segoe UI"/>
                <w:sz w:val="20"/>
                <w:szCs w:val="20"/>
              </w:rPr>
              <w:t>our</w:t>
            </w:r>
            <w:r w:rsidRPr="00212C5A">
              <w:rPr>
                <w:rFonts w:ascii="Segoe UI" w:hAnsi="Segoe UI" w:cs="Segoe UI"/>
                <w:sz w:val="20"/>
                <w:szCs w:val="20"/>
              </w:rPr>
              <w:t xml:space="preserve"> </w:t>
            </w:r>
            <w:r w:rsidRPr="00212C5A">
              <w:rPr>
                <w:rStyle w:val="xxxjie0"/>
                <w:rFonts w:ascii="Segoe UI" w:hAnsi="Segoe UI" w:cs="Segoe UI"/>
                <w:sz w:val="20"/>
                <w:szCs w:val="20"/>
              </w:rPr>
              <w:t>latest</w:t>
            </w:r>
            <w:r w:rsidRPr="00212C5A">
              <w:rPr>
                <w:rFonts w:ascii="Segoe UI" w:hAnsi="Segoe UI" w:cs="Segoe UI"/>
                <w:sz w:val="20"/>
                <w:szCs w:val="20"/>
              </w:rPr>
              <w:t xml:space="preserve"> Centre of Excellence</w:t>
            </w:r>
            <w:r w:rsidRPr="00212C5A">
              <w:rPr>
                <w:rStyle w:val="Strong"/>
                <w:rFonts w:ascii="Segoe UI" w:hAnsi="Segoe UI" w:cs="Segoe UI"/>
                <w:sz w:val="20"/>
                <w:szCs w:val="20"/>
              </w:rPr>
              <w:t xml:space="preserve"> </w:t>
            </w:r>
            <w:r w:rsidRPr="00386646">
              <w:rPr>
                <w:rStyle w:val="xxxjie0"/>
                <w:rFonts w:ascii="Segoe UI" w:hAnsi="Segoe UI" w:cs="Segoe UI"/>
                <w:sz w:val="20"/>
                <w:szCs w:val="20"/>
              </w:rPr>
              <w:t>Report</w:t>
            </w:r>
            <w:r w:rsidRPr="00212C5A">
              <w:rPr>
                <w:rStyle w:val="xxxjie0"/>
                <w:rFonts w:ascii="Segoe UI" w:hAnsi="Segoe UI" w:cs="Segoe UI"/>
                <w:sz w:val="20"/>
                <w:szCs w:val="20"/>
              </w:rPr>
              <w:t>.</w:t>
            </w:r>
          </w:p>
          <w:p w14:paraId="353270FA" w14:textId="77777777" w:rsidR="00386646" w:rsidRPr="00F572D6" w:rsidRDefault="00386646" w:rsidP="00386646">
            <w:pPr>
              <w:rPr>
                <w:b/>
                <w:bCs/>
                <w:i/>
                <w:iCs/>
                <w:sz w:val="20"/>
                <w:szCs w:val="20"/>
              </w:rPr>
            </w:pPr>
            <w:r w:rsidRPr="00F572D6">
              <w:rPr>
                <w:b/>
                <w:bCs/>
                <w:i/>
                <w:iCs/>
                <w:sz w:val="20"/>
                <w:szCs w:val="20"/>
              </w:rPr>
              <w:t>“St Julie’s Catholic Primary School is a highly inclusive and caring learning community where relationships are at the heart of success. Its commitment to ensuring that every child feels valued, listened to and able to achieve is evident throughout the school.”</w:t>
            </w:r>
          </w:p>
          <w:p w14:paraId="23E57614" w14:textId="77777777" w:rsidR="00212C5A" w:rsidRPr="00212C5A" w:rsidRDefault="00212C5A" w:rsidP="00212C5A">
            <w:pPr>
              <w:pStyle w:val="NormalWeb"/>
              <w:spacing w:line="300" w:lineRule="atLeast"/>
              <w:rPr>
                <w:rFonts w:ascii="Segoe UI" w:hAnsi="Segoe UI" w:cs="Segoe UI"/>
                <w:sz w:val="20"/>
                <w:szCs w:val="20"/>
              </w:rPr>
            </w:pPr>
            <w:r w:rsidRPr="00212C5A">
              <w:rPr>
                <w:rStyle w:val="1cs5bdp"/>
                <w:rFonts w:ascii="Segoe UI" w:hAnsi="Segoe UI" w:cs="Segoe UI"/>
                <w:sz w:val="20"/>
                <w:szCs w:val="20"/>
              </w:rPr>
              <w:t>We</w:t>
            </w:r>
            <w:r w:rsidRPr="00212C5A">
              <w:rPr>
                <w:rFonts w:ascii="Segoe UI" w:hAnsi="Segoe UI" w:cs="Segoe UI"/>
                <w:sz w:val="20"/>
                <w:szCs w:val="20"/>
              </w:rPr>
              <w:t xml:space="preserve"> </w:t>
            </w:r>
            <w:r w:rsidRPr="00212C5A">
              <w:rPr>
                <w:rStyle w:val="1cs5bdp"/>
                <w:rFonts w:ascii="Segoe UI" w:hAnsi="Segoe UI" w:cs="Segoe UI"/>
                <w:sz w:val="20"/>
                <w:szCs w:val="20"/>
              </w:rPr>
              <w:t>are</w:t>
            </w:r>
            <w:r w:rsidRPr="00212C5A">
              <w:rPr>
                <w:rFonts w:ascii="Segoe UI" w:hAnsi="Segoe UI" w:cs="Segoe UI"/>
                <w:sz w:val="20"/>
                <w:szCs w:val="20"/>
              </w:rPr>
              <w:t xml:space="preserve"> </w:t>
            </w:r>
            <w:r w:rsidRPr="00212C5A">
              <w:rPr>
                <w:rStyle w:val="1cs5bdp"/>
                <w:rFonts w:ascii="Segoe UI" w:hAnsi="Segoe UI" w:cs="Segoe UI"/>
                <w:sz w:val="20"/>
                <w:szCs w:val="20"/>
              </w:rPr>
              <w:t>incredibly</w:t>
            </w:r>
            <w:r w:rsidRPr="00212C5A">
              <w:rPr>
                <w:rFonts w:ascii="Segoe UI" w:hAnsi="Segoe UI" w:cs="Segoe UI"/>
                <w:sz w:val="20"/>
                <w:szCs w:val="20"/>
              </w:rPr>
              <w:t xml:space="preserve"> </w:t>
            </w:r>
            <w:r w:rsidRPr="00212C5A">
              <w:rPr>
                <w:rStyle w:val="1cs5bdp"/>
                <w:rFonts w:ascii="Segoe UI" w:hAnsi="Segoe UI" w:cs="Segoe UI"/>
                <w:sz w:val="20"/>
                <w:szCs w:val="20"/>
              </w:rPr>
              <w:t>proud</w:t>
            </w:r>
            <w:r w:rsidRPr="00212C5A">
              <w:rPr>
                <w:rFonts w:ascii="Segoe UI" w:hAnsi="Segoe UI" w:cs="Segoe UI"/>
                <w:sz w:val="20"/>
                <w:szCs w:val="20"/>
              </w:rPr>
              <w:t xml:space="preserve"> </w:t>
            </w:r>
            <w:r w:rsidRPr="00212C5A">
              <w:rPr>
                <w:rStyle w:val="1cs5bdp"/>
                <w:rFonts w:ascii="Segoe UI" w:hAnsi="Segoe UI" w:cs="Segoe UI"/>
                <w:sz w:val="20"/>
                <w:szCs w:val="20"/>
              </w:rPr>
              <w:t>of</w:t>
            </w:r>
            <w:r w:rsidRPr="00212C5A">
              <w:rPr>
                <w:rFonts w:ascii="Segoe UI" w:hAnsi="Segoe UI" w:cs="Segoe UI"/>
                <w:sz w:val="20"/>
                <w:szCs w:val="20"/>
              </w:rPr>
              <w:t xml:space="preserve"> </w:t>
            </w:r>
            <w:r w:rsidRPr="00212C5A">
              <w:rPr>
                <w:rStyle w:val="1cs5bdp"/>
                <w:rFonts w:ascii="Segoe UI" w:hAnsi="Segoe UI" w:cs="Segoe UI"/>
                <w:sz w:val="20"/>
                <w:szCs w:val="20"/>
              </w:rPr>
              <w:t>this</w:t>
            </w:r>
            <w:r w:rsidRPr="00212C5A">
              <w:rPr>
                <w:rFonts w:ascii="Segoe UI" w:hAnsi="Segoe UI" w:cs="Segoe UI"/>
                <w:sz w:val="20"/>
                <w:szCs w:val="20"/>
              </w:rPr>
              <w:t xml:space="preserve"> </w:t>
            </w:r>
            <w:r w:rsidRPr="00212C5A">
              <w:rPr>
                <w:rStyle w:val="1cs5bdp"/>
                <w:rFonts w:ascii="Segoe UI" w:hAnsi="Segoe UI" w:cs="Segoe UI"/>
                <w:sz w:val="20"/>
                <w:szCs w:val="20"/>
              </w:rPr>
              <w:t>recognition,</w:t>
            </w:r>
            <w:r w:rsidRPr="00212C5A">
              <w:rPr>
                <w:rFonts w:ascii="Segoe UI" w:hAnsi="Segoe UI" w:cs="Segoe UI"/>
                <w:sz w:val="20"/>
                <w:szCs w:val="20"/>
              </w:rPr>
              <w:t xml:space="preserve"> </w:t>
            </w:r>
            <w:r w:rsidRPr="00212C5A">
              <w:rPr>
                <w:rStyle w:val="1cs5bdp"/>
                <w:rFonts w:ascii="Segoe UI" w:hAnsi="Segoe UI" w:cs="Segoe UI"/>
                <w:sz w:val="20"/>
                <w:szCs w:val="20"/>
              </w:rPr>
              <w:t>which</w:t>
            </w:r>
            <w:r w:rsidRPr="00212C5A">
              <w:rPr>
                <w:rFonts w:ascii="Segoe UI" w:hAnsi="Segoe UI" w:cs="Segoe UI"/>
                <w:sz w:val="20"/>
                <w:szCs w:val="20"/>
              </w:rPr>
              <w:t xml:space="preserve"> </w:t>
            </w:r>
            <w:r w:rsidRPr="00212C5A">
              <w:rPr>
                <w:rStyle w:val="1cs5bdp"/>
                <w:rFonts w:ascii="Segoe UI" w:hAnsi="Segoe UI" w:cs="Segoe UI"/>
                <w:sz w:val="20"/>
                <w:szCs w:val="20"/>
              </w:rPr>
              <w:t>reflects</w:t>
            </w:r>
            <w:r w:rsidRPr="00212C5A">
              <w:rPr>
                <w:rFonts w:ascii="Segoe UI" w:hAnsi="Segoe UI" w:cs="Segoe UI"/>
                <w:sz w:val="20"/>
                <w:szCs w:val="20"/>
              </w:rPr>
              <w:t xml:space="preserve"> </w:t>
            </w:r>
            <w:r w:rsidRPr="00212C5A">
              <w:rPr>
                <w:rStyle w:val="1cs5bdp"/>
                <w:rFonts w:ascii="Segoe UI" w:hAnsi="Segoe UI" w:cs="Segoe UI"/>
                <w:sz w:val="20"/>
                <w:szCs w:val="20"/>
              </w:rPr>
              <w:t>the</w:t>
            </w:r>
            <w:r w:rsidRPr="00212C5A">
              <w:rPr>
                <w:rFonts w:ascii="Segoe UI" w:hAnsi="Segoe UI" w:cs="Segoe UI"/>
                <w:sz w:val="20"/>
                <w:szCs w:val="20"/>
              </w:rPr>
              <w:t xml:space="preserve"> </w:t>
            </w:r>
            <w:r w:rsidRPr="00212C5A">
              <w:rPr>
                <w:rStyle w:val="1cs5bdp"/>
                <w:rFonts w:ascii="Segoe UI" w:hAnsi="Segoe UI" w:cs="Segoe UI"/>
                <w:sz w:val="20"/>
                <w:szCs w:val="20"/>
              </w:rPr>
              <w:t>dedication</w:t>
            </w:r>
            <w:r w:rsidRPr="00212C5A">
              <w:rPr>
                <w:rFonts w:ascii="Segoe UI" w:hAnsi="Segoe UI" w:cs="Segoe UI"/>
                <w:sz w:val="20"/>
                <w:szCs w:val="20"/>
              </w:rPr>
              <w:t xml:space="preserve"> </w:t>
            </w:r>
            <w:r w:rsidRPr="00212C5A">
              <w:rPr>
                <w:rStyle w:val="1cs5bdp"/>
                <w:rFonts w:ascii="Segoe UI" w:hAnsi="Segoe UI" w:cs="Segoe UI"/>
                <w:sz w:val="20"/>
                <w:szCs w:val="20"/>
              </w:rPr>
              <w:t>of</w:t>
            </w:r>
            <w:r w:rsidRPr="00212C5A">
              <w:rPr>
                <w:rFonts w:ascii="Segoe UI" w:hAnsi="Segoe UI" w:cs="Segoe UI"/>
                <w:sz w:val="20"/>
                <w:szCs w:val="20"/>
              </w:rPr>
              <w:t xml:space="preserve"> </w:t>
            </w:r>
            <w:r w:rsidRPr="00212C5A">
              <w:rPr>
                <w:rStyle w:val="1cs5bdp"/>
                <w:rFonts w:ascii="Segoe UI" w:hAnsi="Segoe UI" w:cs="Segoe UI"/>
                <w:sz w:val="20"/>
                <w:szCs w:val="20"/>
              </w:rPr>
              <w:t>our</w:t>
            </w:r>
            <w:r w:rsidRPr="00212C5A">
              <w:rPr>
                <w:rFonts w:ascii="Segoe UI" w:hAnsi="Segoe UI" w:cs="Segoe UI"/>
                <w:sz w:val="20"/>
                <w:szCs w:val="20"/>
              </w:rPr>
              <w:t xml:space="preserve"> </w:t>
            </w:r>
            <w:r w:rsidRPr="00212C5A">
              <w:rPr>
                <w:rStyle w:val="1cs5bdp"/>
                <w:rFonts w:ascii="Segoe UI" w:hAnsi="Segoe UI" w:cs="Segoe UI"/>
                <w:sz w:val="20"/>
                <w:szCs w:val="20"/>
              </w:rPr>
              <w:t>staff,</w:t>
            </w:r>
            <w:r w:rsidRPr="00212C5A">
              <w:rPr>
                <w:rFonts w:ascii="Segoe UI" w:hAnsi="Segoe UI" w:cs="Segoe UI"/>
                <w:sz w:val="20"/>
                <w:szCs w:val="20"/>
              </w:rPr>
              <w:t xml:space="preserve"> </w:t>
            </w:r>
            <w:r w:rsidRPr="00212C5A">
              <w:rPr>
                <w:rStyle w:val="1cs5bdp"/>
                <w:rFonts w:ascii="Segoe UI" w:hAnsi="Segoe UI" w:cs="Segoe UI"/>
                <w:sz w:val="20"/>
                <w:szCs w:val="20"/>
              </w:rPr>
              <w:t>pupils,</w:t>
            </w:r>
            <w:r w:rsidRPr="00212C5A">
              <w:rPr>
                <w:rFonts w:ascii="Segoe UI" w:hAnsi="Segoe UI" w:cs="Segoe UI"/>
                <w:sz w:val="20"/>
                <w:szCs w:val="20"/>
              </w:rPr>
              <w:t xml:space="preserve"> </w:t>
            </w:r>
            <w:proofErr w:type="gramStart"/>
            <w:r w:rsidRPr="00212C5A">
              <w:rPr>
                <w:rStyle w:val="xxxjie0"/>
                <w:rFonts w:ascii="Segoe UI" w:hAnsi="Segoe UI" w:cs="Segoe UI"/>
                <w:sz w:val="20"/>
                <w:szCs w:val="20"/>
              </w:rPr>
              <w:t>families</w:t>
            </w:r>
            <w:proofErr w:type="gramEnd"/>
            <w:r w:rsidRPr="00212C5A">
              <w:rPr>
                <w:rFonts w:ascii="Segoe UI" w:hAnsi="Segoe UI" w:cs="Segoe UI"/>
                <w:sz w:val="20"/>
                <w:szCs w:val="20"/>
              </w:rPr>
              <w:t xml:space="preserve"> </w:t>
            </w:r>
            <w:r w:rsidRPr="00212C5A">
              <w:rPr>
                <w:rStyle w:val="xxxjie0"/>
                <w:rFonts w:ascii="Segoe UI" w:hAnsi="Segoe UI" w:cs="Segoe UI"/>
                <w:sz w:val="20"/>
                <w:szCs w:val="20"/>
              </w:rPr>
              <w:t>and</w:t>
            </w:r>
            <w:r w:rsidRPr="00212C5A">
              <w:rPr>
                <w:rFonts w:ascii="Segoe UI" w:hAnsi="Segoe UI" w:cs="Segoe UI"/>
                <w:sz w:val="20"/>
                <w:szCs w:val="20"/>
              </w:rPr>
              <w:t xml:space="preserve"> </w:t>
            </w:r>
            <w:r w:rsidRPr="00212C5A">
              <w:rPr>
                <w:rStyle w:val="xxxjie0"/>
                <w:rFonts w:ascii="Segoe UI" w:hAnsi="Segoe UI" w:cs="Segoe UI"/>
                <w:sz w:val="20"/>
                <w:szCs w:val="20"/>
              </w:rPr>
              <w:t>governors.</w:t>
            </w:r>
          </w:p>
          <w:p w14:paraId="7F29ACCF" w14:textId="284035D7" w:rsidR="0064353A" w:rsidRPr="00270D61" w:rsidRDefault="00212C5A" w:rsidP="00212C5A">
            <w:pPr>
              <w:pStyle w:val="NormalWeb"/>
              <w:spacing w:line="300" w:lineRule="atLeast"/>
              <w:rPr>
                <w:rFonts w:ascii="Segoe UI Symbol" w:hAnsi="Segoe UI Symbol" w:cs="Segoe UI Symbol"/>
                <w:b/>
                <w:color w:val="FFFFFF"/>
                <w:sz w:val="40"/>
                <w:szCs w:val="40"/>
              </w:rPr>
            </w:pPr>
            <w:r w:rsidRPr="00212C5A">
              <w:rPr>
                <w:rStyle w:val="1cs5bdp"/>
                <w:rFonts w:ascii="Segoe UI" w:hAnsi="Segoe UI" w:cs="Segoe UI"/>
                <w:sz w:val="20"/>
                <w:szCs w:val="20"/>
              </w:rPr>
              <w:t>The</w:t>
            </w:r>
            <w:r w:rsidRPr="00212C5A">
              <w:rPr>
                <w:rFonts w:ascii="Segoe UI" w:hAnsi="Segoe UI" w:cs="Segoe UI"/>
                <w:sz w:val="20"/>
                <w:szCs w:val="20"/>
              </w:rPr>
              <w:t xml:space="preserve"> </w:t>
            </w:r>
            <w:r w:rsidRPr="00212C5A">
              <w:rPr>
                <w:rStyle w:val="1cs5bdp"/>
                <w:rFonts w:ascii="Segoe UI" w:hAnsi="Segoe UI" w:cs="Segoe UI"/>
                <w:sz w:val="20"/>
                <w:szCs w:val="20"/>
              </w:rPr>
              <w:t>full</w:t>
            </w:r>
            <w:r w:rsidRPr="00212C5A">
              <w:rPr>
                <w:rFonts w:ascii="Segoe UI" w:hAnsi="Segoe UI" w:cs="Segoe UI"/>
                <w:sz w:val="20"/>
                <w:szCs w:val="20"/>
              </w:rPr>
              <w:t xml:space="preserve"> </w:t>
            </w:r>
            <w:r w:rsidRPr="00212C5A">
              <w:rPr>
                <w:rStyle w:val="1cs5bdp"/>
                <w:rFonts w:ascii="Segoe UI" w:hAnsi="Segoe UI" w:cs="Segoe UI"/>
                <w:sz w:val="20"/>
                <w:szCs w:val="20"/>
              </w:rPr>
              <w:t>report</w:t>
            </w:r>
            <w:r w:rsidRPr="00212C5A">
              <w:rPr>
                <w:rFonts w:ascii="Segoe UI" w:hAnsi="Segoe UI" w:cs="Segoe UI"/>
                <w:sz w:val="20"/>
                <w:szCs w:val="20"/>
              </w:rPr>
              <w:t xml:space="preserve"> </w:t>
            </w:r>
            <w:r w:rsidRPr="00212C5A">
              <w:rPr>
                <w:rStyle w:val="1cs5bdp"/>
                <w:rFonts w:ascii="Segoe UI" w:hAnsi="Segoe UI" w:cs="Segoe UI"/>
                <w:sz w:val="20"/>
                <w:szCs w:val="20"/>
              </w:rPr>
              <w:t>is</w:t>
            </w:r>
            <w:r w:rsidRPr="00212C5A">
              <w:rPr>
                <w:rFonts w:ascii="Segoe UI" w:hAnsi="Segoe UI" w:cs="Segoe UI"/>
                <w:sz w:val="20"/>
                <w:szCs w:val="20"/>
              </w:rPr>
              <w:t xml:space="preserve"> </w:t>
            </w:r>
            <w:r w:rsidRPr="00212C5A">
              <w:rPr>
                <w:rStyle w:val="1cs5bdp"/>
                <w:rFonts w:ascii="Segoe UI" w:hAnsi="Segoe UI" w:cs="Segoe UI"/>
                <w:sz w:val="20"/>
                <w:szCs w:val="20"/>
              </w:rPr>
              <w:t>available</w:t>
            </w:r>
            <w:r w:rsidRPr="00212C5A">
              <w:rPr>
                <w:rFonts w:ascii="Segoe UI" w:hAnsi="Segoe UI" w:cs="Segoe UI"/>
                <w:sz w:val="20"/>
                <w:szCs w:val="20"/>
              </w:rPr>
              <w:t xml:space="preserve"> </w:t>
            </w:r>
            <w:r w:rsidRPr="00212C5A">
              <w:rPr>
                <w:rStyle w:val="1cs5bdp"/>
                <w:rFonts w:ascii="Segoe UI" w:hAnsi="Segoe UI" w:cs="Segoe UI"/>
                <w:sz w:val="20"/>
                <w:szCs w:val="20"/>
              </w:rPr>
              <w:t>on</w:t>
            </w:r>
            <w:r w:rsidRPr="00212C5A">
              <w:rPr>
                <w:rFonts w:ascii="Segoe UI" w:hAnsi="Segoe UI" w:cs="Segoe UI"/>
                <w:sz w:val="20"/>
                <w:szCs w:val="20"/>
              </w:rPr>
              <w:t xml:space="preserve"> </w:t>
            </w:r>
            <w:r w:rsidRPr="00212C5A">
              <w:rPr>
                <w:rStyle w:val="1cs5bdp"/>
                <w:rFonts w:ascii="Segoe UI" w:hAnsi="Segoe UI" w:cs="Segoe UI"/>
                <w:sz w:val="20"/>
                <w:szCs w:val="20"/>
              </w:rPr>
              <w:t>our</w:t>
            </w:r>
            <w:r w:rsidRPr="00212C5A">
              <w:rPr>
                <w:rFonts w:ascii="Segoe UI" w:hAnsi="Segoe UI" w:cs="Segoe UI"/>
                <w:sz w:val="20"/>
                <w:szCs w:val="20"/>
              </w:rPr>
              <w:t xml:space="preserve"> </w:t>
            </w:r>
            <w:r w:rsidRPr="00212C5A">
              <w:rPr>
                <w:rStyle w:val="xxxjie0"/>
                <w:rFonts w:ascii="Segoe UI" w:hAnsi="Segoe UI" w:cs="Segoe UI"/>
                <w:sz w:val="20"/>
                <w:szCs w:val="20"/>
              </w:rPr>
              <w:t>website</w:t>
            </w:r>
            <w:r w:rsidRPr="00212C5A">
              <w:rPr>
                <w:rFonts w:ascii="Segoe UI" w:hAnsi="Segoe UI" w:cs="Segoe UI"/>
                <w:sz w:val="20"/>
                <w:szCs w:val="20"/>
              </w:rPr>
              <w:t xml:space="preserve"> </w:t>
            </w:r>
            <w:r w:rsidRPr="00212C5A">
              <w:rPr>
                <w:rStyle w:val="xxxjie0"/>
                <w:rFonts w:ascii="Segoe UI" w:hAnsi="Segoe UI" w:cs="Segoe UI"/>
                <w:sz w:val="20"/>
                <w:szCs w:val="20"/>
              </w:rPr>
              <w:t>under</w:t>
            </w:r>
            <w:r w:rsidRPr="00212C5A">
              <w:rPr>
                <w:rFonts w:ascii="Segoe UI" w:hAnsi="Segoe UI" w:cs="Segoe UI"/>
                <w:sz w:val="20"/>
                <w:szCs w:val="20"/>
              </w:rPr>
              <w:t xml:space="preserve"> </w:t>
            </w:r>
            <w:r w:rsidRPr="00212C5A">
              <w:rPr>
                <w:rStyle w:val="xxxjie0"/>
                <w:rFonts w:ascii="Segoe UI" w:hAnsi="Segoe UI" w:cs="Segoe UI"/>
                <w:b/>
                <w:bCs/>
                <w:sz w:val="20"/>
                <w:szCs w:val="20"/>
              </w:rPr>
              <w:t>SEND</w:t>
            </w:r>
            <w:r w:rsidRPr="00212C5A">
              <w:rPr>
                <w:rStyle w:val="Strong"/>
                <w:rFonts w:ascii="Segoe UI" w:hAnsi="Segoe UI" w:cs="Segoe UI"/>
                <w:sz w:val="20"/>
                <w:szCs w:val="20"/>
              </w:rPr>
              <w:t xml:space="preserve"> </w:t>
            </w:r>
            <w:r w:rsidRPr="00212C5A">
              <w:rPr>
                <w:rStyle w:val="xxxjie0"/>
                <w:rFonts w:ascii="Segoe UI" w:hAnsi="Segoe UI" w:cs="Segoe UI"/>
                <w:b/>
                <w:bCs/>
                <w:sz w:val="20"/>
                <w:szCs w:val="20"/>
              </w:rPr>
              <w:t>&amp;</w:t>
            </w:r>
            <w:r w:rsidRPr="00212C5A">
              <w:rPr>
                <w:rStyle w:val="Strong"/>
                <w:rFonts w:ascii="Segoe UI" w:hAnsi="Segoe UI" w:cs="Segoe UI"/>
                <w:sz w:val="20"/>
                <w:szCs w:val="20"/>
              </w:rPr>
              <w:t xml:space="preserve"> </w:t>
            </w:r>
            <w:r w:rsidRPr="00212C5A">
              <w:rPr>
                <w:rStyle w:val="xxxjie0"/>
                <w:rFonts w:ascii="Segoe UI" w:hAnsi="Segoe UI" w:cs="Segoe UI"/>
                <w:b/>
                <w:bCs/>
                <w:sz w:val="20"/>
                <w:szCs w:val="20"/>
              </w:rPr>
              <w:t>Inclusion</w:t>
            </w:r>
            <w:r w:rsidRPr="00212C5A">
              <w:rPr>
                <w:rStyle w:val="1cs5bdp"/>
                <w:rFonts w:ascii="Segoe UI" w:hAnsi="Segoe UI" w:cs="Segoe UI"/>
                <w:sz w:val="22"/>
                <w:szCs w:val="22"/>
              </w:rPr>
              <w:t>.</w:t>
            </w:r>
            <w:r>
              <w:rPr>
                <w:rFonts w:ascii="Segoe UI" w:hAnsi="Segoe UI" w:cs="Segoe UI"/>
                <w:sz w:val="21"/>
                <w:szCs w:val="21"/>
              </w:rPr>
              <w:t xml:space="preserve"> </w:t>
            </w:r>
            <w:r>
              <w:rPr>
                <w:rStyle w:val="xxxjie0"/>
                <w:rFonts w:ascii="Segoe UI Emoji" w:hAnsi="Segoe UI Emoji" w:cs="Segoe UI Emoji"/>
                <w:sz w:val="21"/>
                <w:szCs w:val="21"/>
              </w:rPr>
              <w:t>💙</w:t>
            </w:r>
          </w:p>
        </w:tc>
      </w:tr>
      <w:tr w:rsidR="0064353A" w14:paraId="4F894D67" w14:textId="77777777">
        <w:trPr>
          <w:jc w:val="center"/>
        </w:trPr>
        <w:tc>
          <w:tcPr>
            <w:tcW w:w="11189" w:type="dxa"/>
            <w:gridSpan w:val="9"/>
            <w:shd w:val="clear" w:color="auto" w:fill="2D8ED6"/>
            <w:tcMar>
              <w:top w:w="35" w:type="dxa"/>
              <w:left w:w="70" w:type="dxa"/>
              <w:bottom w:w="35" w:type="dxa"/>
              <w:right w:w="70" w:type="dxa"/>
            </w:tcMar>
          </w:tcPr>
          <w:p w14:paraId="07186FE5" w14:textId="77777777" w:rsidR="0064353A" w:rsidRDefault="0064353A" w:rsidP="0064353A">
            <w:pPr>
              <w:spacing w:after="0"/>
              <w:jc w:val="center"/>
            </w:pPr>
            <w:r>
              <w:rPr>
                <w:rFonts w:ascii="Segoe UI Emoji" w:hAnsi="Segoe UI Emoji" w:cs="Segoe UI Emoji"/>
                <w:b/>
                <w:color w:val="FFFFFF"/>
                <w:sz w:val="28"/>
              </w:rPr>
              <w:t>📚</w:t>
            </w:r>
            <w:r>
              <w:rPr>
                <w:rFonts w:ascii="Aptos" w:hAnsi="Aptos"/>
                <w:b/>
                <w:color w:val="FFFFFF"/>
                <w:sz w:val="28"/>
              </w:rPr>
              <w:t xml:space="preserve"> SHARE A STORY SESSIONS</w:t>
            </w:r>
          </w:p>
        </w:tc>
      </w:tr>
      <w:tr w:rsidR="0064353A" w14:paraId="3B27BFD2" w14:textId="77777777" w:rsidTr="0064353A">
        <w:trPr>
          <w:gridAfter w:val="1"/>
          <w:wAfter w:w="41" w:type="dxa"/>
          <w:jc w:val="center"/>
        </w:trPr>
        <w:tc>
          <w:tcPr>
            <w:tcW w:w="5574" w:type="dxa"/>
            <w:gridSpan w:val="4"/>
            <w:shd w:val="clear" w:color="auto" w:fill="FFF7DE"/>
          </w:tcPr>
          <w:p w14:paraId="6F742E2A" w14:textId="72382F17" w:rsidR="0064353A" w:rsidRPr="0064353A" w:rsidRDefault="0064353A" w:rsidP="0064353A">
            <w:pPr>
              <w:jc w:val="center"/>
              <w:rPr>
                <w:rFonts w:ascii="Aptos" w:hAnsi="Aptos"/>
                <w:b/>
                <w:bCs/>
                <w:color w:val="243447"/>
                <w:lang w:val="en-GB"/>
              </w:rPr>
            </w:pPr>
            <w:r>
              <w:rPr>
                <w:noProof/>
              </w:rPr>
              <w:drawing>
                <wp:inline distT="0" distB="0" distL="0" distR="0" wp14:anchorId="5A13F842" wp14:editId="4802862D">
                  <wp:extent cx="464696" cy="278818"/>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ory.png"/>
                          <pic:cNvPicPr/>
                        </pic:nvPicPr>
                        <pic:blipFill>
                          <a:blip r:embed="rId13"/>
                          <a:stretch>
                            <a:fillRect/>
                          </a:stretch>
                        </pic:blipFill>
                        <pic:spPr>
                          <a:xfrm>
                            <a:off x="0" y="0"/>
                            <a:ext cx="482458" cy="289475"/>
                          </a:xfrm>
                          <a:prstGeom prst="rect">
                            <a:avLst/>
                          </a:prstGeom>
                        </pic:spPr>
                      </pic:pic>
                    </a:graphicData>
                  </a:graphic>
                </wp:inline>
              </w:drawing>
            </w:r>
            <w:r w:rsidRPr="00F00F55">
              <w:rPr>
                <w:rFonts w:ascii="Aptos" w:hAnsi="Aptos"/>
                <w:b/>
                <w:bCs/>
                <w:color w:val="243447"/>
                <w:sz w:val="24"/>
                <w:szCs w:val="24"/>
                <w:lang w:val="en-GB"/>
              </w:rPr>
              <w:t xml:space="preserve"> </w:t>
            </w:r>
            <w:r w:rsidRPr="0064353A">
              <w:rPr>
                <w:rFonts w:ascii="Aptos" w:hAnsi="Aptos"/>
                <w:b/>
                <w:bCs/>
                <w:color w:val="243447"/>
                <w:lang w:val="en-GB"/>
              </w:rPr>
              <w:t>Family Story Time</w:t>
            </w:r>
          </w:p>
          <w:p w14:paraId="571BFD0A" w14:textId="77777777" w:rsidR="0064353A" w:rsidRPr="0064353A" w:rsidRDefault="0064353A" w:rsidP="0064353A">
            <w:pPr>
              <w:spacing w:after="0"/>
              <w:jc w:val="center"/>
              <w:rPr>
                <w:rFonts w:ascii="Aptos" w:hAnsi="Aptos"/>
                <w:color w:val="243447"/>
                <w:lang w:val="en-GB"/>
              </w:rPr>
            </w:pPr>
            <w:r w:rsidRPr="0064353A">
              <w:rPr>
                <w:rFonts w:ascii="Aptos" w:hAnsi="Aptos"/>
                <w:b/>
                <w:bCs/>
                <w:color w:val="243447"/>
                <w:lang w:val="en-GB"/>
              </w:rPr>
              <w:t>Parents and carers are warmly invited to come into school and share a story with their child.</w:t>
            </w:r>
          </w:p>
          <w:p w14:paraId="67C7452B" w14:textId="77777777" w:rsidR="0064353A" w:rsidRPr="0064353A" w:rsidRDefault="0064353A" w:rsidP="0064353A">
            <w:pPr>
              <w:spacing w:after="0"/>
              <w:jc w:val="center"/>
              <w:rPr>
                <w:rFonts w:ascii="Aptos" w:hAnsi="Aptos"/>
                <w:color w:val="243447"/>
                <w:lang w:val="en-GB"/>
              </w:rPr>
            </w:pPr>
            <w:r w:rsidRPr="0064353A">
              <w:rPr>
                <w:rFonts w:ascii="Aptos" w:hAnsi="Aptos"/>
                <w:color w:val="243447"/>
                <w:lang w:val="en-GB"/>
              </w:rPr>
              <w:t>All sessions will take place in the </w:t>
            </w:r>
            <w:r w:rsidRPr="0064353A">
              <w:rPr>
                <w:rFonts w:ascii="Aptos" w:hAnsi="Aptos"/>
                <w:b/>
                <w:bCs/>
                <w:color w:val="243447"/>
                <w:lang w:val="en-GB"/>
              </w:rPr>
              <w:t>School Hall from 2:40pm</w:t>
            </w:r>
            <w:r w:rsidRPr="0064353A">
              <w:rPr>
                <w:rFonts w:ascii="Aptos" w:hAnsi="Aptos"/>
                <w:color w:val="243447"/>
                <w:lang w:val="en-GB"/>
              </w:rPr>
              <w:t>.</w:t>
            </w:r>
          </w:p>
          <w:p w14:paraId="19AF7DF2" w14:textId="77777777" w:rsidR="0064353A" w:rsidRPr="0064353A" w:rsidRDefault="0064353A" w:rsidP="0064353A">
            <w:pPr>
              <w:spacing w:after="0"/>
              <w:jc w:val="center"/>
              <w:rPr>
                <w:rFonts w:ascii="Aptos" w:hAnsi="Aptos"/>
                <w:color w:val="243447"/>
                <w:lang w:val="en-GB"/>
              </w:rPr>
            </w:pPr>
          </w:p>
          <w:p w14:paraId="62B568F9" w14:textId="77777777" w:rsidR="0064353A" w:rsidRPr="0064353A" w:rsidRDefault="0064353A" w:rsidP="0064353A">
            <w:pPr>
              <w:spacing w:after="0"/>
              <w:jc w:val="center"/>
              <w:rPr>
                <w:rFonts w:ascii="Aptos" w:hAnsi="Aptos"/>
                <w:color w:val="243447"/>
                <w:lang w:val="en-GB"/>
              </w:rPr>
            </w:pPr>
            <w:r w:rsidRPr="0064353A">
              <w:rPr>
                <w:rFonts w:ascii="Aptos" w:hAnsi="Aptos"/>
                <w:color w:val="243447"/>
                <w:lang w:val="en-GB"/>
              </w:rPr>
              <w:t>Our aim is to encourage a </w:t>
            </w:r>
            <w:r w:rsidRPr="0064353A">
              <w:rPr>
                <w:rFonts w:ascii="Aptos" w:hAnsi="Aptos"/>
                <w:b/>
                <w:bCs/>
                <w:color w:val="243447"/>
                <w:lang w:val="en-GB"/>
              </w:rPr>
              <w:t>love and enjoyment of reading</w:t>
            </w:r>
            <w:r w:rsidRPr="0064353A">
              <w:rPr>
                <w:rFonts w:ascii="Aptos" w:hAnsi="Aptos"/>
                <w:color w:val="243447"/>
                <w:lang w:val="en-GB"/>
              </w:rPr>
              <w:t xml:space="preserve"> — enjoying books, talking about </w:t>
            </w:r>
            <w:proofErr w:type="gramStart"/>
            <w:r w:rsidRPr="0064353A">
              <w:rPr>
                <w:rFonts w:ascii="Aptos" w:hAnsi="Aptos"/>
                <w:color w:val="243447"/>
                <w:lang w:val="en-GB"/>
              </w:rPr>
              <w:t>stories</w:t>
            </w:r>
            <w:proofErr w:type="gramEnd"/>
            <w:r w:rsidRPr="0064353A">
              <w:rPr>
                <w:rFonts w:ascii="Aptos" w:hAnsi="Aptos"/>
                <w:color w:val="243447"/>
                <w:lang w:val="en-GB"/>
              </w:rPr>
              <w:t xml:space="preserve"> and sharing special reading time together.</w:t>
            </w:r>
          </w:p>
          <w:p w14:paraId="3DF22A61" w14:textId="77777777" w:rsidR="0064353A" w:rsidRPr="0064353A" w:rsidRDefault="0064353A" w:rsidP="0064353A">
            <w:pPr>
              <w:spacing w:after="0"/>
              <w:jc w:val="center"/>
              <w:rPr>
                <w:rFonts w:ascii="Aptos" w:hAnsi="Aptos"/>
                <w:color w:val="243447"/>
                <w:lang w:val="en-GB"/>
              </w:rPr>
            </w:pPr>
          </w:p>
          <w:p w14:paraId="6488F6F1" w14:textId="77777777" w:rsidR="0064353A" w:rsidRPr="0064353A" w:rsidRDefault="0064353A" w:rsidP="0064353A">
            <w:pPr>
              <w:spacing w:after="0"/>
              <w:jc w:val="center"/>
              <w:rPr>
                <w:rFonts w:ascii="Aptos" w:hAnsi="Aptos"/>
                <w:color w:val="243447"/>
                <w:lang w:val="en-GB"/>
              </w:rPr>
            </w:pPr>
            <w:r w:rsidRPr="0064353A">
              <w:rPr>
                <w:rFonts w:ascii="Aptos" w:hAnsi="Aptos"/>
                <w:color w:val="243447"/>
                <w:lang w:val="en-GB"/>
              </w:rPr>
              <w:t xml:space="preserve">We look forward to welcoming you! </w:t>
            </w:r>
            <w:r w:rsidRPr="0064353A">
              <w:rPr>
                <w:rFonts w:ascii="Segoe UI Emoji" w:hAnsi="Segoe UI Emoji" w:cs="Segoe UI Emoji"/>
                <w:color w:val="243447"/>
                <w:lang w:val="en-GB"/>
              </w:rPr>
              <w:t>💛</w:t>
            </w:r>
          </w:p>
          <w:p w14:paraId="6A49F61D" w14:textId="3BD6EB6B" w:rsidR="0064353A" w:rsidRDefault="0064353A" w:rsidP="0064353A">
            <w:pPr>
              <w:spacing w:after="0"/>
              <w:jc w:val="center"/>
            </w:pPr>
          </w:p>
        </w:tc>
        <w:tc>
          <w:tcPr>
            <w:tcW w:w="5574" w:type="dxa"/>
            <w:gridSpan w:val="4"/>
            <w:shd w:val="clear" w:color="auto" w:fill="FFFFFF"/>
          </w:tcPr>
          <w:tbl>
            <w:tblPr>
              <w:tblW w:w="0" w:type="auto"/>
              <w:tblLook w:val="04A0" w:firstRow="1" w:lastRow="0" w:firstColumn="1" w:lastColumn="0" w:noHBand="0" w:noVBand="1"/>
            </w:tblPr>
            <w:tblGrid>
              <w:gridCol w:w="2687"/>
              <w:gridCol w:w="2671"/>
            </w:tblGrid>
            <w:tr w:rsidR="0064353A" w:rsidRPr="006F4D76" w14:paraId="1479D13D" w14:textId="77777777" w:rsidTr="006F4D76">
              <w:tc>
                <w:tcPr>
                  <w:tcW w:w="2696" w:type="dxa"/>
                  <w:shd w:val="clear" w:color="auto" w:fill="0758A6"/>
                </w:tcPr>
                <w:p w14:paraId="62324BCA" w14:textId="77777777" w:rsidR="0064353A" w:rsidRPr="006F4D76" w:rsidRDefault="0064353A" w:rsidP="0064353A">
                  <w:pPr>
                    <w:spacing w:after="0"/>
                    <w:jc w:val="center"/>
                    <w:rPr>
                      <w:sz w:val="24"/>
                      <w:szCs w:val="24"/>
                    </w:rPr>
                  </w:pPr>
                  <w:r w:rsidRPr="006F4D76">
                    <w:rPr>
                      <w:rFonts w:ascii="Aptos" w:hAnsi="Aptos"/>
                      <w:b/>
                      <w:color w:val="FFFFFF"/>
                      <w:sz w:val="24"/>
                      <w:szCs w:val="24"/>
                    </w:rPr>
                    <w:t>YEAR GROUP</w:t>
                  </w:r>
                </w:p>
              </w:tc>
              <w:tc>
                <w:tcPr>
                  <w:tcW w:w="2682" w:type="dxa"/>
                  <w:shd w:val="clear" w:color="auto" w:fill="0758A6"/>
                </w:tcPr>
                <w:p w14:paraId="3E927AB2" w14:textId="77777777" w:rsidR="0064353A" w:rsidRPr="006F4D76" w:rsidRDefault="0064353A" w:rsidP="0064353A">
                  <w:pPr>
                    <w:spacing w:after="0"/>
                    <w:jc w:val="center"/>
                    <w:rPr>
                      <w:sz w:val="24"/>
                      <w:szCs w:val="24"/>
                    </w:rPr>
                  </w:pPr>
                  <w:r w:rsidRPr="006F4D76">
                    <w:rPr>
                      <w:rFonts w:ascii="Aptos" w:hAnsi="Aptos"/>
                      <w:b/>
                      <w:color w:val="FFFFFF"/>
                      <w:sz w:val="24"/>
                      <w:szCs w:val="24"/>
                    </w:rPr>
                    <w:t>DATE</w:t>
                  </w:r>
                </w:p>
              </w:tc>
            </w:tr>
            <w:tr w:rsidR="0064353A" w:rsidRPr="006F4D76" w14:paraId="43985C39" w14:textId="77777777" w:rsidTr="006F4D76">
              <w:tc>
                <w:tcPr>
                  <w:tcW w:w="2696" w:type="dxa"/>
                  <w:shd w:val="clear" w:color="auto" w:fill="DFF3FF"/>
                </w:tcPr>
                <w:p w14:paraId="205CCB15" w14:textId="77777777" w:rsidR="0064353A" w:rsidRPr="0064353A" w:rsidRDefault="0064353A" w:rsidP="0064353A">
                  <w:pPr>
                    <w:spacing w:after="0"/>
                  </w:pPr>
                  <w:r w:rsidRPr="0064353A">
                    <w:rPr>
                      <w:rFonts w:ascii="Aptos" w:hAnsi="Aptos"/>
                      <w:b/>
                      <w:color w:val="083B70"/>
                    </w:rPr>
                    <w:t>EYFS</w:t>
                  </w:r>
                </w:p>
              </w:tc>
              <w:tc>
                <w:tcPr>
                  <w:tcW w:w="2682" w:type="dxa"/>
                </w:tcPr>
                <w:p w14:paraId="10D4AC5C" w14:textId="77777777" w:rsidR="0064353A" w:rsidRDefault="0064353A" w:rsidP="00212C5A">
                  <w:pPr>
                    <w:spacing w:after="0"/>
                    <w:rPr>
                      <w:rFonts w:ascii="Aptos" w:hAnsi="Aptos"/>
                      <w:color w:val="243447"/>
                    </w:rPr>
                  </w:pPr>
                  <w:r w:rsidRPr="0064353A">
                    <w:rPr>
                      <w:rFonts w:ascii="Aptos" w:hAnsi="Aptos"/>
                      <w:color w:val="243447"/>
                    </w:rPr>
                    <w:t>Wed 30</w:t>
                  </w:r>
                  <w:r w:rsidRPr="0064353A">
                    <w:rPr>
                      <w:rFonts w:ascii="Aptos" w:hAnsi="Aptos"/>
                      <w:color w:val="243447"/>
                      <w:vertAlign w:val="superscript"/>
                    </w:rPr>
                    <w:t>th</w:t>
                  </w:r>
                  <w:r w:rsidRPr="0064353A">
                    <w:rPr>
                      <w:rFonts w:ascii="Aptos" w:hAnsi="Aptos"/>
                      <w:color w:val="243447"/>
                    </w:rPr>
                    <w:t xml:space="preserve"> Sept</w:t>
                  </w:r>
                </w:p>
                <w:p w14:paraId="2C1BDA74" w14:textId="3B5AC939" w:rsidR="00212C5A" w:rsidRPr="0064353A" w:rsidRDefault="00212C5A" w:rsidP="00212C5A">
                  <w:pPr>
                    <w:spacing w:after="0"/>
                  </w:pPr>
                </w:p>
              </w:tc>
            </w:tr>
            <w:tr w:rsidR="0064353A" w:rsidRPr="006F4D76" w14:paraId="45FEB32A" w14:textId="77777777" w:rsidTr="006F4D76">
              <w:tc>
                <w:tcPr>
                  <w:tcW w:w="2696" w:type="dxa"/>
                  <w:shd w:val="clear" w:color="auto" w:fill="DFF3FF"/>
                </w:tcPr>
                <w:p w14:paraId="4716C681" w14:textId="77777777" w:rsidR="0064353A" w:rsidRPr="0064353A" w:rsidRDefault="0064353A" w:rsidP="0064353A">
                  <w:pPr>
                    <w:spacing w:after="0"/>
                  </w:pPr>
                  <w:r w:rsidRPr="0064353A">
                    <w:rPr>
                      <w:rFonts w:ascii="Aptos" w:hAnsi="Aptos"/>
                      <w:b/>
                      <w:color w:val="083B70"/>
                    </w:rPr>
                    <w:t>Year 1</w:t>
                  </w:r>
                </w:p>
              </w:tc>
              <w:tc>
                <w:tcPr>
                  <w:tcW w:w="2682" w:type="dxa"/>
                </w:tcPr>
                <w:p w14:paraId="6F642A47" w14:textId="77777777" w:rsidR="0064353A" w:rsidRDefault="0064353A" w:rsidP="00212C5A">
                  <w:pPr>
                    <w:spacing w:after="0"/>
                    <w:rPr>
                      <w:rFonts w:ascii="Aptos" w:hAnsi="Aptos"/>
                      <w:color w:val="243447"/>
                    </w:rPr>
                  </w:pPr>
                  <w:r w:rsidRPr="0064353A">
                    <w:rPr>
                      <w:rFonts w:ascii="Aptos" w:hAnsi="Aptos"/>
                      <w:color w:val="243447"/>
                    </w:rPr>
                    <w:t>Thu 1</w:t>
                  </w:r>
                  <w:r w:rsidRPr="0064353A">
                    <w:rPr>
                      <w:rFonts w:ascii="Aptos" w:hAnsi="Aptos"/>
                      <w:color w:val="243447"/>
                      <w:vertAlign w:val="superscript"/>
                    </w:rPr>
                    <w:t>st</w:t>
                  </w:r>
                  <w:r w:rsidRPr="0064353A">
                    <w:rPr>
                      <w:rFonts w:ascii="Aptos" w:hAnsi="Aptos"/>
                      <w:color w:val="243447"/>
                    </w:rPr>
                    <w:t xml:space="preserve"> Oct</w:t>
                  </w:r>
                </w:p>
                <w:p w14:paraId="1A4E3973" w14:textId="24E653E5" w:rsidR="00212C5A" w:rsidRPr="0064353A" w:rsidRDefault="00212C5A" w:rsidP="00212C5A">
                  <w:pPr>
                    <w:spacing w:after="0"/>
                  </w:pPr>
                </w:p>
              </w:tc>
            </w:tr>
            <w:tr w:rsidR="0064353A" w:rsidRPr="006F4D76" w14:paraId="20F5F932" w14:textId="77777777" w:rsidTr="006F4D76">
              <w:tc>
                <w:tcPr>
                  <w:tcW w:w="2696" w:type="dxa"/>
                  <w:shd w:val="clear" w:color="auto" w:fill="DFF3FF"/>
                </w:tcPr>
                <w:p w14:paraId="572C298C" w14:textId="77777777" w:rsidR="0064353A" w:rsidRPr="0064353A" w:rsidRDefault="0064353A" w:rsidP="0064353A">
                  <w:pPr>
                    <w:spacing w:after="0"/>
                  </w:pPr>
                  <w:r w:rsidRPr="0064353A">
                    <w:rPr>
                      <w:rFonts w:ascii="Aptos" w:hAnsi="Aptos"/>
                      <w:b/>
                      <w:color w:val="083B70"/>
                    </w:rPr>
                    <w:t>Year 5</w:t>
                  </w:r>
                </w:p>
              </w:tc>
              <w:tc>
                <w:tcPr>
                  <w:tcW w:w="2682" w:type="dxa"/>
                </w:tcPr>
                <w:p w14:paraId="21C6483F" w14:textId="77777777" w:rsidR="0064353A" w:rsidRDefault="0064353A" w:rsidP="00212C5A">
                  <w:pPr>
                    <w:spacing w:after="0"/>
                    <w:rPr>
                      <w:rFonts w:ascii="Aptos" w:hAnsi="Aptos"/>
                      <w:color w:val="243447"/>
                    </w:rPr>
                  </w:pPr>
                  <w:r w:rsidRPr="0064353A">
                    <w:rPr>
                      <w:rFonts w:ascii="Aptos" w:hAnsi="Aptos"/>
                      <w:color w:val="243447"/>
                    </w:rPr>
                    <w:t>Fri 2</w:t>
                  </w:r>
                  <w:r w:rsidRPr="0064353A">
                    <w:rPr>
                      <w:rFonts w:ascii="Aptos" w:hAnsi="Aptos"/>
                      <w:color w:val="243447"/>
                      <w:vertAlign w:val="superscript"/>
                    </w:rPr>
                    <w:t>nd</w:t>
                  </w:r>
                  <w:r w:rsidRPr="0064353A">
                    <w:rPr>
                      <w:rFonts w:ascii="Aptos" w:hAnsi="Aptos"/>
                      <w:color w:val="243447"/>
                    </w:rPr>
                    <w:t xml:space="preserve"> Oc</w:t>
                  </w:r>
                  <w:r w:rsidR="00212C5A">
                    <w:rPr>
                      <w:rFonts w:ascii="Aptos" w:hAnsi="Aptos"/>
                      <w:color w:val="243447"/>
                    </w:rPr>
                    <w:t>t</w:t>
                  </w:r>
                </w:p>
                <w:p w14:paraId="225E9139" w14:textId="30CDD9FA" w:rsidR="00212C5A" w:rsidRPr="0064353A" w:rsidRDefault="00212C5A" w:rsidP="00212C5A">
                  <w:pPr>
                    <w:spacing w:after="0"/>
                  </w:pPr>
                </w:p>
              </w:tc>
            </w:tr>
            <w:tr w:rsidR="0064353A" w:rsidRPr="006F4D76" w14:paraId="37968B12" w14:textId="77777777" w:rsidTr="006F4D76">
              <w:tc>
                <w:tcPr>
                  <w:tcW w:w="2696" w:type="dxa"/>
                  <w:shd w:val="clear" w:color="auto" w:fill="DFF3FF"/>
                </w:tcPr>
                <w:p w14:paraId="1765C391" w14:textId="14B4F354" w:rsidR="0064353A" w:rsidRPr="0064353A" w:rsidRDefault="0064353A" w:rsidP="0064353A">
                  <w:pPr>
                    <w:spacing w:after="0"/>
                  </w:pPr>
                  <w:r w:rsidRPr="0064353A">
                    <w:rPr>
                      <w:rFonts w:ascii="Aptos" w:hAnsi="Aptos"/>
                      <w:b/>
                      <w:color w:val="083B70"/>
                    </w:rPr>
                    <w:t xml:space="preserve">Year </w:t>
                  </w:r>
                  <w:r w:rsidR="00002D5A">
                    <w:rPr>
                      <w:rFonts w:ascii="Aptos" w:hAnsi="Aptos"/>
                      <w:b/>
                      <w:color w:val="083B70"/>
                    </w:rPr>
                    <w:t>6</w:t>
                  </w:r>
                </w:p>
              </w:tc>
              <w:tc>
                <w:tcPr>
                  <w:tcW w:w="2682" w:type="dxa"/>
                </w:tcPr>
                <w:p w14:paraId="5F2B713A" w14:textId="57D65988" w:rsidR="0064353A" w:rsidRDefault="00002D5A" w:rsidP="00212C5A">
                  <w:pPr>
                    <w:spacing w:after="0"/>
                    <w:rPr>
                      <w:rFonts w:ascii="Aptos" w:hAnsi="Aptos"/>
                      <w:color w:val="243447"/>
                    </w:rPr>
                  </w:pPr>
                  <w:r>
                    <w:rPr>
                      <w:rFonts w:ascii="Aptos" w:hAnsi="Aptos"/>
                      <w:color w:val="243447"/>
                    </w:rPr>
                    <w:t>Mon</w:t>
                  </w:r>
                  <w:r w:rsidR="0064353A" w:rsidRPr="0064353A">
                    <w:rPr>
                      <w:rFonts w:ascii="Aptos" w:hAnsi="Aptos"/>
                      <w:color w:val="243447"/>
                    </w:rPr>
                    <w:t xml:space="preserve"> </w:t>
                  </w:r>
                  <w:r>
                    <w:rPr>
                      <w:rFonts w:ascii="Aptos" w:hAnsi="Aptos"/>
                      <w:color w:val="243447"/>
                    </w:rPr>
                    <w:t>5</w:t>
                  </w:r>
                  <w:r w:rsidR="0064353A" w:rsidRPr="0064353A">
                    <w:rPr>
                      <w:rFonts w:ascii="Aptos" w:hAnsi="Aptos"/>
                      <w:color w:val="243447"/>
                      <w:vertAlign w:val="superscript"/>
                    </w:rPr>
                    <w:t>th</w:t>
                  </w:r>
                  <w:r w:rsidR="0064353A" w:rsidRPr="0064353A">
                    <w:rPr>
                      <w:rFonts w:ascii="Aptos" w:hAnsi="Aptos"/>
                      <w:color w:val="243447"/>
                    </w:rPr>
                    <w:t xml:space="preserve"> Oct</w:t>
                  </w:r>
                </w:p>
                <w:p w14:paraId="0F332170" w14:textId="68A03D64" w:rsidR="00212C5A" w:rsidRPr="0064353A" w:rsidRDefault="00212C5A" w:rsidP="00212C5A">
                  <w:pPr>
                    <w:spacing w:after="0"/>
                  </w:pPr>
                </w:p>
              </w:tc>
            </w:tr>
            <w:tr w:rsidR="0064353A" w:rsidRPr="006F4D76" w14:paraId="6756312D" w14:textId="77777777" w:rsidTr="006F4D76">
              <w:tc>
                <w:tcPr>
                  <w:tcW w:w="2696" w:type="dxa"/>
                  <w:shd w:val="clear" w:color="auto" w:fill="DFF3FF"/>
                </w:tcPr>
                <w:p w14:paraId="25621306" w14:textId="69FDCF6E" w:rsidR="0064353A" w:rsidRPr="0064353A" w:rsidRDefault="0064353A" w:rsidP="0064353A">
                  <w:pPr>
                    <w:spacing w:after="0"/>
                  </w:pPr>
                  <w:r w:rsidRPr="0064353A">
                    <w:rPr>
                      <w:rFonts w:ascii="Aptos" w:hAnsi="Aptos"/>
                      <w:b/>
                      <w:color w:val="083B70"/>
                    </w:rPr>
                    <w:t xml:space="preserve">Year </w:t>
                  </w:r>
                  <w:r w:rsidR="00002D5A">
                    <w:rPr>
                      <w:rFonts w:ascii="Aptos" w:hAnsi="Aptos"/>
                      <w:b/>
                      <w:color w:val="083B70"/>
                    </w:rPr>
                    <w:t>3</w:t>
                  </w:r>
                </w:p>
              </w:tc>
              <w:tc>
                <w:tcPr>
                  <w:tcW w:w="2682" w:type="dxa"/>
                </w:tcPr>
                <w:p w14:paraId="3E808CB8" w14:textId="7B0200D4" w:rsidR="0064353A" w:rsidRPr="0064353A" w:rsidRDefault="0064353A" w:rsidP="0064353A">
                  <w:pPr>
                    <w:spacing w:after="0"/>
                    <w:rPr>
                      <w:rFonts w:ascii="Aptos" w:hAnsi="Aptos"/>
                      <w:color w:val="243447"/>
                    </w:rPr>
                  </w:pPr>
                  <w:r w:rsidRPr="0064353A">
                    <w:rPr>
                      <w:rFonts w:ascii="Aptos" w:hAnsi="Aptos"/>
                      <w:color w:val="243447"/>
                    </w:rPr>
                    <w:t>T</w:t>
                  </w:r>
                  <w:r w:rsidR="00002D5A">
                    <w:rPr>
                      <w:rFonts w:ascii="Aptos" w:hAnsi="Aptos"/>
                      <w:color w:val="243447"/>
                    </w:rPr>
                    <w:t>ue</w:t>
                  </w:r>
                  <w:r w:rsidRPr="0064353A">
                    <w:rPr>
                      <w:rFonts w:ascii="Aptos" w:hAnsi="Aptos"/>
                      <w:color w:val="243447"/>
                    </w:rPr>
                    <w:t xml:space="preserve"> </w:t>
                  </w:r>
                  <w:r w:rsidR="00002D5A">
                    <w:rPr>
                      <w:rFonts w:ascii="Aptos" w:hAnsi="Aptos"/>
                      <w:color w:val="243447"/>
                    </w:rPr>
                    <w:t>6</w:t>
                  </w:r>
                  <w:r w:rsidRPr="0064353A">
                    <w:rPr>
                      <w:rFonts w:ascii="Aptos" w:hAnsi="Aptos"/>
                      <w:color w:val="243447"/>
                      <w:vertAlign w:val="superscript"/>
                    </w:rPr>
                    <w:t>th</w:t>
                  </w:r>
                  <w:r w:rsidRPr="0064353A">
                    <w:rPr>
                      <w:rFonts w:ascii="Aptos" w:hAnsi="Aptos"/>
                      <w:color w:val="243447"/>
                    </w:rPr>
                    <w:t xml:space="preserve"> Oct</w:t>
                  </w:r>
                </w:p>
                <w:p w14:paraId="64A349E1" w14:textId="77777777" w:rsidR="0064353A" w:rsidRPr="0064353A" w:rsidRDefault="0064353A" w:rsidP="0064353A">
                  <w:pPr>
                    <w:spacing w:after="0"/>
                  </w:pPr>
                </w:p>
              </w:tc>
            </w:tr>
            <w:tr w:rsidR="0064353A" w:rsidRPr="006F4D76" w14:paraId="3B4E8479" w14:textId="77777777" w:rsidTr="006F4D76">
              <w:tc>
                <w:tcPr>
                  <w:tcW w:w="2696" w:type="dxa"/>
                  <w:shd w:val="clear" w:color="auto" w:fill="DFF3FF"/>
                </w:tcPr>
                <w:p w14:paraId="70A96F86" w14:textId="2CDB5618" w:rsidR="0064353A" w:rsidRPr="0064353A" w:rsidRDefault="0064353A" w:rsidP="0064353A">
                  <w:pPr>
                    <w:spacing w:after="0"/>
                  </w:pPr>
                  <w:r w:rsidRPr="0064353A">
                    <w:rPr>
                      <w:rFonts w:ascii="Aptos" w:hAnsi="Aptos"/>
                      <w:b/>
                      <w:color w:val="083B70"/>
                    </w:rPr>
                    <w:t xml:space="preserve">Year </w:t>
                  </w:r>
                  <w:r w:rsidR="00002D5A">
                    <w:rPr>
                      <w:rFonts w:ascii="Aptos" w:hAnsi="Aptos"/>
                      <w:b/>
                      <w:color w:val="083B70"/>
                    </w:rPr>
                    <w:t>4</w:t>
                  </w:r>
                </w:p>
              </w:tc>
              <w:tc>
                <w:tcPr>
                  <w:tcW w:w="2682" w:type="dxa"/>
                </w:tcPr>
                <w:p w14:paraId="1C8281BC" w14:textId="5E7E2251" w:rsidR="0064353A" w:rsidRPr="0064353A" w:rsidRDefault="00002D5A" w:rsidP="0064353A">
                  <w:pPr>
                    <w:spacing w:after="0"/>
                    <w:rPr>
                      <w:rFonts w:ascii="Aptos" w:hAnsi="Aptos"/>
                      <w:color w:val="243447"/>
                    </w:rPr>
                  </w:pPr>
                  <w:r>
                    <w:rPr>
                      <w:rFonts w:ascii="Aptos" w:hAnsi="Aptos"/>
                      <w:color w:val="243447"/>
                    </w:rPr>
                    <w:t>Wed</w:t>
                  </w:r>
                  <w:r w:rsidR="0064353A" w:rsidRPr="0064353A">
                    <w:rPr>
                      <w:rFonts w:ascii="Aptos" w:hAnsi="Aptos"/>
                      <w:color w:val="243447"/>
                    </w:rPr>
                    <w:t xml:space="preserve"> </w:t>
                  </w:r>
                  <w:r>
                    <w:rPr>
                      <w:rFonts w:ascii="Aptos" w:hAnsi="Aptos"/>
                      <w:color w:val="243447"/>
                    </w:rPr>
                    <w:t>7</w:t>
                  </w:r>
                  <w:r w:rsidR="00212C5A" w:rsidRPr="0064353A">
                    <w:rPr>
                      <w:rFonts w:ascii="Aptos" w:hAnsi="Aptos"/>
                      <w:color w:val="243447"/>
                      <w:vertAlign w:val="superscript"/>
                    </w:rPr>
                    <w:t>th</w:t>
                  </w:r>
                  <w:r w:rsidR="00212C5A" w:rsidRPr="0064353A">
                    <w:rPr>
                      <w:rFonts w:ascii="Aptos" w:hAnsi="Aptos"/>
                      <w:color w:val="243447"/>
                    </w:rPr>
                    <w:t xml:space="preserve"> Oct</w:t>
                  </w:r>
                </w:p>
                <w:p w14:paraId="2F286244" w14:textId="77777777" w:rsidR="0064353A" w:rsidRPr="0064353A" w:rsidRDefault="0064353A" w:rsidP="0064353A">
                  <w:pPr>
                    <w:spacing w:after="0"/>
                  </w:pPr>
                </w:p>
              </w:tc>
            </w:tr>
            <w:tr w:rsidR="0064353A" w:rsidRPr="006F4D76" w14:paraId="0E3DF389" w14:textId="77777777" w:rsidTr="006F4D76">
              <w:trPr>
                <w:trHeight w:val="422"/>
              </w:trPr>
              <w:tc>
                <w:tcPr>
                  <w:tcW w:w="2696" w:type="dxa"/>
                  <w:shd w:val="clear" w:color="auto" w:fill="DFF3FF"/>
                </w:tcPr>
                <w:p w14:paraId="4E3CF185" w14:textId="5A440629" w:rsidR="0064353A" w:rsidRPr="0064353A" w:rsidRDefault="0064353A" w:rsidP="0064353A">
                  <w:pPr>
                    <w:spacing w:after="0"/>
                  </w:pPr>
                  <w:r w:rsidRPr="0064353A">
                    <w:rPr>
                      <w:rFonts w:ascii="Aptos" w:hAnsi="Aptos"/>
                      <w:b/>
                      <w:color w:val="083B70"/>
                    </w:rPr>
                    <w:t xml:space="preserve">Year </w:t>
                  </w:r>
                  <w:r w:rsidR="00002D5A">
                    <w:rPr>
                      <w:rFonts w:ascii="Aptos" w:hAnsi="Aptos"/>
                      <w:b/>
                      <w:color w:val="083B70"/>
                    </w:rPr>
                    <w:t>2</w:t>
                  </w:r>
                </w:p>
              </w:tc>
              <w:tc>
                <w:tcPr>
                  <w:tcW w:w="2682" w:type="dxa"/>
                </w:tcPr>
                <w:p w14:paraId="130A53CF" w14:textId="32F97DB7" w:rsidR="0064353A" w:rsidRPr="0064353A" w:rsidRDefault="00002D5A" w:rsidP="00212C5A">
                  <w:pPr>
                    <w:spacing w:after="0"/>
                  </w:pPr>
                  <w:r>
                    <w:rPr>
                      <w:rFonts w:ascii="Aptos" w:hAnsi="Aptos"/>
                      <w:color w:val="243447"/>
                    </w:rPr>
                    <w:t>Thu</w:t>
                  </w:r>
                  <w:r w:rsidR="0064353A" w:rsidRPr="0064353A">
                    <w:rPr>
                      <w:rFonts w:ascii="Aptos" w:hAnsi="Aptos"/>
                      <w:color w:val="243447"/>
                    </w:rPr>
                    <w:t xml:space="preserve"> </w:t>
                  </w:r>
                  <w:r>
                    <w:rPr>
                      <w:rFonts w:ascii="Aptos" w:hAnsi="Aptos"/>
                      <w:color w:val="243447"/>
                    </w:rPr>
                    <w:t>8</w:t>
                  </w:r>
                  <w:r w:rsidR="0064353A" w:rsidRPr="0064353A">
                    <w:rPr>
                      <w:rFonts w:ascii="Aptos" w:hAnsi="Aptos"/>
                      <w:color w:val="243447"/>
                      <w:vertAlign w:val="superscript"/>
                    </w:rPr>
                    <w:t>th</w:t>
                  </w:r>
                  <w:r w:rsidR="0064353A" w:rsidRPr="0064353A">
                    <w:rPr>
                      <w:rFonts w:ascii="Aptos" w:hAnsi="Aptos"/>
                      <w:color w:val="243447"/>
                    </w:rPr>
                    <w:t xml:space="preserve"> Oct</w:t>
                  </w:r>
                </w:p>
              </w:tc>
            </w:tr>
          </w:tbl>
          <w:p w14:paraId="466C1328" w14:textId="77777777" w:rsidR="0064353A" w:rsidRDefault="0064353A" w:rsidP="0064353A"/>
        </w:tc>
      </w:tr>
      <w:tr w:rsidR="0064353A" w14:paraId="58DA6CCE" w14:textId="77777777">
        <w:trPr>
          <w:jc w:val="center"/>
        </w:trPr>
        <w:tc>
          <w:tcPr>
            <w:tcW w:w="11189" w:type="dxa"/>
            <w:gridSpan w:val="9"/>
            <w:shd w:val="clear" w:color="auto" w:fill="0758A6"/>
            <w:tcMar>
              <w:top w:w="35" w:type="dxa"/>
              <w:left w:w="70" w:type="dxa"/>
              <w:bottom w:w="35" w:type="dxa"/>
              <w:right w:w="70" w:type="dxa"/>
            </w:tcMar>
          </w:tcPr>
          <w:p w14:paraId="7EF6B067" w14:textId="04356709" w:rsidR="0064353A" w:rsidRDefault="0064353A" w:rsidP="0064353A">
            <w:pPr>
              <w:spacing w:after="0"/>
              <w:jc w:val="center"/>
            </w:pPr>
            <w:r>
              <w:rPr>
                <w:rFonts w:ascii="Segoe UI Emoji" w:hAnsi="Segoe UI Emoji" w:cs="Segoe UI Emoji"/>
                <w:b/>
                <w:color w:val="FFFFFF"/>
                <w:sz w:val="24"/>
              </w:rPr>
              <w:t>🏆</w:t>
            </w:r>
            <w:r>
              <w:rPr>
                <w:rFonts w:ascii="Aptos" w:hAnsi="Aptos"/>
                <w:b/>
                <w:color w:val="FFFFFF"/>
                <w:sz w:val="24"/>
              </w:rPr>
              <w:t xml:space="preserve"> ATTENDANCE — </w:t>
            </w:r>
            <w:r w:rsidR="007B68E5">
              <w:rPr>
                <w:rFonts w:ascii="Aptos" w:hAnsi="Aptos"/>
                <w:b/>
                <w:color w:val="FFFFFF"/>
                <w:sz w:val="24"/>
              </w:rPr>
              <w:t>EVERYDAY</w:t>
            </w:r>
            <w:r>
              <w:rPr>
                <w:rFonts w:ascii="Aptos" w:hAnsi="Aptos"/>
                <w:b/>
                <w:color w:val="FFFFFF"/>
                <w:sz w:val="24"/>
              </w:rPr>
              <w:t xml:space="preserve"> COUNTS</w:t>
            </w:r>
          </w:p>
        </w:tc>
      </w:tr>
      <w:tr w:rsidR="0064353A" w14:paraId="1A43B8C4" w14:textId="77777777" w:rsidTr="0064353A">
        <w:trPr>
          <w:gridAfter w:val="1"/>
          <w:wAfter w:w="41" w:type="dxa"/>
          <w:jc w:val="center"/>
        </w:trPr>
        <w:tc>
          <w:tcPr>
            <w:tcW w:w="1594" w:type="dxa"/>
            <w:shd w:val="clear" w:color="auto" w:fill="2D8ED6"/>
          </w:tcPr>
          <w:p w14:paraId="4E8D11BF" w14:textId="77777777" w:rsidR="0064353A" w:rsidRDefault="0064353A" w:rsidP="0064353A">
            <w:pPr>
              <w:spacing w:after="0"/>
              <w:jc w:val="center"/>
            </w:pPr>
            <w:r>
              <w:rPr>
                <w:rFonts w:ascii="Aptos" w:hAnsi="Aptos"/>
                <w:b/>
                <w:color w:val="FFFFFF"/>
                <w:sz w:val="15"/>
              </w:rPr>
              <w:t>EYFS</w:t>
            </w:r>
          </w:p>
        </w:tc>
        <w:tc>
          <w:tcPr>
            <w:tcW w:w="1592" w:type="dxa"/>
            <w:shd w:val="clear" w:color="auto" w:fill="2D8ED6"/>
          </w:tcPr>
          <w:p w14:paraId="14EEB058" w14:textId="77777777" w:rsidR="0064353A" w:rsidRDefault="0064353A" w:rsidP="0064353A">
            <w:pPr>
              <w:spacing w:after="0"/>
              <w:jc w:val="center"/>
            </w:pPr>
            <w:r>
              <w:rPr>
                <w:rFonts w:ascii="Aptos" w:hAnsi="Aptos"/>
                <w:b/>
                <w:color w:val="FFFFFF"/>
                <w:sz w:val="15"/>
              </w:rPr>
              <w:t>Y1</w:t>
            </w:r>
          </w:p>
        </w:tc>
        <w:tc>
          <w:tcPr>
            <w:tcW w:w="1592" w:type="dxa"/>
            <w:shd w:val="clear" w:color="auto" w:fill="2D8ED6"/>
          </w:tcPr>
          <w:p w14:paraId="23EFDF49" w14:textId="77777777" w:rsidR="0064353A" w:rsidRDefault="0064353A" w:rsidP="0064353A">
            <w:pPr>
              <w:spacing w:after="0"/>
              <w:jc w:val="center"/>
            </w:pPr>
            <w:r>
              <w:rPr>
                <w:rFonts w:ascii="Aptos" w:hAnsi="Aptos"/>
                <w:b/>
                <w:color w:val="FFFFFF"/>
                <w:sz w:val="15"/>
              </w:rPr>
              <w:t>Y2</w:t>
            </w:r>
          </w:p>
        </w:tc>
        <w:tc>
          <w:tcPr>
            <w:tcW w:w="1591" w:type="dxa"/>
            <w:gridSpan w:val="2"/>
            <w:shd w:val="clear" w:color="auto" w:fill="2D8ED6"/>
          </w:tcPr>
          <w:p w14:paraId="4455B9A7" w14:textId="77777777" w:rsidR="0064353A" w:rsidRDefault="0064353A" w:rsidP="0064353A">
            <w:pPr>
              <w:spacing w:after="0"/>
              <w:jc w:val="center"/>
            </w:pPr>
            <w:r>
              <w:rPr>
                <w:rFonts w:ascii="Aptos" w:hAnsi="Aptos"/>
                <w:b/>
                <w:color w:val="FFFFFF"/>
                <w:sz w:val="15"/>
              </w:rPr>
              <w:t>Y3</w:t>
            </w:r>
          </w:p>
        </w:tc>
        <w:tc>
          <w:tcPr>
            <w:tcW w:w="1593" w:type="dxa"/>
            <w:shd w:val="clear" w:color="auto" w:fill="2D8ED6"/>
          </w:tcPr>
          <w:p w14:paraId="27C0161C" w14:textId="77777777" w:rsidR="0064353A" w:rsidRDefault="0064353A" w:rsidP="0064353A">
            <w:pPr>
              <w:spacing w:after="0"/>
              <w:jc w:val="center"/>
            </w:pPr>
            <w:r>
              <w:rPr>
                <w:rFonts w:ascii="Aptos" w:hAnsi="Aptos"/>
                <w:b/>
                <w:color w:val="FFFFFF"/>
                <w:sz w:val="15"/>
              </w:rPr>
              <w:t>Y4</w:t>
            </w:r>
          </w:p>
        </w:tc>
        <w:tc>
          <w:tcPr>
            <w:tcW w:w="1592" w:type="dxa"/>
            <w:shd w:val="clear" w:color="auto" w:fill="2D8ED6"/>
          </w:tcPr>
          <w:p w14:paraId="0F1CECDE" w14:textId="77777777" w:rsidR="0064353A" w:rsidRDefault="0064353A" w:rsidP="0064353A">
            <w:pPr>
              <w:spacing w:after="0"/>
              <w:jc w:val="center"/>
            </w:pPr>
            <w:r>
              <w:rPr>
                <w:rFonts w:ascii="Aptos" w:hAnsi="Aptos"/>
                <w:b/>
                <w:color w:val="FFFFFF"/>
                <w:sz w:val="15"/>
              </w:rPr>
              <w:t>Y5</w:t>
            </w:r>
          </w:p>
        </w:tc>
        <w:tc>
          <w:tcPr>
            <w:tcW w:w="1594" w:type="dxa"/>
            <w:shd w:val="clear" w:color="auto" w:fill="2D8ED6"/>
          </w:tcPr>
          <w:p w14:paraId="63B7B911" w14:textId="77777777" w:rsidR="0064353A" w:rsidRDefault="0064353A" w:rsidP="0064353A">
            <w:pPr>
              <w:spacing w:after="0"/>
              <w:jc w:val="center"/>
            </w:pPr>
            <w:r>
              <w:rPr>
                <w:rFonts w:ascii="Aptos" w:hAnsi="Aptos"/>
                <w:b/>
                <w:color w:val="FFFFFF"/>
                <w:sz w:val="15"/>
              </w:rPr>
              <w:t>Y6</w:t>
            </w:r>
          </w:p>
        </w:tc>
      </w:tr>
      <w:tr w:rsidR="0064353A" w14:paraId="25D4BF6C" w14:textId="77777777" w:rsidTr="0064353A">
        <w:trPr>
          <w:gridAfter w:val="1"/>
          <w:wAfter w:w="41" w:type="dxa"/>
          <w:jc w:val="center"/>
        </w:trPr>
        <w:tc>
          <w:tcPr>
            <w:tcW w:w="1594" w:type="dxa"/>
          </w:tcPr>
          <w:p w14:paraId="3313E6C9" w14:textId="502E2BFC" w:rsidR="0064353A" w:rsidRDefault="00F06594" w:rsidP="0064353A">
            <w:pPr>
              <w:spacing w:after="0"/>
              <w:jc w:val="center"/>
            </w:pPr>
            <w:r>
              <w:rPr>
                <w:rFonts w:ascii="Aptos" w:hAnsi="Aptos"/>
                <w:b/>
                <w:color w:val="083B70"/>
                <w:sz w:val="16"/>
              </w:rPr>
              <w:t>99.26</w:t>
            </w:r>
            <w:r w:rsidR="0064353A">
              <w:rPr>
                <w:rFonts w:ascii="Aptos" w:hAnsi="Aptos"/>
                <w:b/>
                <w:color w:val="083B70"/>
                <w:sz w:val="16"/>
              </w:rPr>
              <w:t xml:space="preserve"> %</w:t>
            </w:r>
          </w:p>
        </w:tc>
        <w:tc>
          <w:tcPr>
            <w:tcW w:w="1592" w:type="dxa"/>
          </w:tcPr>
          <w:p w14:paraId="1D896D9C" w14:textId="7897FE84" w:rsidR="0064353A" w:rsidRDefault="00F06594" w:rsidP="0064353A">
            <w:pPr>
              <w:spacing w:after="0"/>
              <w:jc w:val="center"/>
            </w:pPr>
            <w:r>
              <w:rPr>
                <w:rFonts w:ascii="Aptos" w:hAnsi="Aptos"/>
                <w:b/>
                <w:color w:val="083B70"/>
                <w:sz w:val="16"/>
              </w:rPr>
              <w:t>98.75</w:t>
            </w:r>
            <w:r w:rsidR="0064353A">
              <w:rPr>
                <w:rFonts w:ascii="Aptos" w:hAnsi="Aptos"/>
                <w:b/>
                <w:color w:val="083B70"/>
                <w:sz w:val="16"/>
              </w:rPr>
              <w:t xml:space="preserve"> %</w:t>
            </w:r>
          </w:p>
        </w:tc>
        <w:tc>
          <w:tcPr>
            <w:tcW w:w="1592" w:type="dxa"/>
          </w:tcPr>
          <w:p w14:paraId="3C3EC32D" w14:textId="17C77768" w:rsidR="0064353A" w:rsidRDefault="00F06594" w:rsidP="0064353A">
            <w:pPr>
              <w:spacing w:after="0"/>
              <w:jc w:val="center"/>
            </w:pPr>
            <w:r>
              <w:rPr>
                <w:rFonts w:ascii="Aptos" w:hAnsi="Aptos"/>
                <w:b/>
                <w:color w:val="083B70"/>
                <w:sz w:val="16"/>
              </w:rPr>
              <w:t>98.18</w:t>
            </w:r>
            <w:r w:rsidR="0064353A">
              <w:rPr>
                <w:rFonts w:ascii="Aptos" w:hAnsi="Aptos"/>
                <w:b/>
                <w:color w:val="083B70"/>
                <w:sz w:val="16"/>
              </w:rPr>
              <w:t xml:space="preserve"> %</w:t>
            </w:r>
          </w:p>
        </w:tc>
        <w:tc>
          <w:tcPr>
            <w:tcW w:w="1591" w:type="dxa"/>
            <w:gridSpan w:val="2"/>
          </w:tcPr>
          <w:p w14:paraId="4ED27674" w14:textId="52DEDF69" w:rsidR="0064353A" w:rsidRDefault="00F06594" w:rsidP="0064353A">
            <w:pPr>
              <w:spacing w:after="0"/>
              <w:jc w:val="center"/>
            </w:pPr>
            <w:r>
              <w:rPr>
                <w:rFonts w:ascii="Aptos" w:hAnsi="Aptos"/>
                <w:b/>
                <w:color w:val="083B70"/>
                <w:sz w:val="16"/>
              </w:rPr>
              <w:t xml:space="preserve">97.24 </w:t>
            </w:r>
            <w:r w:rsidR="0064353A">
              <w:rPr>
                <w:rFonts w:ascii="Aptos" w:hAnsi="Aptos"/>
                <w:b/>
                <w:color w:val="083B70"/>
                <w:sz w:val="16"/>
              </w:rPr>
              <w:t>%</w:t>
            </w:r>
          </w:p>
        </w:tc>
        <w:tc>
          <w:tcPr>
            <w:tcW w:w="1593" w:type="dxa"/>
          </w:tcPr>
          <w:p w14:paraId="7B172990" w14:textId="49CA9D86" w:rsidR="0064353A" w:rsidRDefault="00F06594" w:rsidP="0064353A">
            <w:pPr>
              <w:spacing w:after="0"/>
              <w:jc w:val="center"/>
            </w:pPr>
            <w:r>
              <w:rPr>
                <w:rFonts w:ascii="Aptos" w:hAnsi="Aptos"/>
                <w:b/>
                <w:color w:val="083B70"/>
                <w:sz w:val="16"/>
              </w:rPr>
              <w:t>98.15</w:t>
            </w:r>
            <w:r w:rsidR="0064353A">
              <w:rPr>
                <w:rFonts w:ascii="Aptos" w:hAnsi="Aptos"/>
                <w:b/>
                <w:color w:val="083B70"/>
                <w:sz w:val="16"/>
              </w:rPr>
              <w:t xml:space="preserve"> %</w:t>
            </w:r>
          </w:p>
        </w:tc>
        <w:tc>
          <w:tcPr>
            <w:tcW w:w="1592" w:type="dxa"/>
          </w:tcPr>
          <w:p w14:paraId="42A268F5" w14:textId="1845754E" w:rsidR="0064353A" w:rsidRDefault="00F06594" w:rsidP="0064353A">
            <w:pPr>
              <w:spacing w:after="0"/>
              <w:jc w:val="center"/>
            </w:pPr>
            <w:r>
              <w:rPr>
                <w:rFonts w:ascii="Aptos" w:hAnsi="Aptos"/>
                <w:b/>
                <w:color w:val="083B70"/>
                <w:sz w:val="16"/>
              </w:rPr>
              <w:t>98.82</w:t>
            </w:r>
            <w:r w:rsidR="0064353A">
              <w:rPr>
                <w:rFonts w:ascii="Aptos" w:hAnsi="Aptos"/>
                <w:b/>
                <w:color w:val="083B70"/>
                <w:sz w:val="16"/>
              </w:rPr>
              <w:t xml:space="preserve"> %</w:t>
            </w:r>
          </w:p>
        </w:tc>
        <w:tc>
          <w:tcPr>
            <w:tcW w:w="1594" w:type="dxa"/>
          </w:tcPr>
          <w:p w14:paraId="54440C93" w14:textId="1D4C8F66" w:rsidR="0064353A" w:rsidRDefault="00F06594" w:rsidP="0064353A">
            <w:pPr>
              <w:spacing w:after="0"/>
              <w:jc w:val="center"/>
              <w:rPr>
                <w:color w:val="083B70"/>
                <w:sz w:val="16"/>
              </w:rPr>
            </w:pPr>
            <w:r>
              <w:rPr>
                <w:rFonts w:ascii="Aptos" w:hAnsi="Aptos"/>
                <w:b/>
                <w:color w:val="083B70"/>
                <w:sz w:val="16"/>
              </w:rPr>
              <w:t>97.14</w:t>
            </w:r>
            <w:r w:rsidR="0064353A">
              <w:rPr>
                <w:rFonts w:ascii="Aptos" w:hAnsi="Aptos"/>
                <w:b/>
                <w:color w:val="083B70"/>
                <w:sz w:val="16"/>
              </w:rPr>
              <w:t xml:space="preserve"> %</w:t>
            </w:r>
          </w:p>
          <w:p w14:paraId="6BA14B5A" w14:textId="77777777" w:rsidR="0064353A" w:rsidRDefault="0064353A" w:rsidP="0064353A">
            <w:pPr>
              <w:spacing w:after="0"/>
              <w:jc w:val="center"/>
            </w:pPr>
          </w:p>
        </w:tc>
      </w:tr>
      <w:tr w:rsidR="0064353A" w:rsidRPr="00F00F55" w14:paraId="06221311" w14:textId="77777777">
        <w:tblPrEx>
          <w:jc w:val="left"/>
        </w:tblPrEx>
        <w:tc>
          <w:tcPr>
            <w:tcW w:w="11189" w:type="dxa"/>
            <w:gridSpan w:val="9"/>
            <w:shd w:val="clear" w:color="auto" w:fill="DFF3FF"/>
            <w:tcMar>
              <w:top w:w="45" w:type="dxa"/>
              <w:left w:w="70" w:type="dxa"/>
              <w:bottom w:w="45" w:type="dxa"/>
              <w:right w:w="70" w:type="dxa"/>
            </w:tcMar>
          </w:tcPr>
          <w:p w14:paraId="6DC0524C" w14:textId="77777777" w:rsidR="0064353A" w:rsidRPr="00F00F55" w:rsidRDefault="0064353A" w:rsidP="0064353A">
            <w:pPr>
              <w:spacing w:after="0"/>
              <w:jc w:val="center"/>
              <w:rPr>
                <w:sz w:val="24"/>
                <w:szCs w:val="24"/>
              </w:rPr>
            </w:pPr>
            <w:r w:rsidRPr="00F00F55">
              <w:rPr>
                <w:rFonts w:ascii="Segoe UI Emoji" w:hAnsi="Segoe UI Emoji" w:cs="Segoe UI Emoji"/>
                <w:b/>
                <w:color w:val="083B70"/>
                <w:sz w:val="24"/>
                <w:szCs w:val="24"/>
              </w:rPr>
              <w:t>📅</w:t>
            </w:r>
            <w:r w:rsidRPr="00F00F55">
              <w:rPr>
                <w:rFonts w:ascii="Aptos" w:hAnsi="Aptos"/>
                <w:b/>
                <w:color w:val="083B70"/>
                <w:sz w:val="24"/>
                <w:szCs w:val="24"/>
              </w:rPr>
              <w:t xml:space="preserve"> </w:t>
            </w:r>
            <w:r w:rsidRPr="00386646">
              <w:rPr>
                <w:rFonts w:ascii="Aptos" w:hAnsi="Aptos"/>
                <w:b/>
                <w:color w:val="083B70"/>
                <w:sz w:val="20"/>
                <w:szCs w:val="20"/>
              </w:rPr>
              <w:t>Please see the Autumn Term Planner sent out to families and the calendar on our school website for additional dates.</w:t>
            </w:r>
          </w:p>
        </w:tc>
      </w:tr>
    </w:tbl>
    <w:p w14:paraId="6442248D" w14:textId="77777777" w:rsidR="00293A1C" w:rsidRPr="00F00F55" w:rsidRDefault="00CD08D0">
      <w:pPr>
        <w:spacing w:before="60" w:after="100"/>
        <w:jc w:val="center"/>
        <w:rPr>
          <w:sz w:val="24"/>
          <w:szCs w:val="24"/>
        </w:rPr>
      </w:pPr>
      <w:r w:rsidRPr="00F00F55">
        <w:rPr>
          <w:b/>
          <w:color w:val="0758A6"/>
          <w:sz w:val="24"/>
          <w:szCs w:val="24"/>
        </w:rPr>
        <w:t>♥ Together we learn • Together we grow • Together we walk in the footst</w:t>
      </w:r>
      <w:r w:rsidRPr="00F00F55">
        <w:rPr>
          <w:b/>
          <w:color w:val="0758A6"/>
          <w:sz w:val="24"/>
          <w:szCs w:val="24"/>
        </w:rPr>
        <w:t>eps of Jesus ♥</w:t>
      </w:r>
    </w:p>
    <w:sectPr w:rsidR="00293A1C" w:rsidRPr="00F00F55" w:rsidSect="00034616">
      <w:pgSz w:w="11909" w:h="16834"/>
      <w:pgMar w:top="317" w:right="360" w:bottom="317" w:left="3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ptos">
    <w:altName w:val="Calibri"/>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D5A"/>
    <w:rsid w:val="00031900"/>
    <w:rsid w:val="00034616"/>
    <w:rsid w:val="0006063C"/>
    <w:rsid w:val="0015074B"/>
    <w:rsid w:val="001A5C43"/>
    <w:rsid w:val="00212C5A"/>
    <w:rsid w:val="002753FF"/>
    <w:rsid w:val="00293A1C"/>
    <w:rsid w:val="0029639D"/>
    <w:rsid w:val="00326F90"/>
    <w:rsid w:val="00386646"/>
    <w:rsid w:val="004F188D"/>
    <w:rsid w:val="0064353A"/>
    <w:rsid w:val="006E4B47"/>
    <w:rsid w:val="006F4D76"/>
    <w:rsid w:val="00725B0B"/>
    <w:rsid w:val="007B68E5"/>
    <w:rsid w:val="0083428D"/>
    <w:rsid w:val="0090173D"/>
    <w:rsid w:val="00AA1D8D"/>
    <w:rsid w:val="00B47730"/>
    <w:rsid w:val="00C813A7"/>
    <w:rsid w:val="00CB0664"/>
    <w:rsid w:val="00CB5F89"/>
    <w:rsid w:val="00CD08D0"/>
    <w:rsid w:val="00E1305E"/>
    <w:rsid w:val="00F00F55"/>
    <w:rsid w:val="00F06594"/>
    <w:rsid w:val="00F5131F"/>
    <w:rsid w:val="00FC693F"/>
    <w:rsid w:val="00FF22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125F990"/>
  <w14:defaultImageDpi w14:val="300"/>
  <w15:docId w15:val="{636BBEA4-B2AF-4726-8B29-0CB4D2936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212C5A"/>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1cs5bdp">
    <w:name w:val="___1cs5bdp"/>
    <w:basedOn w:val="DefaultParagraphFont"/>
    <w:rsid w:val="00212C5A"/>
  </w:style>
  <w:style w:type="character" w:customStyle="1" w:styleId="xxxjie0">
    <w:name w:val="___xxxjie0"/>
    <w:basedOn w:val="DefaultParagraphFont"/>
    <w:rsid w:val="00212C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image" Target="media/image10.jpeg"/><Relationship Id="rId12" Type="http://schemas.openxmlformats.org/officeDocument/2006/relationships/image" Target="media/image6.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Pages>
  <Words>630</Words>
  <Characters>3592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Lauren Wallace</cp:lastModifiedBy>
  <cp:revision>5</cp:revision>
  <dcterms:created xsi:type="dcterms:W3CDTF">2026-09-11T13:37:00Z</dcterms:created>
  <dcterms:modified xsi:type="dcterms:W3CDTF">2026-09-11T14:19:00Z</dcterms:modified>
  <cp:category/>
</cp:coreProperties>
</file>