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ABAC2" w14:textId="3F02BC46" w:rsidR="00907F74" w:rsidRPr="004F1D24" w:rsidRDefault="004D050A">
      <w:pPr>
        <w:rPr>
          <w:rFonts w:ascii="Lucida Handwriting" w:hAnsi="Lucida Handwriting"/>
          <w:b/>
          <w:color w:val="4F6228" w:themeColor="accent3" w:themeShade="80"/>
          <w:sz w:val="28"/>
          <w:szCs w:val="28"/>
        </w:rPr>
      </w:pPr>
      <w:r>
        <w:rPr>
          <w:rFonts w:ascii="Century Gothic" w:hAnsi="Century Gothic"/>
          <w:bCs/>
          <w:sz w:val="24"/>
          <w:szCs w:val="24"/>
        </w:rPr>
        <w:t xml:space="preserve">                                                                                           </w:t>
      </w:r>
      <w:r w:rsidR="001A7C9C">
        <w:rPr>
          <w:rFonts w:ascii="Century Gothic" w:hAnsi="Century Gothic"/>
          <w:bCs/>
          <w:sz w:val="24"/>
          <w:szCs w:val="24"/>
        </w:rPr>
        <w:t xml:space="preserve">   </w:t>
      </w:r>
    </w:p>
    <w:p w14:paraId="42086268" w14:textId="7CF664D8" w:rsidR="004D050A" w:rsidRPr="001A7C9C" w:rsidRDefault="004D050A">
      <w:pPr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 xml:space="preserve">                         </w:t>
      </w:r>
      <w:r w:rsidR="001A7C9C">
        <w:rPr>
          <w:rFonts w:ascii="Century Gothic" w:hAnsi="Century Gothic"/>
          <w:bCs/>
          <w:noProof/>
          <w:sz w:val="24"/>
          <w:szCs w:val="24"/>
        </w:rPr>
        <w:drawing>
          <wp:inline distT="0" distB="0" distL="0" distR="0" wp14:anchorId="16CE5431" wp14:editId="3475019E">
            <wp:extent cx="3098165" cy="617220"/>
            <wp:effectExtent l="0" t="0" r="6985" b="0"/>
            <wp:docPr id="1049904453" name="Picture 2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61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entury Gothic" w:hAnsi="Century Gothic"/>
          <w:bCs/>
          <w:sz w:val="24"/>
          <w:szCs w:val="24"/>
        </w:rPr>
        <w:t xml:space="preserve">  </w:t>
      </w:r>
      <w:r w:rsidR="001A7C9C" w:rsidRPr="008E2B72">
        <w:rPr>
          <w:rFonts w:ascii="Lucida Handwriting" w:hAnsi="Lucida Handwriting"/>
          <w:b/>
          <w:color w:val="4F6228" w:themeColor="accent3" w:themeShade="80"/>
          <w:sz w:val="32"/>
          <w:szCs w:val="32"/>
        </w:rPr>
        <w:t>2026</w:t>
      </w:r>
      <w:r w:rsidRPr="008E2B72">
        <w:rPr>
          <w:rFonts w:ascii="Lucida Handwriting" w:hAnsi="Lucida Handwriting"/>
          <w:b/>
          <w:color w:val="4F6228" w:themeColor="accent3" w:themeShade="80"/>
          <w:sz w:val="32"/>
          <w:szCs w:val="32"/>
        </w:rPr>
        <w:t xml:space="preserve"> </w:t>
      </w:r>
      <w:r w:rsidRPr="008E2B72">
        <w:rPr>
          <w:rFonts w:ascii="Century Gothic" w:hAnsi="Century Gothic"/>
          <w:bCs/>
          <w:color w:val="4F6228" w:themeColor="accent3" w:themeShade="80"/>
          <w:sz w:val="24"/>
          <w:szCs w:val="24"/>
        </w:rPr>
        <w:t xml:space="preserve"> </w:t>
      </w:r>
      <w:r>
        <w:rPr>
          <w:rFonts w:ascii="Century Gothic" w:hAnsi="Century Gothic"/>
          <w:bCs/>
          <w:sz w:val="24"/>
          <w:szCs w:val="24"/>
        </w:rPr>
        <w:t xml:space="preserve">                                                             </w:t>
      </w:r>
    </w:p>
    <w:p w14:paraId="17120BA8" w14:textId="77777777" w:rsidR="004D050A" w:rsidRPr="008E2B72" w:rsidRDefault="00907F74">
      <w:pPr>
        <w:rPr>
          <w:rFonts w:ascii="Century Gothic" w:hAnsi="Century Gothic"/>
          <w:b/>
          <w:color w:val="4F6228" w:themeColor="accent3" w:themeShade="80"/>
          <w:sz w:val="20"/>
          <w:szCs w:val="20"/>
        </w:rPr>
      </w:pPr>
      <w:r w:rsidRPr="008E2B72">
        <w:rPr>
          <w:rFonts w:ascii="Century Gothic" w:hAnsi="Century Gothic"/>
          <w:b/>
          <w:color w:val="4F6228" w:themeColor="accent3" w:themeShade="80"/>
          <w:sz w:val="20"/>
          <w:szCs w:val="20"/>
        </w:rPr>
        <w:t>Dear All,</w:t>
      </w:r>
      <w:r w:rsidR="004D050A" w:rsidRPr="008E2B72">
        <w:rPr>
          <w:rFonts w:ascii="Century Gothic" w:hAnsi="Century Gothic"/>
          <w:b/>
          <w:color w:val="4F6228" w:themeColor="accent3" w:themeShade="80"/>
          <w:sz w:val="20"/>
          <w:szCs w:val="20"/>
        </w:rPr>
        <w:t xml:space="preserve"> </w:t>
      </w:r>
    </w:p>
    <w:p w14:paraId="27B2D3FE" w14:textId="72A86827" w:rsidR="003A2A8B" w:rsidRPr="008E2B72" w:rsidRDefault="001658DB" w:rsidP="006F5D4C">
      <w:pPr>
        <w:rPr>
          <w:rFonts w:ascii="Lucida Handwriting" w:hAnsi="Lucida Handwriting"/>
          <w:color w:val="4F6228" w:themeColor="accent3" w:themeShade="80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127B6F79" wp14:editId="4933EE6C">
            <wp:simplePos x="0" y="0"/>
            <wp:positionH relativeFrom="column">
              <wp:posOffset>5439844</wp:posOffset>
            </wp:positionH>
            <wp:positionV relativeFrom="paragraph">
              <wp:posOffset>1274469</wp:posOffset>
            </wp:positionV>
            <wp:extent cx="862965" cy="480695"/>
            <wp:effectExtent l="0" t="0" r="0" b="0"/>
            <wp:wrapSquare wrapText="bothSides"/>
            <wp:docPr id="16021845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480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7F1F2CBB" wp14:editId="6A040E1F">
            <wp:simplePos x="0" y="0"/>
            <wp:positionH relativeFrom="column">
              <wp:posOffset>-1027430</wp:posOffset>
            </wp:positionH>
            <wp:positionV relativeFrom="paragraph">
              <wp:posOffset>2327275</wp:posOffset>
            </wp:positionV>
            <wp:extent cx="890905" cy="485775"/>
            <wp:effectExtent l="0" t="0" r="4445" b="9525"/>
            <wp:wrapSquare wrapText="bothSides"/>
            <wp:docPr id="1525367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05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F74">
        <w:rPr>
          <w:rFonts w:ascii="Century Gothic" w:hAnsi="Century Gothic"/>
          <w:sz w:val="20"/>
          <w:szCs w:val="20"/>
        </w:rPr>
        <w:t xml:space="preserve">On behalf of the Governing </w:t>
      </w:r>
      <w:r>
        <w:rPr>
          <w:rFonts w:ascii="Century Gothic" w:hAnsi="Century Gothic"/>
          <w:sz w:val="20"/>
          <w:szCs w:val="20"/>
        </w:rPr>
        <w:t>Body</w:t>
      </w:r>
      <w:r w:rsidRPr="00907F74">
        <w:rPr>
          <w:rFonts w:ascii="Century Gothic" w:hAnsi="Century Gothic"/>
          <w:sz w:val="20"/>
          <w:szCs w:val="20"/>
        </w:rPr>
        <w:t>, I am delighted to welcome everyone back to school as we begin another exciting academic year</w:t>
      </w:r>
      <w:r>
        <w:rPr>
          <w:rFonts w:ascii="Century Gothic" w:hAnsi="Century Gothic"/>
          <w:sz w:val="20"/>
          <w:szCs w:val="20"/>
        </w:rPr>
        <w:t xml:space="preserve"> here</w:t>
      </w:r>
      <w:r w:rsidRPr="00907F74">
        <w:rPr>
          <w:rFonts w:ascii="Century Gothic" w:hAnsi="Century Gothic"/>
          <w:sz w:val="20"/>
          <w:szCs w:val="20"/>
        </w:rPr>
        <w:t xml:space="preserve"> at St Wilfrid's Catholic Primary School</w:t>
      </w:r>
      <w:r>
        <w:rPr>
          <w:rFonts w:ascii="Century Gothic" w:hAnsi="Century Gothic"/>
          <w:sz w:val="20"/>
          <w:szCs w:val="20"/>
        </w:rPr>
        <w:t>.</w:t>
      </w:r>
      <w:r w:rsidRPr="00907F74">
        <w:rPr>
          <w:rFonts w:ascii="Century Gothic" w:hAnsi="Century Gothic"/>
          <w:sz w:val="20"/>
          <w:szCs w:val="20"/>
        </w:rPr>
        <w:br/>
        <w:t xml:space="preserve">I </w:t>
      </w:r>
      <w:r>
        <w:rPr>
          <w:rFonts w:ascii="Century Gothic" w:hAnsi="Century Gothic"/>
          <w:sz w:val="20"/>
          <w:szCs w:val="20"/>
        </w:rPr>
        <w:t xml:space="preserve">do </w:t>
      </w:r>
      <w:r w:rsidRPr="00907F74">
        <w:rPr>
          <w:rFonts w:ascii="Century Gothic" w:hAnsi="Century Gothic"/>
          <w:sz w:val="20"/>
          <w:szCs w:val="20"/>
        </w:rPr>
        <w:t>hope you have all enjoyed a restful and enjoyable summer break and are returnin</w:t>
      </w:r>
      <w:r w:rsidRPr="00907F74">
        <w:rPr>
          <w:rFonts w:ascii="Century Gothic" w:hAnsi="Century Gothic"/>
          <w:sz w:val="20"/>
          <w:szCs w:val="20"/>
        </w:rPr>
        <w:t>g refreshed and ready for the opportunities and challenges that lie ahead. As a school community rooted in faith, we look forward to another year of learning, growth, friendship and service, guided by our shared Catholic values.</w:t>
      </w:r>
      <w:r w:rsidRPr="00907F74">
        <w:rPr>
          <w:rFonts w:ascii="Century Gothic" w:hAnsi="Century Gothic"/>
          <w:sz w:val="20"/>
          <w:szCs w:val="20"/>
        </w:rPr>
        <w:br/>
      </w:r>
      <w:r w:rsidRPr="00907F74">
        <w:rPr>
          <w:rFonts w:ascii="Century Gothic" w:hAnsi="Century Gothic"/>
          <w:sz w:val="20"/>
          <w:szCs w:val="20"/>
        </w:rPr>
        <w:br/>
        <w:t>A particularly warm welcom</w:t>
      </w:r>
      <w:r w:rsidRPr="00907F74">
        <w:rPr>
          <w:rFonts w:ascii="Century Gothic" w:hAnsi="Century Gothic"/>
          <w:sz w:val="20"/>
          <w:szCs w:val="20"/>
        </w:rPr>
        <w:t>e is extended to all the children and families who are joining our school family for the first time. Starting at a new school is a significant milestone, and we hope you will quickly feel at home within our caring and supportive community. We are delighted</w:t>
      </w:r>
      <w:r w:rsidRPr="00907F74">
        <w:rPr>
          <w:rFonts w:ascii="Century Gothic" w:hAnsi="Century Gothic"/>
          <w:sz w:val="20"/>
          <w:szCs w:val="20"/>
        </w:rPr>
        <w:t xml:space="preserve"> that you have chosen to become part of the St Wilfrid's</w:t>
      </w:r>
      <w:r>
        <w:rPr>
          <w:rFonts w:ascii="Century Gothic" w:hAnsi="Century Gothic"/>
          <w:sz w:val="20"/>
          <w:szCs w:val="20"/>
        </w:rPr>
        <w:t xml:space="preserve"> School</w:t>
      </w:r>
      <w:r w:rsidRPr="00907F74">
        <w:rPr>
          <w:rFonts w:ascii="Century Gothic" w:hAnsi="Century Gothic"/>
          <w:sz w:val="20"/>
          <w:szCs w:val="20"/>
        </w:rPr>
        <w:t xml:space="preserve"> family and look forward to sharing in your journey.</w:t>
      </w:r>
      <w:r w:rsidR="00ED3D1D" w:rsidRPr="00ED3D1D">
        <w:rPr>
          <w:rFonts w:ascii="Century Gothic" w:hAnsi="Century Gothic"/>
          <w:sz w:val="20"/>
          <w:szCs w:val="20"/>
        </w:rPr>
        <w:br/>
      </w:r>
      <w:r w:rsidR="00ED3D1D" w:rsidRPr="00ED3D1D">
        <w:rPr>
          <w:rFonts w:ascii="Century Gothic" w:hAnsi="Century Gothic"/>
          <w:sz w:val="20"/>
          <w:szCs w:val="20"/>
        </w:rPr>
        <w:br/>
        <w:t>We are</w:t>
      </w:r>
      <w:r>
        <w:rPr>
          <w:rFonts w:ascii="Century Gothic" w:hAnsi="Century Gothic"/>
          <w:sz w:val="20"/>
          <w:szCs w:val="20"/>
        </w:rPr>
        <w:t xml:space="preserve"> also </w:t>
      </w:r>
      <w:r w:rsidR="00ED3D1D" w:rsidRPr="00ED3D1D">
        <w:rPr>
          <w:rFonts w:ascii="Century Gothic" w:hAnsi="Century Gothic"/>
          <w:sz w:val="20"/>
          <w:szCs w:val="20"/>
        </w:rPr>
        <w:t>delighted</w:t>
      </w:r>
      <w:r>
        <w:rPr>
          <w:rFonts w:ascii="Century Gothic" w:hAnsi="Century Gothic"/>
          <w:sz w:val="20"/>
          <w:szCs w:val="20"/>
        </w:rPr>
        <w:t xml:space="preserve"> to welcome Miss Bennett</w:t>
      </w:r>
      <w:r w:rsidR="00ED3D1D" w:rsidRPr="00ED3D1D">
        <w:rPr>
          <w:rFonts w:ascii="Century Gothic" w:hAnsi="Century Gothic"/>
          <w:sz w:val="20"/>
          <w:szCs w:val="20"/>
        </w:rPr>
        <w:t xml:space="preserve"> to </w:t>
      </w:r>
      <w:r>
        <w:rPr>
          <w:rFonts w:ascii="Century Gothic" w:hAnsi="Century Gothic"/>
          <w:sz w:val="20"/>
          <w:szCs w:val="20"/>
        </w:rPr>
        <w:t xml:space="preserve">our </w:t>
      </w:r>
      <w:r w:rsidR="00ED3D1D" w:rsidRPr="00ED3D1D">
        <w:rPr>
          <w:rFonts w:ascii="Century Gothic" w:hAnsi="Century Gothic"/>
          <w:sz w:val="20"/>
          <w:szCs w:val="20"/>
        </w:rPr>
        <w:t>school</w:t>
      </w:r>
      <w:r>
        <w:rPr>
          <w:rFonts w:ascii="Century Gothic" w:hAnsi="Century Gothic"/>
          <w:sz w:val="20"/>
          <w:szCs w:val="20"/>
        </w:rPr>
        <w:t xml:space="preserve"> family as </w:t>
      </w:r>
      <w:r w:rsidR="00ED3D1D" w:rsidRPr="00ED3D1D">
        <w:rPr>
          <w:rFonts w:ascii="Century Gothic" w:hAnsi="Century Gothic"/>
          <w:sz w:val="20"/>
          <w:szCs w:val="20"/>
        </w:rPr>
        <w:t>our</w:t>
      </w:r>
      <w:r>
        <w:rPr>
          <w:rFonts w:ascii="Century Gothic" w:hAnsi="Century Gothic"/>
          <w:sz w:val="20"/>
          <w:szCs w:val="20"/>
        </w:rPr>
        <w:t xml:space="preserve"> new Year 4 teacher. </w:t>
      </w:r>
      <w:r w:rsidR="00ED3D1D" w:rsidRPr="00ED3D1D">
        <w:rPr>
          <w:rFonts w:ascii="Century Gothic" w:hAnsi="Century Gothic"/>
          <w:sz w:val="20"/>
          <w:szCs w:val="20"/>
        </w:rPr>
        <w:t>On</w:t>
      </w:r>
      <w:r>
        <w:rPr>
          <w:rFonts w:ascii="Century Gothic" w:hAnsi="Century Gothic"/>
          <w:sz w:val="20"/>
          <w:szCs w:val="20"/>
        </w:rPr>
        <w:t xml:space="preserve"> behalf of the </w:t>
      </w:r>
      <w:r w:rsidR="00ED3D1D" w:rsidRPr="00ED3D1D">
        <w:rPr>
          <w:rFonts w:ascii="Century Gothic" w:hAnsi="Century Gothic"/>
          <w:sz w:val="20"/>
          <w:szCs w:val="20"/>
        </w:rPr>
        <w:t>Governing Body</w:t>
      </w:r>
      <w:r>
        <w:rPr>
          <w:rFonts w:ascii="Century Gothic" w:hAnsi="Century Gothic"/>
          <w:sz w:val="20"/>
          <w:szCs w:val="20"/>
        </w:rPr>
        <w:t xml:space="preserve">, I wish </w:t>
      </w:r>
      <w:r w:rsidR="00ED3D1D" w:rsidRPr="00ED3D1D">
        <w:rPr>
          <w:rFonts w:ascii="Century Gothic" w:hAnsi="Century Gothic"/>
          <w:sz w:val="20"/>
          <w:szCs w:val="20"/>
        </w:rPr>
        <w:t>her</w:t>
      </w:r>
      <w:r>
        <w:rPr>
          <w:rFonts w:ascii="Century Gothic" w:hAnsi="Century Gothic"/>
          <w:sz w:val="20"/>
          <w:szCs w:val="20"/>
        </w:rPr>
        <w:t xml:space="preserve"> e</w:t>
      </w:r>
      <w:r>
        <w:rPr>
          <w:rFonts w:ascii="Century Gothic" w:hAnsi="Century Gothic"/>
          <w:sz w:val="20"/>
          <w:szCs w:val="20"/>
        </w:rPr>
        <w:t>very success and happiness as she begins her journey with us.</w:t>
      </w:r>
      <w:r w:rsidR="00ED3D1D" w:rsidRPr="00ED3D1D">
        <w:rPr>
          <w:rFonts w:ascii="Times New Roman" w:hAnsi="Times New Roman" w:cs="Times New Roman"/>
        </w:rPr>
        <w:t xml:space="preserve"> </w:t>
      </w:r>
    </w:p>
    <w:p w14:paraId="1E570F93" w14:textId="4B60AB6B" w:rsidR="004D050A" w:rsidRPr="008E2B72" w:rsidRDefault="00ED3D1D">
      <w:pPr>
        <w:rPr>
          <w:rFonts w:ascii="Century Gothic" w:hAnsi="Century Gothic"/>
          <w:sz w:val="16"/>
          <w:szCs w:val="16"/>
          <w:lang w:val="en-GB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1" locked="0" layoutInCell="1" allowOverlap="1" wp14:anchorId="31C6E683" wp14:editId="7841DD36">
            <wp:simplePos x="0" y="0"/>
            <wp:positionH relativeFrom="rightMargin">
              <wp:posOffset>-14704</wp:posOffset>
            </wp:positionH>
            <wp:positionV relativeFrom="paragraph">
              <wp:posOffset>215257</wp:posOffset>
            </wp:positionV>
            <wp:extent cx="819604" cy="808572"/>
            <wp:effectExtent l="0" t="0" r="0" b="0"/>
            <wp:wrapNone/>
            <wp:docPr id="6284453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165" cy="8140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F74">
        <w:rPr>
          <w:rFonts w:ascii="Century Gothic" w:hAnsi="Century Gothic"/>
          <w:sz w:val="20"/>
          <w:szCs w:val="20"/>
        </w:rPr>
        <w:br/>
        <w:t xml:space="preserve">As Chair of Governors, I would like to express my sincere thanks to all </w:t>
      </w:r>
      <w:r w:rsidR="0046250A">
        <w:rPr>
          <w:rFonts w:ascii="Century Gothic" w:hAnsi="Century Gothic"/>
          <w:sz w:val="20"/>
          <w:szCs w:val="20"/>
        </w:rPr>
        <w:t>the</w:t>
      </w:r>
      <w:r w:rsidRPr="00907F74">
        <w:rPr>
          <w:rFonts w:ascii="Century Gothic" w:hAnsi="Century Gothic"/>
          <w:sz w:val="20"/>
          <w:szCs w:val="20"/>
        </w:rPr>
        <w:t xml:space="preserve"> staff</w:t>
      </w:r>
      <w:r w:rsidR="001B07AE">
        <w:rPr>
          <w:rFonts w:ascii="Century Gothic" w:hAnsi="Century Gothic"/>
          <w:sz w:val="20"/>
          <w:szCs w:val="20"/>
        </w:rPr>
        <w:t xml:space="preserve"> at St Wilfrid’s School </w:t>
      </w:r>
      <w:r w:rsidRPr="00907F74">
        <w:rPr>
          <w:rFonts w:ascii="Century Gothic" w:hAnsi="Century Gothic"/>
          <w:sz w:val="20"/>
          <w:szCs w:val="20"/>
        </w:rPr>
        <w:t>for their</w:t>
      </w:r>
      <w:r w:rsidR="001B07AE">
        <w:rPr>
          <w:rFonts w:ascii="Century Gothic" w:hAnsi="Century Gothic"/>
          <w:sz w:val="20"/>
          <w:szCs w:val="20"/>
        </w:rPr>
        <w:t xml:space="preserve"> dedication,</w:t>
      </w:r>
      <w:r w:rsidRPr="00907F74">
        <w:rPr>
          <w:rFonts w:ascii="Century Gothic" w:hAnsi="Century Gothic"/>
          <w:sz w:val="20"/>
          <w:szCs w:val="20"/>
        </w:rPr>
        <w:t xml:space="preserve"> commitment, professionalism and care. </w:t>
      </w:r>
      <w:r w:rsidR="001B07AE">
        <w:rPr>
          <w:rFonts w:ascii="Century Gothic" w:hAnsi="Century Gothic"/>
          <w:sz w:val="20"/>
          <w:szCs w:val="20"/>
        </w:rPr>
        <w:t>Thank you also</w:t>
      </w:r>
      <w:r w:rsidR="00930B25">
        <w:rPr>
          <w:rFonts w:ascii="Century Gothic" w:hAnsi="Century Gothic"/>
          <w:sz w:val="20"/>
          <w:szCs w:val="20"/>
        </w:rPr>
        <w:t xml:space="preserve"> to</w:t>
      </w:r>
      <w:r w:rsidR="0046250A">
        <w:rPr>
          <w:rFonts w:ascii="Century Gothic" w:hAnsi="Century Gothic"/>
          <w:sz w:val="20"/>
          <w:szCs w:val="20"/>
        </w:rPr>
        <w:t xml:space="preserve"> all</w:t>
      </w:r>
      <w:r w:rsidRPr="00907F74">
        <w:rPr>
          <w:rFonts w:ascii="Century Gothic" w:hAnsi="Century Gothic"/>
          <w:sz w:val="20"/>
          <w:szCs w:val="20"/>
        </w:rPr>
        <w:t xml:space="preserve"> our families and </w:t>
      </w:r>
      <w:r w:rsidR="00930B25">
        <w:rPr>
          <w:rFonts w:ascii="Century Gothic" w:hAnsi="Century Gothic"/>
          <w:sz w:val="20"/>
          <w:szCs w:val="20"/>
        </w:rPr>
        <w:t xml:space="preserve">the </w:t>
      </w:r>
      <w:r w:rsidRPr="00907F74">
        <w:rPr>
          <w:rFonts w:ascii="Century Gothic" w:hAnsi="Century Gothic"/>
          <w:sz w:val="20"/>
          <w:szCs w:val="20"/>
        </w:rPr>
        <w:t>governors for the support, encouragement and partnership</w:t>
      </w:r>
      <w:r w:rsidR="0046250A">
        <w:rPr>
          <w:rFonts w:ascii="Century Gothic" w:hAnsi="Century Gothic"/>
          <w:sz w:val="20"/>
          <w:szCs w:val="20"/>
        </w:rPr>
        <w:t xml:space="preserve"> that each one of</w:t>
      </w:r>
      <w:r w:rsidRPr="00907F74">
        <w:rPr>
          <w:rFonts w:ascii="Century Gothic" w:hAnsi="Century Gothic"/>
          <w:sz w:val="20"/>
          <w:szCs w:val="20"/>
        </w:rPr>
        <w:t xml:space="preserve"> you provide. Together, we create the strong community that helps every child flourish and reach their God-given potential.</w:t>
      </w:r>
      <w:r w:rsidRPr="00907F74">
        <w:rPr>
          <w:rFonts w:ascii="Century Gothic" w:hAnsi="Century Gothic"/>
          <w:sz w:val="20"/>
          <w:szCs w:val="20"/>
        </w:rPr>
        <w:br/>
      </w:r>
      <w:r w:rsidRPr="00907F74">
        <w:rPr>
          <w:rFonts w:ascii="Century Gothic" w:hAnsi="Century Gothic"/>
          <w:sz w:val="20"/>
          <w:szCs w:val="20"/>
        </w:rPr>
        <w:br/>
        <w:t>As we begin this new academic year, let us do so with optimism, confidence and faith. May we continue to work together to nurture a school where every child is known, valued and loved, and where excellence in education is inspired by the Gospel message.</w:t>
      </w:r>
      <w:r w:rsidRPr="00907F74">
        <w:rPr>
          <w:rFonts w:ascii="Century Gothic" w:hAnsi="Century Gothic"/>
          <w:sz w:val="20"/>
          <w:szCs w:val="20"/>
        </w:rPr>
        <w:br/>
      </w:r>
      <w:r w:rsidRPr="00907F74">
        <w:rPr>
          <w:rFonts w:ascii="Century Gothic" w:hAnsi="Century Gothic"/>
          <w:sz w:val="20"/>
          <w:szCs w:val="20"/>
        </w:rPr>
        <w:br/>
        <w:t>I wish you all a happy, healthy and successful year ahead.</w:t>
      </w:r>
      <w:r w:rsidRPr="00907F74">
        <w:rPr>
          <w:rFonts w:ascii="Century Gothic" w:hAnsi="Century Gothic"/>
          <w:sz w:val="20"/>
          <w:szCs w:val="20"/>
        </w:rPr>
        <w:br/>
      </w:r>
      <w:r w:rsidRPr="00907F74">
        <w:rPr>
          <w:rFonts w:ascii="Century Gothic" w:hAnsi="Century Gothic"/>
          <w:sz w:val="20"/>
          <w:szCs w:val="20"/>
        </w:rPr>
        <w:br/>
      </w:r>
      <w:r w:rsidR="008E2B72">
        <w:rPr>
          <w:rFonts w:ascii="Century Gothic" w:hAnsi="Century Gothic"/>
          <w:sz w:val="20"/>
          <w:szCs w:val="20"/>
        </w:rPr>
        <w:t>B</w:t>
      </w:r>
      <w:r w:rsidRPr="00907F74">
        <w:rPr>
          <w:rFonts w:ascii="Century Gothic" w:hAnsi="Century Gothic"/>
          <w:sz w:val="20"/>
          <w:szCs w:val="20"/>
        </w:rPr>
        <w:t>est wishes,</w:t>
      </w:r>
      <w:r w:rsidR="008E2B72" w:rsidRPr="008E2B72">
        <w:rPr>
          <w:rFonts w:ascii="Lucida Calligraphy" w:eastAsia="Calibri" w:hAnsi="Lucida Calligraphy" w:cs="Times New Roman"/>
          <w:color w:val="2F5496"/>
          <w:lang w:val="en-GB"/>
        </w:rPr>
        <w:t xml:space="preserve"> </w:t>
      </w:r>
      <w:r w:rsidR="008E2B72">
        <w:rPr>
          <w:rFonts w:ascii="Lucida Calligraphy" w:eastAsia="Calibri" w:hAnsi="Lucida Calligraphy" w:cs="Times New Roman"/>
          <w:color w:val="2F5496"/>
          <w:lang w:val="en-GB"/>
        </w:rPr>
        <w:t xml:space="preserve">                                                            </w:t>
      </w:r>
    </w:p>
    <w:p w14:paraId="6BADEA58" w14:textId="4C9E75F4" w:rsidR="003A2A8B" w:rsidRPr="008E2B72" w:rsidRDefault="004D050A">
      <w:pPr>
        <w:rPr>
          <w:rFonts w:ascii="Lucida Handwriting" w:hAnsi="Lucida Handwriting"/>
          <w:color w:val="4F6228" w:themeColor="accent3" w:themeShade="80"/>
        </w:rPr>
      </w:pPr>
      <w:r w:rsidRPr="004D050A">
        <w:rPr>
          <w:rFonts w:ascii="Lucida Handwriting" w:hAnsi="Lucida Handwriting"/>
          <w:color w:val="4F6228" w:themeColor="accent3" w:themeShade="80"/>
        </w:rPr>
        <w:t xml:space="preserve">Mrs. Morrissey </w:t>
      </w:r>
      <w:r w:rsidRPr="00907F74">
        <w:rPr>
          <w:rFonts w:ascii="Century Gothic" w:hAnsi="Century Gothic"/>
        </w:rPr>
        <w:br/>
      </w:r>
      <w:r w:rsidRPr="00907F74">
        <w:rPr>
          <w:rFonts w:ascii="Century Gothic" w:hAnsi="Century Gothic"/>
          <w:sz w:val="20"/>
          <w:szCs w:val="20"/>
        </w:rPr>
        <w:t>Chair of Governors</w:t>
      </w:r>
      <w:r w:rsidRPr="00907F74">
        <w:br/>
      </w:r>
    </w:p>
    <w:sectPr w:rsidR="003A2A8B" w:rsidRPr="008E2B7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AB1"/>
    <w:rsid w:val="0006063C"/>
    <w:rsid w:val="0015074B"/>
    <w:rsid w:val="001658DB"/>
    <w:rsid w:val="001A7C9C"/>
    <w:rsid w:val="001B07AE"/>
    <w:rsid w:val="0029639D"/>
    <w:rsid w:val="00326F90"/>
    <w:rsid w:val="003A2A8B"/>
    <w:rsid w:val="0046250A"/>
    <w:rsid w:val="004D050A"/>
    <w:rsid w:val="004F1D24"/>
    <w:rsid w:val="0063316A"/>
    <w:rsid w:val="006961C9"/>
    <w:rsid w:val="006A7DFB"/>
    <w:rsid w:val="008D79F4"/>
    <w:rsid w:val="008E2B72"/>
    <w:rsid w:val="00907F74"/>
    <w:rsid w:val="00930B25"/>
    <w:rsid w:val="00AA1D8D"/>
    <w:rsid w:val="00B47730"/>
    <w:rsid w:val="00C0156D"/>
    <w:rsid w:val="00C24845"/>
    <w:rsid w:val="00CB0664"/>
    <w:rsid w:val="00ED3D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6DC78B"/>
  <w14:defaultImageDpi w14:val="300"/>
  <w15:docId w15:val="{9A2923C9-F19F-4BB6-AAC4-B72448851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St-Wifrids Primary Chair</dc:creator>
  <cp:keywords/>
  <dc:description>generated by python-docx</dc:description>
  <cp:lastModifiedBy>St-Wifrids Primary Admin</cp:lastModifiedBy>
  <cp:revision>2</cp:revision>
  <dcterms:created xsi:type="dcterms:W3CDTF">2026-09-03T13:26:00Z</dcterms:created>
  <dcterms:modified xsi:type="dcterms:W3CDTF">2026-09-03T13:26:00Z</dcterms:modified>
  <cp:category/>
</cp:coreProperties>
</file>